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7FC99" w14:textId="77777777" w:rsidR="00062467" w:rsidRPr="00F66307" w:rsidRDefault="00F47D84" w:rsidP="009A261A">
      <w:pPr>
        <w:pStyle w:val="Virsraksts1"/>
        <w:jc w:val="center"/>
        <w:rPr>
          <w:rFonts w:ascii="Times New Roman" w:hAnsi="Times New Roman" w:cs="Times New Roman"/>
          <w:lang w:val="lv-LV"/>
        </w:rPr>
      </w:pPr>
      <w:r w:rsidRPr="00F66307">
        <w:rPr>
          <w:rFonts w:ascii="Times New Roman" w:hAnsi="Times New Roman" w:cs="Times New Roman"/>
          <w:lang w:val="lv-LV"/>
        </w:rPr>
        <w:t>RĪGAS VALSTSPILSĒTAS LABKLĀJĪBAS DEPARTAMENTS</w:t>
      </w:r>
    </w:p>
    <w:p w14:paraId="48AD895B" w14:textId="769F9074" w:rsidR="00975AED" w:rsidRPr="0018041F" w:rsidRDefault="00F47D84" w:rsidP="009A261A">
      <w:pPr>
        <w:jc w:val="center"/>
        <w:rPr>
          <w:rFonts w:ascii="Times New Roman" w:hAnsi="Times New Roman" w:cs="Times New Roman"/>
          <w:i/>
          <w:iCs/>
          <w:lang w:val="lv-LV"/>
        </w:rPr>
      </w:pPr>
      <w:r w:rsidRPr="009A261A">
        <w:rPr>
          <w:rFonts w:ascii="Times New Roman" w:hAnsi="Times New Roman" w:cs="Times New Roman"/>
          <w:b/>
          <w:bCs/>
          <w:lang w:val="lv-LV"/>
        </w:rPr>
        <w:t>SOCIĀLĀS REHABILITĀCIJAS PAKALPOJUMA IETVARA VEIDLAPA</w:t>
      </w:r>
      <w:r w:rsidRPr="009A261A">
        <w:rPr>
          <w:rFonts w:ascii="Times New Roman" w:hAnsi="Times New Roman" w:cs="Times New Roman"/>
          <w:b/>
          <w:bCs/>
          <w:lang w:val="lv-LV"/>
        </w:rPr>
        <w:br/>
      </w:r>
      <w:r w:rsidRPr="0018041F">
        <w:rPr>
          <w:rFonts w:ascii="Times New Roman" w:hAnsi="Times New Roman" w:cs="Times New Roman"/>
          <w:i/>
          <w:iCs/>
          <w:lang w:val="lv-LV"/>
        </w:rPr>
        <w:t>(</w:t>
      </w:r>
      <w:r w:rsidR="00975AED" w:rsidRPr="0018041F">
        <w:rPr>
          <w:rFonts w:ascii="Times New Roman" w:hAnsi="Times New Roman" w:cs="Times New Roman"/>
          <w:i/>
          <w:iCs/>
          <w:lang w:val="lv-LV"/>
        </w:rPr>
        <w:t xml:space="preserve">izvērtējuma un datu ievades forma </w:t>
      </w:r>
      <w:r w:rsidRPr="0018041F">
        <w:rPr>
          <w:rFonts w:ascii="Times New Roman" w:hAnsi="Times New Roman" w:cs="Times New Roman"/>
          <w:i/>
          <w:iCs/>
          <w:lang w:val="lv-LV"/>
        </w:rPr>
        <w:t>sociālā pakalpojuma sniedzējiem)</w:t>
      </w:r>
    </w:p>
    <w:p w14:paraId="0C25C964" w14:textId="34719327" w:rsidR="00975AED" w:rsidRPr="000E34F3" w:rsidRDefault="00975AED" w:rsidP="00975AED">
      <w:pPr>
        <w:pStyle w:val="Virsraksts2"/>
        <w:rPr>
          <w:rFonts w:ascii="Times New Roman" w:hAnsi="Times New Roman" w:cs="Times New Roman"/>
          <w:lang w:val="lv-LV"/>
        </w:rPr>
      </w:pPr>
      <w:r w:rsidRPr="000E34F3">
        <w:rPr>
          <w:rFonts w:ascii="Times New Roman" w:hAnsi="Times New Roman" w:cs="Times New Roman"/>
          <w:lang w:val="lv-LV"/>
        </w:rPr>
        <w:t>PAKALPOJUMA SNIEDZĒJA PIEDĀVĀJUMA DAĻA</w:t>
      </w:r>
      <w:r w:rsidRPr="000E34F3">
        <w:rPr>
          <w:rFonts w:ascii="Times New Roman" w:hAnsi="Times New Roman" w:cs="Times New Roman"/>
          <w:lang w:val="lv-LV"/>
        </w:rPr>
        <w:br/>
        <w:t>(Aizpilda organizācija, kas piesakās sociālā pakalpojuma sniegšanai)</w:t>
      </w:r>
    </w:p>
    <w:p w14:paraId="2487AFD8" w14:textId="51614407" w:rsidR="00975AED" w:rsidRPr="00052659" w:rsidRDefault="00975AED" w:rsidP="41CF1C93">
      <w:pPr>
        <w:rPr>
          <w:rFonts w:ascii="Times New Roman" w:hAnsi="Times New Roman" w:cs="Times New Roman"/>
          <w:b/>
          <w:bCs/>
          <w:sz w:val="26"/>
          <w:szCs w:val="26"/>
          <w:lang w:val="lv-LV"/>
        </w:rPr>
      </w:pPr>
      <w:r w:rsidRPr="634F6AC8">
        <w:rPr>
          <w:rFonts w:ascii="Times New Roman" w:hAnsi="Times New Roman" w:cs="Times New Roman"/>
          <w:b/>
          <w:bCs/>
          <w:sz w:val="26"/>
          <w:szCs w:val="26"/>
          <w:lang w:val="lv-LV"/>
        </w:rPr>
        <w:t xml:space="preserve">1. </w:t>
      </w:r>
      <w:r w:rsidR="00B65C38" w:rsidRPr="634F6AC8">
        <w:rPr>
          <w:rFonts w:ascii="Times New Roman" w:hAnsi="Times New Roman" w:cs="Times New Roman"/>
          <w:b/>
          <w:bCs/>
          <w:sz w:val="26"/>
          <w:szCs w:val="26"/>
          <w:lang w:val="lv-LV"/>
        </w:rPr>
        <w:t>R</w:t>
      </w:r>
      <w:r w:rsidR="00FE43E7" w:rsidRPr="634F6AC8">
        <w:rPr>
          <w:rFonts w:ascii="Times New Roman" w:hAnsi="Times New Roman" w:cs="Times New Roman"/>
          <w:b/>
          <w:bCs/>
          <w:sz w:val="26"/>
          <w:szCs w:val="26"/>
          <w:lang w:val="lv-LV"/>
        </w:rPr>
        <w:t>ekvizīti</w:t>
      </w:r>
      <w:r w:rsidR="7178F273" w:rsidRPr="634F6AC8">
        <w:rPr>
          <w:rFonts w:ascii="Times New Roman" w:hAnsi="Times New Roman" w:cs="Times New Roman"/>
          <w:b/>
          <w:bCs/>
          <w:sz w:val="26"/>
          <w:szCs w:val="26"/>
          <w:lang w:val="lv-LV"/>
        </w:rPr>
        <w:t xml:space="preserve"> </w:t>
      </w:r>
      <w:r w:rsidR="40D734BD" w:rsidRPr="634F6AC8">
        <w:rPr>
          <w:rFonts w:ascii="Times New Roman" w:hAnsi="Times New Roman" w:cs="Times New Roman"/>
          <w:b/>
          <w:bCs/>
          <w:sz w:val="26"/>
          <w:szCs w:val="26"/>
          <w:lang w:val="lv-LV"/>
        </w:rPr>
        <w:t>un kontakti:</w:t>
      </w:r>
    </w:p>
    <w:p w14:paraId="190C2929" w14:textId="4D1CBCDA" w:rsidR="2A25967F" w:rsidRPr="007D5BE7" w:rsidRDefault="00FF36A3" w:rsidP="007D5BE7">
      <w:pPr>
        <w:rPr>
          <w:rFonts w:ascii="Times New Roman" w:hAnsi="Times New Roman" w:cs="Times New Roman"/>
          <w:sz w:val="26"/>
          <w:szCs w:val="26"/>
          <w:lang w:val="lv-LV"/>
        </w:rPr>
      </w:pPr>
      <w:r w:rsidRPr="007D5BE7">
        <w:rPr>
          <w:rFonts w:ascii="Times New Roman" w:hAnsi="Times New Roman" w:cs="Times New Roman"/>
          <w:sz w:val="26"/>
          <w:szCs w:val="26"/>
          <w:lang w:val="lv-LV"/>
        </w:rPr>
        <w:t>Organizācijas n</w:t>
      </w:r>
      <w:r w:rsidR="2A25967F" w:rsidRPr="007D5BE7">
        <w:rPr>
          <w:rFonts w:ascii="Times New Roman" w:hAnsi="Times New Roman" w:cs="Times New Roman"/>
          <w:sz w:val="26"/>
          <w:szCs w:val="26"/>
          <w:lang w:val="lv-LV"/>
        </w:rPr>
        <w:t>osaukums</w:t>
      </w:r>
      <w:r w:rsidR="59EC9727" w:rsidRPr="007D5BE7">
        <w:rPr>
          <w:rFonts w:ascii="Times New Roman" w:hAnsi="Times New Roman" w:cs="Times New Roman"/>
          <w:sz w:val="26"/>
          <w:szCs w:val="26"/>
          <w:lang w:val="lv-LV"/>
        </w:rPr>
        <w:t>:</w:t>
      </w:r>
      <w:r w:rsidR="2A25967F" w:rsidRPr="007D5BE7">
        <w:rPr>
          <w:rFonts w:ascii="Times New Roman" w:hAnsi="Times New Roman" w:cs="Times New Roman"/>
          <w:sz w:val="26"/>
          <w:szCs w:val="26"/>
          <w:lang w:val="lv-LV"/>
        </w:rPr>
        <w:t xml:space="preserve"> _________________________________________</w:t>
      </w:r>
      <w:r w:rsidR="008D2D8C" w:rsidRPr="007D5BE7">
        <w:rPr>
          <w:rFonts w:ascii="Times New Roman" w:hAnsi="Times New Roman" w:cs="Times New Roman"/>
          <w:sz w:val="26"/>
          <w:szCs w:val="26"/>
          <w:lang w:val="lv-LV"/>
        </w:rPr>
        <w:t>_________________</w:t>
      </w:r>
    </w:p>
    <w:p w14:paraId="1AC89A3B" w14:textId="6285DF58" w:rsidR="2A25967F" w:rsidRPr="007D5BE7" w:rsidRDefault="2A25967F" w:rsidP="007D5BE7">
      <w:pPr>
        <w:rPr>
          <w:rFonts w:ascii="Times New Roman" w:hAnsi="Times New Roman" w:cs="Times New Roman"/>
          <w:sz w:val="26"/>
          <w:szCs w:val="26"/>
          <w:lang w:val="lv-LV"/>
        </w:rPr>
      </w:pPr>
      <w:r w:rsidRPr="007D5BE7">
        <w:rPr>
          <w:rFonts w:ascii="Times New Roman" w:hAnsi="Times New Roman" w:cs="Times New Roman"/>
          <w:sz w:val="26"/>
          <w:szCs w:val="26"/>
          <w:lang w:val="lv-LV"/>
        </w:rPr>
        <w:t>Vienotais reģistrācijas numurs</w:t>
      </w:r>
      <w:r w:rsidR="42F243D2" w:rsidRPr="007D5BE7">
        <w:rPr>
          <w:rFonts w:ascii="Times New Roman" w:hAnsi="Times New Roman" w:cs="Times New Roman"/>
          <w:sz w:val="26"/>
          <w:szCs w:val="26"/>
          <w:lang w:val="lv-LV"/>
        </w:rPr>
        <w:t>:</w:t>
      </w:r>
      <w:r w:rsidRPr="007D5BE7">
        <w:rPr>
          <w:rFonts w:ascii="Times New Roman" w:hAnsi="Times New Roman" w:cs="Times New Roman"/>
          <w:sz w:val="26"/>
          <w:szCs w:val="26"/>
          <w:lang w:val="lv-LV"/>
        </w:rPr>
        <w:t xml:space="preserve"> __________________________</w:t>
      </w:r>
      <w:r w:rsidR="008D2D8C" w:rsidRPr="007D5BE7">
        <w:rPr>
          <w:rFonts w:ascii="Times New Roman" w:hAnsi="Times New Roman" w:cs="Times New Roman"/>
          <w:sz w:val="26"/>
          <w:szCs w:val="26"/>
          <w:lang w:val="lv-LV"/>
        </w:rPr>
        <w:t>______</w:t>
      </w:r>
    </w:p>
    <w:p w14:paraId="0628A746" w14:textId="5EDD47AD" w:rsidR="2A25967F" w:rsidRPr="007D5BE7" w:rsidRDefault="2A25967F" w:rsidP="007D5BE7">
      <w:pPr>
        <w:rPr>
          <w:rFonts w:ascii="Times New Roman" w:hAnsi="Times New Roman" w:cs="Times New Roman"/>
          <w:sz w:val="26"/>
          <w:szCs w:val="26"/>
          <w:lang w:val="lv-LV"/>
        </w:rPr>
      </w:pPr>
      <w:r w:rsidRPr="007D5BE7">
        <w:rPr>
          <w:rFonts w:ascii="Times New Roman" w:hAnsi="Times New Roman" w:cs="Times New Roman"/>
          <w:sz w:val="26"/>
          <w:szCs w:val="26"/>
          <w:lang w:val="lv-LV"/>
        </w:rPr>
        <w:t>Juridiskā adrese</w:t>
      </w:r>
      <w:r w:rsidR="05615FCD" w:rsidRPr="007D5BE7">
        <w:rPr>
          <w:rFonts w:ascii="Times New Roman" w:hAnsi="Times New Roman" w:cs="Times New Roman"/>
          <w:sz w:val="26"/>
          <w:szCs w:val="26"/>
          <w:lang w:val="lv-LV"/>
        </w:rPr>
        <w:t>:</w:t>
      </w:r>
      <w:r w:rsidR="1D89E2B8" w:rsidRPr="007D5BE7">
        <w:rPr>
          <w:rFonts w:ascii="Times New Roman" w:hAnsi="Times New Roman" w:cs="Times New Roman"/>
          <w:sz w:val="26"/>
          <w:szCs w:val="26"/>
          <w:lang w:val="lv-LV"/>
        </w:rPr>
        <w:t xml:space="preserve"> </w:t>
      </w:r>
      <w:r w:rsidRPr="007D5BE7">
        <w:rPr>
          <w:rFonts w:ascii="Times New Roman" w:hAnsi="Times New Roman" w:cs="Times New Roman"/>
          <w:sz w:val="26"/>
          <w:szCs w:val="26"/>
          <w:lang w:val="lv-LV"/>
        </w:rPr>
        <w:t xml:space="preserve"> _____________________________________</w:t>
      </w:r>
      <w:r w:rsidR="008D2D8C" w:rsidRPr="007D5BE7">
        <w:rPr>
          <w:rFonts w:ascii="Times New Roman" w:hAnsi="Times New Roman" w:cs="Times New Roman"/>
          <w:sz w:val="26"/>
          <w:szCs w:val="26"/>
          <w:lang w:val="lv-LV"/>
        </w:rPr>
        <w:t>_______</w:t>
      </w:r>
    </w:p>
    <w:p w14:paraId="71AEBB10" w14:textId="54260333" w:rsidR="617AA9C1" w:rsidRPr="007D5BE7" w:rsidRDefault="00244E5A" w:rsidP="007D5BE7">
      <w:pPr>
        <w:rPr>
          <w:rFonts w:ascii="Times New Roman" w:hAnsi="Times New Roman" w:cs="Times New Roman"/>
          <w:sz w:val="26"/>
          <w:szCs w:val="26"/>
          <w:lang w:val="lv-LV"/>
        </w:rPr>
      </w:pPr>
      <w:r w:rsidRPr="006F387D">
        <w:rPr>
          <w:rFonts w:ascii="Times New Roman" w:hAnsi="Times New Roman" w:cs="Times New Roman"/>
          <w:color w:val="000000"/>
          <w:sz w:val="26"/>
          <w:szCs w:val="26"/>
          <w:lang w:val="lv-LV"/>
        </w:rPr>
        <w:t>Reģistrācija Sociālās rehabilitāc</w:t>
      </w:r>
      <w:r w:rsidR="00D81213">
        <w:rPr>
          <w:rFonts w:ascii="Times New Roman" w:hAnsi="Times New Roman" w:cs="Times New Roman"/>
          <w:color w:val="000000"/>
          <w:sz w:val="26"/>
          <w:szCs w:val="26"/>
          <w:lang w:val="lv-LV"/>
        </w:rPr>
        <w:t>i</w:t>
      </w:r>
      <w:r w:rsidRPr="006F387D">
        <w:rPr>
          <w:rFonts w:ascii="Times New Roman" w:hAnsi="Times New Roman" w:cs="Times New Roman"/>
          <w:color w:val="000000"/>
          <w:sz w:val="26"/>
          <w:szCs w:val="26"/>
          <w:lang w:val="lv-LV"/>
        </w:rPr>
        <w:t>jas pakalpojumam</w:t>
      </w:r>
      <w:r w:rsidR="617AA9C1" w:rsidRPr="007D5BE7">
        <w:rPr>
          <w:rFonts w:ascii="Times New Roman" w:hAnsi="Times New Roman" w:cs="Times New Roman"/>
          <w:sz w:val="26"/>
          <w:szCs w:val="26"/>
          <w:lang w:val="lv-LV"/>
        </w:rPr>
        <w:t>:</w:t>
      </w:r>
      <w:r w:rsidR="006F387D" w:rsidRPr="007D5BE7">
        <w:rPr>
          <w:rFonts w:ascii="Times New Roman" w:hAnsi="Times New Roman" w:cs="Times New Roman"/>
          <w:sz w:val="26"/>
          <w:szCs w:val="26"/>
          <w:lang w:val="lv-LV"/>
        </w:rPr>
        <w:t xml:space="preserve"> </w:t>
      </w:r>
      <w:r w:rsidR="617AA9C1" w:rsidRPr="007D5BE7">
        <w:rPr>
          <w:rFonts w:ascii="Times New Roman" w:hAnsi="Times New Roman" w:cs="Times New Roman"/>
          <w:sz w:val="26"/>
          <w:szCs w:val="26"/>
          <w:lang w:val="lv-LV"/>
        </w:rPr>
        <w:t>_____________</w:t>
      </w:r>
      <w:r w:rsidR="00597809">
        <w:rPr>
          <w:rFonts w:ascii="Times New Roman" w:hAnsi="Times New Roman" w:cs="Times New Roman"/>
          <w:sz w:val="26"/>
          <w:szCs w:val="26"/>
          <w:lang w:val="lv-LV"/>
        </w:rPr>
        <w:t>________________________________</w:t>
      </w:r>
      <w:r w:rsidR="005D78B6">
        <w:rPr>
          <w:rFonts w:ascii="Times New Roman" w:hAnsi="Times New Roman" w:cs="Times New Roman"/>
          <w:sz w:val="26"/>
          <w:szCs w:val="26"/>
          <w:lang w:val="lv-LV"/>
        </w:rPr>
        <w:t>_____________</w:t>
      </w:r>
    </w:p>
    <w:p w14:paraId="69BD17B0" w14:textId="2E7DC6EE" w:rsidR="70609D02" w:rsidRPr="00D81213" w:rsidRDefault="70609D02" w:rsidP="007D5BE7">
      <w:pPr>
        <w:rPr>
          <w:rFonts w:ascii="Times New Roman" w:hAnsi="Times New Roman" w:cs="Times New Roman"/>
          <w:sz w:val="26"/>
          <w:szCs w:val="26"/>
          <w:lang w:val="lv-LV"/>
        </w:rPr>
      </w:pPr>
      <w:r w:rsidRPr="00D81213">
        <w:rPr>
          <w:rFonts w:ascii="Times New Roman" w:hAnsi="Times New Roman" w:cs="Times New Roman"/>
          <w:sz w:val="26"/>
          <w:szCs w:val="26"/>
          <w:lang w:val="lv-LV"/>
        </w:rPr>
        <w:t>Kontaktpersona saziņai: _____________________________________</w:t>
      </w:r>
      <w:r w:rsidR="38567825" w:rsidRPr="00D81213">
        <w:rPr>
          <w:rFonts w:ascii="Times New Roman" w:hAnsi="Times New Roman" w:cs="Times New Roman"/>
          <w:sz w:val="26"/>
          <w:szCs w:val="26"/>
          <w:lang w:val="lv-LV"/>
        </w:rPr>
        <w:t>_</w:t>
      </w:r>
    </w:p>
    <w:p w14:paraId="64E61AB2" w14:textId="44D61F3D" w:rsidR="53684AFE" w:rsidRPr="007D5BE7" w:rsidRDefault="53684AFE" w:rsidP="007D5BE7">
      <w:pPr>
        <w:rPr>
          <w:rFonts w:ascii="Times New Roman" w:hAnsi="Times New Roman" w:cs="Times New Roman"/>
          <w:sz w:val="26"/>
          <w:szCs w:val="26"/>
          <w:lang w:val="lv-LV"/>
        </w:rPr>
      </w:pPr>
      <w:r w:rsidRPr="007D5BE7">
        <w:rPr>
          <w:rFonts w:ascii="Times New Roman" w:hAnsi="Times New Roman" w:cs="Times New Roman"/>
          <w:sz w:val="26"/>
          <w:szCs w:val="26"/>
          <w:lang w:val="lv-LV"/>
        </w:rPr>
        <w:t>Telefons: ___________________________________________</w:t>
      </w:r>
      <w:r w:rsidR="008D2D8C" w:rsidRPr="007D5BE7">
        <w:rPr>
          <w:rFonts w:ascii="Times New Roman" w:hAnsi="Times New Roman" w:cs="Times New Roman"/>
          <w:sz w:val="26"/>
          <w:szCs w:val="26"/>
          <w:lang w:val="lv-LV"/>
        </w:rPr>
        <w:t>______</w:t>
      </w:r>
    </w:p>
    <w:p w14:paraId="5EE79CCC" w14:textId="16FEDD94" w:rsidR="53684AFE" w:rsidRPr="007D5BE7" w:rsidRDefault="53684AFE" w:rsidP="007D5BE7">
      <w:pPr>
        <w:rPr>
          <w:rFonts w:ascii="Times New Roman" w:hAnsi="Times New Roman" w:cs="Times New Roman"/>
          <w:sz w:val="26"/>
          <w:szCs w:val="26"/>
          <w:lang w:val="lv-LV"/>
        </w:rPr>
      </w:pPr>
      <w:r w:rsidRPr="007D5BE7">
        <w:rPr>
          <w:rFonts w:ascii="Times New Roman" w:hAnsi="Times New Roman" w:cs="Times New Roman"/>
          <w:sz w:val="26"/>
          <w:szCs w:val="26"/>
          <w:lang w:val="lv-LV"/>
        </w:rPr>
        <w:t>E- pasts: ____________________________________________</w:t>
      </w:r>
      <w:r w:rsidR="008D2D8C" w:rsidRPr="007D5BE7">
        <w:rPr>
          <w:rFonts w:ascii="Times New Roman" w:hAnsi="Times New Roman" w:cs="Times New Roman"/>
          <w:sz w:val="26"/>
          <w:szCs w:val="26"/>
          <w:lang w:val="lv-LV"/>
        </w:rPr>
        <w:t>______</w:t>
      </w:r>
    </w:p>
    <w:p w14:paraId="197099C9" w14:textId="2A649EF0" w:rsidR="53684AFE" w:rsidRPr="006D676A" w:rsidRDefault="2A83CC7A" w:rsidP="3A6D17F4">
      <w:pPr>
        <w:rPr>
          <w:rFonts w:ascii="Times New Roman" w:hAnsi="Times New Roman" w:cs="Times New Roman"/>
          <w:sz w:val="26"/>
          <w:szCs w:val="26"/>
          <w:lang w:val="lv-LV"/>
        </w:rPr>
      </w:pPr>
      <w:r w:rsidRPr="006D676A">
        <w:rPr>
          <w:rFonts w:ascii="Times New Roman" w:hAnsi="Times New Roman" w:cs="Times New Roman"/>
          <w:sz w:val="26"/>
          <w:szCs w:val="26"/>
          <w:lang w:val="lv-LV"/>
        </w:rPr>
        <w:t>Pakalpojuma sniedzēj</w:t>
      </w:r>
      <w:r w:rsidR="008871AB" w:rsidRPr="006D676A">
        <w:rPr>
          <w:rFonts w:ascii="Times New Roman" w:hAnsi="Times New Roman" w:cs="Times New Roman"/>
          <w:sz w:val="26"/>
          <w:szCs w:val="26"/>
          <w:lang w:val="lv-LV"/>
        </w:rPr>
        <w:t xml:space="preserve">a </w:t>
      </w:r>
      <w:r w:rsidRPr="006D676A">
        <w:rPr>
          <w:rFonts w:ascii="Times New Roman" w:hAnsi="Times New Roman" w:cs="Times New Roman"/>
          <w:sz w:val="26"/>
          <w:szCs w:val="26"/>
          <w:lang w:val="lv-LV"/>
        </w:rPr>
        <w:t>mājaslapa</w:t>
      </w:r>
      <w:r w:rsidR="008871AB" w:rsidRPr="006D676A">
        <w:rPr>
          <w:rFonts w:ascii="Times New Roman" w:hAnsi="Times New Roman" w:cs="Times New Roman"/>
          <w:sz w:val="26"/>
          <w:szCs w:val="26"/>
          <w:lang w:val="lv-LV"/>
        </w:rPr>
        <w:t>*:</w:t>
      </w:r>
      <w:r w:rsidRPr="006D676A">
        <w:rPr>
          <w:rFonts w:ascii="Times New Roman" w:hAnsi="Times New Roman" w:cs="Times New Roman"/>
          <w:sz w:val="26"/>
          <w:szCs w:val="26"/>
          <w:lang w:val="lv-LV"/>
        </w:rPr>
        <w:t>_____________________________</w:t>
      </w:r>
      <w:r w:rsidR="008871AB" w:rsidRPr="006D676A">
        <w:rPr>
          <w:rFonts w:ascii="Times New Roman" w:hAnsi="Times New Roman" w:cs="Times New Roman"/>
          <w:sz w:val="26"/>
          <w:szCs w:val="26"/>
          <w:lang w:val="lv-LV"/>
        </w:rPr>
        <w:t xml:space="preserve">  </w:t>
      </w:r>
    </w:p>
    <w:p w14:paraId="2AE055B1" w14:textId="64441A34" w:rsidR="008871AB" w:rsidRPr="006552C2" w:rsidRDefault="008871AB" w:rsidP="008871AB">
      <w:pPr>
        <w:pStyle w:val="Sarakstarindkopa"/>
        <w:rPr>
          <w:rFonts w:ascii="Times New Roman" w:hAnsi="Times New Roman" w:cs="Times New Roman"/>
          <w:sz w:val="26"/>
          <w:szCs w:val="26"/>
          <w:lang w:val="lv-LV"/>
        </w:rPr>
      </w:pPr>
      <w:r>
        <w:rPr>
          <w:rFonts w:ascii="Times New Roman" w:hAnsi="Times New Roman" w:cs="Times New Roman"/>
          <w:sz w:val="26"/>
          <w:szCs w:val="26"/>
          <w:lang w:val="lv-LV"/>
        </w:rPr>
        <w:t>*</w:t>
      </w:r>
      <w:r w:rsidRPr="006552C2">
        <w:rPr>
          <w:rFonts w:ascii="Times New Roman" w:hAnsi="Times New Roman" w:cs="Times New Roman"/>
          <w:lang w:val="lv-LV"/>
        </w:rPr>
        <w:t xml:space="preserve"> (</w:t>
      </w:r>
      <w:r>
        <w:rPr>
          <w:rFonts w:ascii="Times New Roman" w:hAnsi="Times New Roman" w:cs="Times New Roman"/>
          <w:lang w:val="lv-LV"/>
        </w:rPr>
        <w:t xml:space="preserve">mājaslapā </w:t>
      </w:r>
      <w:r w:rsidRPr="006552C2">
        <w:rPr>
          <w:rFonts w:ascii="Times New Roman" w:hAnsi="Times New Roman" w:cs="Times New Roman"/>
          <w:lang w:val="lv-LV"/>
        </w:rPr>
        <w:t>norādīti speciālisti, viņu kvalifikācija un pakalpojumu izmaksas)</w:t>
      </w:r>
    </w:p>
    <w:p w14:paraId="78F8D556" w14:textId="55DFF319" w:rsidR="00975AED" w:rsidRPr="000E34F3" w:rsidRDefault="53684AFE" w:rsidP="00975AED">
      <w:pPr>
        <w:rPr>
          <w:rFonts w:ascii="Times New Roman" w:hAnsi="Times New Roman" w:cs="Times New Roman"/>
          <w:sz w:val="26"/>
          <w:szCs w:val="26"/>
          <w:lang w:val="lv-LV"/>
        </w:rPr>
      </w:pPr>
      <w:r w:rsidRPr="00052659">
        <w:rPr>
          <w:rFonts w:ascii="Times New Roman" w:hAnsi="Times New Roman" w:cs="Times New Roman"/>
          <w:b/>
          <w:bCs/>
          <w:sz w:val="26"/>
          <w:szCs w:val="26"/>
          <w:lang w:val="lv-LV"/>
        </w:rPr>
        <w:t>2</w:t>
      </w:r>
      <w:r w:rsidR="00975AED" w:rsidRPr="00052659">
        <w:rPr>
          <w:rFonts w:ascii="Times New Roman" w:hAnsi="Times New Roman" w:cs="Times New Roman"/>
          <w:b/>
          <w:bCs/>
          <w:sz w:val="26"/>
          <w:szCs w:val="26"/>
          <w:lang w:val="lv-LV"/>
        </w:rPr>
        <w:t xml:space="preserve">. Pakalpojuma nosaukums: </w:t>
      </w:r>
      <w:r w:rsidR="00975AED" w:rsidRPr="41CF1C93">
        <w:rPr>
          <w:rFonts w:ascii="Times New Roman" w:hAnsi="Times New Roman" w:cs="Times New Roman"/>
          <w:sz w:val="26"/>
          <w:szCs w:val="26"/>
          <w:lang w:val="lv-LV"/>
        </w:rPr>
        <w:t>_____________________________</w:t>
      </w:r>
      <w:r w:rsidR="3CF3D4F9" w:rsidRPr="41CF1C93">
        <w:rPr>
          <w:rFonts w:ascii="Times New Roman" w:hAnsi="Times New Roman" w:cs="Times New Roman"/>
          <w:sz w:val="26"/>
          <w:szCs w:val="26"/>
          <w:lang w:val="lv-LV"/>
        </w:rPr>
        <w:t>_____</w:t>
      </w:r>
      <w:r w:rsidR="008D2D8C">
        <w:rPr>
          <w:rFonts w:ascii="Times New Roman" w:hAnsi="Times New Roman" w:cs="Times New Roman"/>
          <w:sz w:val="26"/>
          <w:szCs w:val="26"/>
          <w:lang w:val="lv-LV"/>
        </w:rPr>
        <w:t>___________________</w:t>
      </w:r>
      <w:r w:rsidR="006A7D63">
        <w:rPr>
          <w:rFonts w:ascii="Times New Roman" w:hAnsi="Times New Roman" w:cs="Times New Roman"/>
          <w:sz w:val="26"/>
          <w:szCs w:val="26"/>
          <w:lang w:val="lv-LV"/>
        </w:rPr>
        <w:t>_______________________</w:t>
      </w:r>
    </w:p>
    <w:p w14:paraId="7E7F1C27" w14:textId="34E9DD8A" w:rsidR="00665986" w:rsidRDefault="5BBEC1C7" w:rsidP="00975AED">
      <w:pPr>
        <w:rPr>
          <w:rFonts w:ascii="Times New Roman" w:hAnsi="Times New Roman" w:cs="Times New Roman"/>
          <w:sz w:val="26"/>
          <w:szCs w:val="26"/>
          <w:lang w:val="lv-LV"/>
        </w:rPr>
      </w:pPr>
      <w:r w:rsidRPr="00052659">
        <w:rPr>
          <w:rFonts w:ascii="Times New Roman" w:hAnsi="Times New Roman" w:cs="Times New Roman"/>
          <w:b/>
          <w:bCs/>
          <w:sz w:val="26"/>
          <w:szCs w:val="26"/>
          <w:lang w:val="lv-LV"/>
        </w:rPr>
        <w:t>3</w:t>
      </w:r>
      <w:r w:rsidR="00975AED" w:rsidRPr="00052659">
        <w:rPr>
          <w:rFonts w:ascii="Times New Roman" w:hAnsi="Times New Roman" w:cs="Times New Roman"/>
          <w:b/>
          <w:bCs/>
          <w:sz w:val="26"/>
          <w:szCs w:val="26"/>
          <w:lang w:val="lv-LV"/>
        </w:rPr>
        <w:t xml:space="preserve">. </w:t>
      </w:r>
      <w:r w:rsidR="0179366C" w:rsidRPr="00052659">
        <w:rPr>
          <w:rFonts w:ascii="Times New Roman" w:hAnsi="Times New Roman" w:cs="Times New Roman"/>
          <w:b/>
          <w:bCs/>
          <w:sz w:val="26"/>
          <w:szCs w:val="26"/>
          <w:lang w:val="lv-LV"/>
        </w:rPr>
        <w:t>M</w:t>
      </w:r>
      <w:r w:rsidR="00975AED" w:rsidRPr="00052659">
        <w:rPr>
          <w:rFonts w:ascii="Times New Roman" w:hAnsi="Times New Roman" w:cs="Times New Roman"/>
          <w:b/>
          <w:bCs/>
          <w:sz w:val="26"/>
          <w:szCs w:val="26"/>
          <w:lang w:val="lv-LV"/>
        </w:rPr>
        <w:t>ērķa grupa</w:t>
      </w:r>
      <w:r w:rsidR="4F2B7677" w:rsidRPr="00052659">
        <w:rPr>
          <w:rFonts w:ascii="Times New Roman" w:hAnsi="Times New Roman" w:cs="Times New Roman"/>
          <w:b/>
          <w:bCs/>
          <w:sz w:val="26"/>
          <w:szCs w:val="26"/>
          <w:lang w:val="lv-LV"/>
        </w:rPr>
        <w:t>s vecumposms</w:t>
      </w:r>
      <w:r w:rsidR="4F2B7677" w:rsidRPr="003F48FB">
        <w:rPr>
          <w:rFonts w:ascii="Times New Roman" w:hAnsi="Times New Roman" w:cs="Times New Roman"/>
          <w:sz w:val="26"/>
          <w:szCs w:val="26"/>
          <w:lang w:val="lv-LV"/>
        </w:rPr>
        <w:t>:</w:t>
      </w:r>
    </w:p>
    <w:p w14:paraId="0600FFD7" w14:textId="78D789C0" w:rsidR="00D456E8" w:rsidRPr="00D456E8" w:rsidRDefault="00D456E8" w:rsidP="45B7AB34">
      <w:pPr>
        <w:spacing w:before="100" w:beforeAutospacing="1" w:after="100" w:afterAutospacing="1"/>
        <w:rPr>
          <w:lang w:val="lv-LV"/>
        </w:rPr>
      </w:pPr>
      <w:r w:rsidRPr="45B7AB34">
        <w:rPr>
          <w:lang w:val="lv-LV"/>
        </w:rPr>
        <w:t>Atzīmēt attiecīgo vecum</w:t>
      </w:r>
      <w:r w:rsidR="0ECA1E14" w:rsidRPr="45B7AB34">
        <w:rPr>
          <w:lang w:val="lv-LV"/>
        </w:rPr>
        <w:t>posmu</w:t>
      </w:r>
      <w:r w:rsidRPr="45B7AB34">
        <w:rPr>
          <w:lang w:val="lv-LV"/>
        </w:rPr>
        <w:t xml:space="preserve">:     </w:t>
      </w:r>
    </w:p>
    <w:p w14:paraId="5A565461" w14:textId="63067737" w:rsidR="00665986" w:rsidRPr="007D5BE7" w:rsidRDefault="007D5BE7" w:rsidP="007D5BE7">
      <w:pPr>
        <w:spacing w:after="0" w:line="240" w:lineRule="auto"/>
        <w:rPr>
          <w:rFonts w:ascii="Aptos" w:eastAsia="Aptos" w:hAnsi="Aptos" w:cs="Aptos"/>
          <w:sz w:val="28"/>
          <w:szCs w:val="28"/>
          <w:lang w:val="lv-LV"/>
        </w:rPr>
      </w:pPr>
      <w:r w:rsidRPr="007D5BE7">
        <w:rPr>
          <w:rFonts w:ascii="Aptos" w:eastAsia="Aptos" w:hAnsi="Aptos" w:cs="Aptos"/>
          <w:sz w:val="28"/>
          <w:szCs w:val="28"/>
          <w:lang w:val="lv-LV"/>
        </w:rPr>
        <w:t xml:space="preserve">☐ </w:t>
      </w:r>
      <w:r w:rsidR="00665986" w:rsidRPr="007D5BE7">
        <w:rPr>
          <w:rFonts w:ascii="Times New Roman" w:hAnsi="Times New Roman" w:cs="Times New Roman"/>
          <w:sz w:val="26"/>
          <w:szCs w:val="26"/>
          <w:lang w:val="lv-LV"/>
        </w:rPr>
        <w:t>0–</w:t>
      </w:r>
      <w:r w:rsidR="40C6E414" w:rsidRPr="007D5BE7">
        <w:rPr>
          <w:rFonts w:ascii="Times New Roman" w:hAnsi="Times New Roman" w:cs="Times New Roman"/>
          <w:sz w:val="26"/>
          <w:szCs w:val="26"/>
          <w:lang w:val="lv-LV"/>
        </w:rPr>
        <w:t xml:space="preserve"> 1,5</w:t>
      </w:r>
      <w:r w:rsidR="00665986" w:rsidRPr="007D5BE7">
        <w:rPr>
          <w:rFonts w:ascii="Times New Roman" w:hAnsi="Times New Roman" w:cs="Times New Roman"/>
          <w:sz w:val="26"/>
          <w:szCs w:val="26"/>
          <w:lang w:val="lv-LV"/>
        </w:rPr>
        <w:t xml:space="preserve"> gadi</w:t>
      </w:r>
    </w:p>
    <w:p w14:paraId="0088F735" w14:textId="62E60BAF" w:rsidR="00665986" w:rsidRPr="007D5BE7" w:rsidRDefault="007D5BE7" w:rsidP="007D5BE7">
      <w:pPr>
        <w:spacing w:after="0" w:line="240" w:lineRule="auto"/>
        <w:rPr>
          <w:rFonts w:ascii="Aptos" w:eastAsia="Aptos" w:hAnsi="Aptos" w:cs="Aptos"/>
          <w:sz w:val="28"/>
          <w:szCs w:val="28"/>
          <w:lang w:val="lv-LV"/>
        </w:rPr>
      </w:pPr>
      <w:r w:rsidRPr="007D5BE7">
        <w:rPr>
          <w:rFonts w:ascii="Aptos" w:eastAsia="Aptos" w:hAnsi="Aptos" w:cs="Aptos"/>
          <w:sz w:val="28"/>
          <w:szCs w:val="28"/>
          <w:lang w:val="lv-LV"/>
        </w:rPr>
        <w:t>☐</w:t>
      </w:r>
      <w:r>
        <w:rPr>
          <w:rFonts w:ascii="Aptos" w:eastAsia="Aptos" w:hAnsi="Aptos" w:cs="Aptos"/>
          <w:sz w:val="28"/>
          <w:szCs w:val="28"/>
          <w:lang w:val="lv-LV"/>
        </w:rPr>
        <w:t xml:space="preserve"> </w:t>
      </w:r>
      <w:r w:rsidR="2F5B4B7C" w:rsidRPr="007D5BE7">
        <w:rPr>
          <w:rFonts w:ascii="Times New Roman" w:hAnsi="Times New Roman" w:cs="Times New Roman"/>
          <w:sz w:val="26"/>
          <w:szCs w:val="26"/>
          <w:lang w:val="lv-LV"/>
        </w:rPr>
        <w:t xml:space="preserve">1,5 </w:t>
      </w:r>
      <w:r w:rsidR="6D123747" w:rsidRPr="007D5BE7">
        <w:rPr>
          <w:rFonts w:ascii="Times New Roman" w:hAnsi="Times New Roman" w:cs="Times New Roman"/>
          <w:sz w:val="26"/>
          <w:szCs w:val="26"/>
          <w:lang w:val="lv-LV"/>
        </w:rPr>
        <w:t>–6 gadi</w:t>
      </w:r>
    </w:p>
    <w:p w14:paraId="21805C65" w14:textId="2765A10C" w:rsidR="00665986" w:rsidRPr="007D5BE7" w:rsidRDefault="007D5BE7" w:rsidP="007D5BE7">
      <w:pPr>
        <w:spacing w:after="0" w:line="240" w:lineRule="auto"/>
        <w:rPr>
          <w:rFonts w:ascii="Times New Roman" w:hAnsi="Times New Roman" w:cs="Times New Roman"/>
          <w:sz w:val="26"/>
          <w:szCs w:val="26"/>
          <w:lang w:val="lv-LV"/>
        </w:rPr>
      </w:pPr>
      <w:r w:rsidRPr="007D5BE7">
        <w:rPr>
          <w:rFonts w:ascii="Aptos" w:eastAsia="Aptos" w:hAnsi="Aptos" w:cs="Aptos"/>
          <w:sz w:val="28"/>
          <w:szCs w:val="28"/>
          <w:lang w:val="lv-LV"/>
        </w:rPr>
        <w:t>☐</w:t>
      </w:r>
      <w:r>
        <w:rPr>
          <w:rFonts w:ascii="Aptos" w:eastAsia="Aptos" w:hAnsi="Aptos" w:cs="Aptos"/>
          <w:sz w:val="28"/>
          <w:szCs w:val="28"/>
          <w:lang w:val="lv-LV"/>
        </w:rPr>
        <w:t xml:space="preserve"> </w:t>
      </w:r>
      <w:r w:rsidR="00665986" w:rsidRPr="007D5BE7">
        <w:rPr>
          <w:rFonts w:ascii="Times New Roman" w:hAnsi="Times New Roman" w:cs="Times New Roman"/>
          <w:sz w:val="26"/>
          <w:szCs w:val="26"/>
          <w:lang w:val="lv-LV"/>
        </w:rPr>
        <w:t>7–12 gad</w:t>
      </w:r>
      <w:r>
        <w:rPr>
          <w:rFonts w:ascii="Times New Roman" w:hAnsi="Times New Roman" w:cs="Times New Roman"/>
          <w:sz w:val="26"/>
          <w:szCs w:val="26"/>
          <w:lang w:val="lv-LV"/>
        </w:rPr>
        <w:t>i</w:t>
      </w:r>
      <w:r w:rsidR="00665986" w:rsidRPr="007D5BE7">
        <w:rPr>
          <w:rFonts w:ascii="Times New Roman" w:hAnsi="Times New Roman" w:cs="Times New Roman"/>
          <w:sz w:val="26"/>
          <w:szCs w:val="26"/>
          <w:lang w:val="lv-LV"/>
        </w:rPr>
        <w:t xml:space="preserve"> </w:t>
      </w:r>
    </w:p>
    <w:p w14:paraId="5465595D" w14:textId="00E00DEC" w:rsidR="00665986" w:rsidRPr="007D5BE7" w:rsidRDefault="007D5BE7" w:rsidP="007D5BE7">
      <w:pPr>
        <w:spacing w:after="0" w:line="240" w:lineRule="auto"/>
        <w:rPr>
          <w:rFonts w:ascii="Times New Roman" w:hAnsi="Times New Roman" w:cs="Times New Roman"/>
          <w:sz w:val="26"/>
          <w:szCs w:val="26"/>
          <w:lang w:val="lv-LV"/>
        </w:rPr>
      </w:pPr>
      <w:r w:rsidRPr="007D5BE7">
        <w:rPr>
          <w:rFonts w:ascii="Aptos" w:eastAsia="Aptos" w:hAnsi="Aptos" w:cs="Aptos"/>
          <w:sz w:val="28"/>
          <w:szCs w:val="28"/>
          <w:lang w:val="lv-LV"/>
        </w:rPr>
        <w:t>☐</w:t>
      </w:r>
      <w:r>
        <w:rPr>
          <w:rFonts w:ascii="Aptos" w:eastAsia="Aptos" w:hAnsi="Aptos" w:cs="Aptos"/>
          <w:sz w:val="28"/>
          <w:szCs w:val="28"/>
          <w:lang w:val="lv-LV"/>
        </w:rPr>
        <w:t xml:space="preserve"> </w:t>
      </w:r>
      <w:r w:rsidR="00665986" w:rsidRPr="007D5BE7">
        <w:rPr>
          <w:rFonts w:ascii="Times New Roman" w:hAnsi="Times New Roman" w:cs="Times New Roman"/>
          <w:sz w:val="26"/>
          <w:szCs w:val="26"/>
          <w:lang w:val="lv-LV"/>
        </w:rPr>
        <w:t>13–17 gadi</w:t>
      </w:r>
    </w:p>
    <w:p w14:paraId="73417676" w14:textId="10018FA4" w:rsidR="00665986" w:rsidRPr="007D5BE7" w:rsidRDefault="007D5BE7" w:rsidP="007D5BE7">
      <w:pPr>
        <w:spacing w:after="0" w:line="240" w:lineRule="auto"/>
        <w:rPr>
          <w:rFonts w:ascii="Times New Roman" w:hAnsi="Times New Roman" w:cs="Times New Roman"/>
          <w:sz w:val="26"/>
          <w:szCs w:val="26"/>
          <w:lang w:val="lv-LV"/>
        </w:rPr>
      </w:pPr>
      <w:r w:rsidRPr="007D5BE7">
        <w:rPr>
          <w:rFonts w:ascii="Aptos" w:eastAsia="Aptos" w:hAnsi="Aptos" w:cs="Aptos"/>
          <w:sz w:val="28"/>
          <w:szCs w:val="28"/>
          <w:lang w:val="lv-LV"/>
        </w:rPr>
        <w:t>☐</w:t>
      </w:r>
      <w:r>
        <w:rPr>
          <w:rFonts w:ascii="Aptos" w:eastAsia="Aptos" w:hAnsi="Aptos" w:cs="Aptos"/>
          <w:sz w:val="28"/>
          <w:szCs w:val="28"/>
          <w:lang w:val="lv-LV"/>
        </w:rPr>
        <w:t xml:space="preserve"> </w:t>
      </w:r>
      <w:r w:rsidR="00665986" w:rsidRPr="007D5BE7">
        <w:rPr>
          <w:rFonts w:ascii="Times New Roman" w:hAnsi="Times New Roman" w:cs="Times New Roman"/>
          <w:sz w:val="26"/>
          <w:szCs w:val="26"/>
          <w:lang w:val="lv-LV"/>
        </w:rPr>
        <w:t>18–2</w:t>
      </w:r>
      <w:r w:rsidR="370A6C0D" w:rsidRPr="007D5BE7">
        <w:rPr>
          <w:rFonts w:ascii="Times New Roman" w:hAnsi="Times New Roman" w:cs="Times New Roman"/>
          <w:sz w:val="26"/>
          <w:szCs w:val="26"/>
          <w:lang w:val="lv-LV"/>
        </w:rPr>
        <w:t>4</w:t>
      </w:r>
      <w:r w:rsidR="00665986" w:rsidRPr="007D5BE7">
        <w:rPr>
          <w:rFonts w:ascii="Times New Roman" w:hAnsi="Times New Roman" w:cs="Times New Roman"/>
          <w:sz w:val="26"/>
          <w:szCs w:val="26"/>
          <w:lang w:val="lv-LV"/>
        </w:rPr>
        <w:t xml:space="preserve"> gadi</w:t>
      </w:r>
      <w:r w:rsidR="28ED1CBB" w:rsidRPr="007D5BE7">
        <w:rPr>
          <w:rFonts w:ascii="Times New Roman" w:hAnsi="Times New Roman" w:cs="Times New Roman"/>
          <w:sz w:val="26"/>
          <w:szCs w:val="26"/>
          <w:lang w:val="lv-LV"/>
        </w:rPr>
        <w:t xml:space="preserve"> </w:t>
      </w:r>
      <w:r w:rsidR="0E78E171" w:rsidRPr="007D5BE7">
        <w:rPr>
          <w:rFonts w:ascii="Times New Roman" w:hAnsi="Times New Roman" w:cs="Times New Roman"/>
          <w:sz w:val="26"/>
          <w:szCs w:val="26"/>
          <w:lang w:val="lv-LV"/>
        </w:rPr>
        <w:t xml:space="preserve">  </w:t>
      </w:r>
    </w:p>
    <w:p w14:paraId="4EEB37A2" w14:textId="24EEC178" w:rsidR="0062351A" w:rsidRPr="0062351A" w:rsidRDefault="0062351A" w:rsidP="0062351A">
      <w:pPr>
        <w:spacing w:after="0" w:line="240" w:lineRule="auto"/>
        <w:rPr>
          <w:rFonts w:ascii="Times New Roman" w:hAnsi="Times New Roman" w:cs="Times New Roman"/>
          <w:sz w:val="26"/>
          <w:szCs w:val="26"/>
          <w:lang w:val="lv-LV"/>
        </w:rPr>
      </w:pPr>
    </w:p>
    <w:p w14:paraId="2C2C712A" w14:textId="77777777" w:rsidR="00D456E8" w:rsidRDefault="00D456E8" w:rsidP="634F6AC8">
      <w:pPr>
        <w:rPr>
          <w:rFonts w:ascii="Times New Roman" w:hAnsi="Times New Roman" w:cs="Times New Roman"/>
          <w:b/>
          <w:bCs/>
          <w:sz w:val="26"/>
          <w:szCs w:val="26"/>
          <w:lang w:val="lv-LV"/>
        </w:rPr>
      </w:pPr>
    </w:p>
    <w:p w14:paraId="12E67C83" w14:textId="77777777" w:rsidR="00D456E8" w:rsidRDefault="00D456E8" w:rsidP="634F6AC8">
      <w:pPr>
        <w:rPr>
          <w:rFonts w:ascii="Times New Roman" w:hAnsi="Times New Roman" w:cs="Times New Roman"/>
          <w:b/>
          <w:bCs/>
          <w:sz w:val="26"/>
          <w:szCs w:val="26"/>
          <w:lang w:val="lv-LV"/>
        </w:rPr>
      </w:pPr>
    </w:p>
    <w:p w14:paraId="21C07834" w14:textId="3BAC0C26" w:rsidR="007F11C7" w:rsidRDefault="0F9FDDE9" w:rsidP="634F6AC8">
      <w:pPr>
        <w:rPr>
          <w:lang w:val="lv-LV"/>
        </w:rPr>
      </w:pPr>
      <w:r w:rsidRPr="45B7AB34">
        <w:rPr>
          <w:rFonts w:ascii="Times New Roman" w:hAnsi="Times New Roman" w:cs="Times New Roman"/>
          <w:b/>
          <w:bCs/>
          <w:sz w:val="26"/>
          <w:szCs w:val="26"/>
          <w:lang w:val="lv-LV"/>
        </w:rPr>
        <w:t>4</w:t>
      </w:r>
      <w:r w:rsidR="7F0C5E2A" w:rsidRPr="45B7AB34">
        <w:rPr>
          <w:rFonts w:ascii="Times New Roman" w:hAnsi="Times New Roman" w:cs="Times New Roman"/>
          <w:b/>
          <w:bCs/>
          <w:sz w:val="26"/>
          <w:szCs w:val="26"/>
          <w:lang w:val="lv-LV"/>
        </w:rPr>
        <w:t>.</w:t>
      </w:r>
      <w:r w:rsidR="7235B5BF" w:rsidRPr="45B7AB34">
        <w:rPr>
          <w:rFonts w:ascii="Times New Roman" w:hAnsi="Times New Roman" w:cs="Times New Roman"/>
          <w:b/>
          <w:bCs/>
          <w:sz w:val="26"/>
          <w:szCs w:val="26"/>
          <w:lang w:val="lv-LV"/>
        </w:rPr>
        <w:t>Funkcionāl</w:t>
      </w:r>
      <w:r w:rsidR="62264A7B" w:rsidRPr="45B7AB34">
        <w:rPr>
          <w:rFonts w:ascii="Times New Roman" w:hAnsi="Times New Roman" w:cs="Times New Roman"/>
          <w:b/>
          <w:bCs/>
          <w:sz w:val="26"/>
          <w:szCs w:val="26"/>
          <w:lang w:val="lv-LV"/>
        </w:rPr>
        <w:t>ie</w:t>
      </w:r>
      <w:r w:rsidR="7235B5BF" w:rsidRPr="45B7AB34">
        <w:rPr>
          <w:rFonts w:ascii="Times New Roman" w:hAnsi="Times New Roman" w:cs="Times New Roman"/>
          <w:b/>
          <w:bCs/>
          <w:sz w:val="26"/>
          <w:szCs w:val="26"/>
          <w:lang w:val="lv-LV"/>
        </w:rPr>
        <w:t xml:space="preserve"> t</w:t>
      </w:r>
      <w:r w:rsidR="00665986" w:rsidRPr="45B7AB34">
        <w:rPr>
          <w:rFonts w:ascii="Times New Roman" w:hAnsi="Times New Roman" w:cs="Times New Roman"/>
          <w:b/>
          <w:bCs/>
          <w:sz w:val="26"/>
          <w:szCs w:val="26"/>
          <w:lang w:val="lv-LV"/>
        </w:rPr>
        <w:t>raucējum</w:t>
      </w:r>
      <w:r w:rsidR="1F81FDC4" w:rsidRPr="45B7AB34">
        <w:rPr>
          <w:rFonts w:ascii="Times New Roman" w:hAnsi="Times New Roman" w:cs="Times New Roman"/>
          <w:b/>
          <w:bCs/>
          <w:sz w:val="26"/>
          <w:szCs w:val="26"/>
          <w:lang w:val="lv-LV"/>
        </w:rPr>
        <w:t xml:space="preserve">i </w:t>
      </w:r>
      <w:r w:rsidR="4E91CCEC" w:rsidRPr="45B7AB34">
        <w:rPr>
          <w:rFonts w:ascii="Times New Roman" w:hAnsi="Times New Roman" w:cs="Times New Roman"/>
          <w:sz w:val="26"/>
          <w:szCs w:val="26"/>
          <w:lang w:val="lv-LV"/>
        </w:rPr>
        <w:t>:</w:t>
      </w:r>
      <w:r w:rsidR="0F9E8C38" w:rsidRPr="45B7AB34">
        <w:rPr>
          <w:lang w:val="lv-LV"/>
        </w:rPr>
        <w:t xml:space="preserve"> </w:t>
      </w:r>
    </w:p>
    <w:p w14:paraId="64488A63" w14:textId="1FC3DE0D" w:rsidR="007F11C7" w:rsidRDefault="007F11C7" w:rsidP="45B7AB34">
      <w:pPr>
        <w:spacing w:before="100" w:beforeAutospacing="1" w:after="100" w:afterAutospacing="1"/>
        <w:rPr>
          <w:lang w:val="lv-LV"/>
        </w:rPr>
      </w:pPr>
      <w:r w:rsidRPr="45B7AB34">
        <w:rPr>
          <w:lang w:val="lv-LV"/>
        </w:rPr>
        <w:t>Atzīmēt attiecīg</w:t>
      </w:r>
      <w:r w:rsidR="7429CF82" w:rsidRPr="45B7AB34">
        <w:rPr>
          <w:lang w:val="lv-LV"/>
        </w:rPr>
        <w:t xml:space="preserve">o </w:t>
      </w:r>
      <w:r w:rsidR="489B10C1" w:rsidRPr="45B7AB34">
        <w:rPr>
          <w:lang w:val="lv-LV"/>
        </w:rPr>
        <w:t xml:space="preserve">traucējumu </w:t>
      </w:r>
      <w:r w:rsidR="7429CF82" w:rsidRPr="45B7AB34">
        <w:rPr>
          <w:lang w:val="lv-LV"/>
        </w:rPr>
        <w:t xml:space="preserve">veidu </w:t>
      </w:r>
      <w:r w:rsidRPr="45B7AB34">
        <w:rPr>
          <w:lang w:val="lv-LV"/>
        </w:rPr>
        <w:t>:</w:t>
      </w:r>
      <w:r w:rsidR="0F9E8C38" w:rsidRPr="45B7AB34">
        <w:rPr>
          <w:lang w:val="lv-LV"/>
        </w:rPr>
        <w:t xml:space="preserve">    </w:t>
      </w:r>
    </w:p>
    <w:p w14:paraId="7A383D60" w14:textId="77777777" w:rsidR="00D456E8" w:rsidRDefault="007F11C7" w:rsidP="00D456E8">
      <w:pPr>
        <w:spacing w:before="100" w:beforeAutospacing="1" w:after="100" w:afterAutospacing="1"/>
        <w:outlineLvl w:val="2"/>
        <w:rPr>
          <w:rFonts w:ascii="Times New Roman" w:hAnsi="Times New Roman" w:cs="Times New Roman"/>
          <w:b/>
          <w:bCs/>
          <w:sz w:val="27"/>
          <w:szCs w:val="27"/>
          <w:lang w:val="lv-LV"/>
        </w:rPr>
      </w:pPr>
      <w:r w:rsidRPr="007D5BE7">
        <w:rPr>
          <w:rFonts w:ascii="Times New Roman" w:hAnsi="Times New Roman" w:cs="Times New Roman"/>
          <w:b/>
          <w:bCs/>
          <w:sz w:val="27"/>
          <w:szCs w:val="27"/>
          <w:lang w:val="lv-LV"/>
        </w:rPr>
        <w:t>Funkcionēšanas jomas</w:t>
      </w:r>
    </w:p>
    <w:p w14:paraId="1B832D09" w14:textId="5A16B6EA" w:rsidR="007F11C7" w:rsidRPr="00D81213" w:rsidRDefault="00D456E8" w:rsidP="00D81213">
      <w:pPr>
        <w:spacing w:before="100" w:beforeAutospacing="1" w:after="100" w:afterAutospacing="1"/>
        <w:outlineLvl w:val="2"/>
        <w:rPr>
          <w:rFonts w:ascii="Times New Roman" w:hAnsi="Times New Roman" w:cs="Times New Roman"/>
          <w:b/>
          <w:bCs/>
          <w:sz w:val="27"/>
          <w:szCs w:val="27"/>
          <w:lang w:val="lv-LV"/>
        </w:rPr>
      </w:pPr>
      <w:r w:rsidRPr="007D5BE7">
        <w:rPr>
          <w:rFonts w:ascii="Aptos" w:eastAsia="Aptos" w:hAnsi="Aptos" w:cs="Aptos"/>
          <w:sz w:val="28"/>
          <w:szCs w:val="28"/>
          <w:lang w:val="lv-LV"/>
        </w:rPr>
        <w:t xml:space="preserve">☐ </w:t>
      </w:r>
      <w:r w:rsidR="007F11C7" w:rsidRPr="00D456E8">
        <w:rPr>
          <w:rFonts w:ascii="Times New Roman" w:hAnsi="Times New Roman" w:cs="Times New Roman"/>
          <w:sz w:val="26"/>
          <w:szCs w:val="26"/>
          <w:lang w:val="lv-LV"/>
        </w:rPr>
        <w:t>Kustību (motorās) funkcijas traucējumi</w:t>
      </w:r>
      <w:r w:rsidR="007F11C7" w:rsidRPr="00D456E8">
        <w:rPr>
          <w:rFonts w:ascii="Times New Roman" w:hAnsi="Times New Roman" w:cs="Times New Roman"/>
          <w:sz w:val="26"/>
          <w:szCs w:val="26"/>
          <w:lang w:val="lv-LV"/>
        </w:rPr>
        <w:br/>
      </w:r>
      <w:r w:rsidRPr="007D5BE7">
        <w:rPr>
          <w:rFonts w:ascii="Aptos" w:eastAsia="Aptos" w:hAnsi="Aptos" w:cs="Aptos"/>
          <w:sz w:val="28"/>
          <w:szCs w:val="28"/>
          <w:lang w:val="lv-LV"/>
        </w:rPr>
        <w:t>☐</w:t>
      </w:r>
      <w:r w:rsidR="007F11C7" w:rsidRPr="00D456E8">
        <w:rPr>
          <w:rFonts w:ascii="Times New Roman" w:hAnsi="Times New Roman" w:cs="Times New Roman"/>
          <w:sz w:val="26"/>
          <w:szCs w:val="26"/>
          <w:lang w:val="lv-LV"/>
        </w:rPr>
        <w:t xml:space="preserve"> Runas un valodas funkciju traucējumi</w:t>
      </w:r>
      <w:r w:rsidR="007F11C7" w:rsidRPr="00D456E8">
        <w:rPr>
          <w:rFonts w:ascii="Times New Roman" w:hAnsi="Times New Roman" w:cs="Times New Roman"/>
          <w:sz w:val="26"/>
          <w:szCs w:val="26"/>
          <w:lang w:val="lv-LV"/>
        </w:rPr>
        <w:br/>
      </w:r>
      <w:r w:rsidRPr="007D5BE7">
        <w:rPr>
          <w:rFonts w:ascii="Aptos" w:eastAsia="Aptos" w:hAnsi="Aptos" w:cs="Aptos"/>
          <w:sz w:val="28"/>
          <w:szCs w:val="28"/>
          <w:lang w:val="lv-LV"/>
        </w:rPr>
        <w:t>☐</w:t>
      </w:r>
      <w:r w:rsidR="007F11C7" w:rsidRPr="00D456E8">
        <w:rPr>
          <w:rFonts w:ascii="Times New Roman" w:hAnsi="Times New Roman" w:cs="Times New Roman"/>
          <w:sz w:val="26"/>
          <w:szCs w:val="26"/>
          <w:lang w:val="lv-LV"/>
        </w:rPr>
        <w:t xml:space="preserve"> Uzvedības un sociālās funkcionēšanas traucējumi</w:t>
      </w:r>
      <w:r w:rsidR="007F11C7" w:rsidRPr="00D456E8">
        <w:rPr>
          <w:rFonts w:ascii="Times New Roman" w:hAnsi="Times New Roman" w:cs="Times New Roman"/>
          <w:sz w:val="26"/>
          <w:szCs w:val="26"/>
          <w:lang w:val="lv-LV"/>
        </w:rPr>
        <w:br/>
      </w:r>
      <w:r w:rsidRPr="007D5BE7">
        <w:rPr>
          <w:rFonts w:ascii="Aptos" w:eastAsia="Aptos" w:hAnsi="Aptos" w:cs="Aptos"/>
          <w:sz w:val="28"/>
          <w:szCs w:val="28"/>
          <w:lang w:val="lv-LV"/>
        </w:rPr>
        <w:t>☐</w:t>
      </w:r>
      <w:r w:rsidR="007F11C7" w:rsidRPr="007D5BE7">
        <w:rPr>
          <w:rFonts w:ascii="Times New Roman" w:hAnsi="Times New Roman" w:cs="Times New Roman"/>
          <w:sz w:val="26"/>
          <w:szCs w:val="26"/>
          <w:lang w:val="lv-LV"/>
        </w:rPr>
        <w:t xml:space="preserve"> Kognitīvo funkciju traucējumi</w:t>
      </w:r>
    </w:p>
    <w:p w14:paraId="12636825" w14:textId="77777777" w:rsidR="007F11C7" w:rsidRPr="00FA14C0" w:rsidRDefault="007F11C7" w:rsidP="007F11C7">
      <w:pPr>
        <w:spacing w:before="100" w:beforeAutospacing="1" w:after="100" w:afterAutospacing="1"/>
        <w:outlineLvl w:val="2"/>
        <w:rPr>
          <w:rFonts w:ascii="Times New Roman" w:hAnsi="Times New Roman" w:cs="Times New Roman"/>
          <w:b/>
          <w:bCs/>
          <w:sz w:val="26"/>
          <w:szCs w:val="26"/>
          <w:lang w:val="lv-LV"/>
        </w:rPr>
      </w:pPr>
      <w:r w:rsidRPr="00FA14C0">
        <w:rPr>
          <w:rFonts w:ascii="Times New Roman" w:hAnsi="Times New Roman" w:cs="Times New Roman"/>
          <w:b/>
          <w:bCs/>
          <w:sz w:val="26"/>
          <w:szCs w:val="26"/>
          <w:lang w:val="lv-LV"/>
        </w:rPr>
        <w:t>Neiroattīstības traucējumi</w:t>
      </w:r>
    </w:p>
    <w:p w14:paraId="154BAF58" w14:textId="261DD2B1" w:rsidR="007F11C7" w:rsidRPr="00FA14C0" w:rsidRDefault="00D456E8" w:rsidP="00D81213">
      <w:pPr>
        <w:spacing w:before="100" w:beforeAutospacing="1" w:after="100" w:afterAutospacing="1"/>
        <w:rPr>
          <w:rFonts w:ascii="Times New Roman" w:hAnsi="Times New Roman" w:cs="Times New Roman"/>
          <w:sz w:val="26"/>
          <w:szCs w:val="26"/>
          <w:lang w:val="lv-LV"/>
        </w:rPr>
      </w:pPr>
      <w:r w:rsidRPr="007D5BE7">
        <w:rPr>
          <w:rFonts w:ascii="Aptos" w:eastAsia="Aptos" w:hAnsi="Aptos" w:cs="Aptos"/>
          <w:sz w:val="28"/>
          <w:szCs w:val="28"/>
          <w:lang w:val="lv-LV"/>
        </w:rPr>
        <w:t>☐</w:t>
      </w:r>
      <w:r w:rsidR="007F11C7" w:rsidRPr="00FA14C0">
        <w:rPr>
          <w:rFonts w:ascii="Times New Roman" w:hAnsi="Times New Roman" w:cs="Times New Roman"/>
          <w:sz w:val="26"/>
          <w:szCs w:val="26"/>
          <w:lang w:val="lv-LV"/>
        </w:rPr>
        <w:t xml:space="preserve"> Autiskā spektra traucējumi</w:t>
      </w:r>
      <w:r w:rsidR="007F11C7" w:rsidRPr="00FA14C0">
        <w:rPr>
          <w:rFonts w:ascii="Times New Roman" w:hAnsi="Times New Roman" w:cs="Times New Roman"/>
          <w:sz w:val="26"/>
          <w:szCs w:val="26"/>
          <w:lang w:val="lv-LV"/>
        </w:rPr>
        <w:br/>
      </w:r>
      <w:r w:rsidRPr="007D5BE7">
        <w:rPr>
          <w:rFonts w:ascii="Aptos" w:eastAsia="Aptos" w:hAnsi="Aptos" w:cs="Aptos"/>
          <w:sz w:val="28"/>
          <w:szCs w:val="28"/>
          <w:lang w:val="lv-LV"/>
        </w:rPr>
        <w:t>☐</w:t>
      </w:r>
      <w:r w:rsidR="007F11C7" w:rsidRPr="00FA14C0">
        <w:rPr>
          <w:rFonts w:ascii="Times New Roman" w:hAnsi="Times New Roman" w:cs="Times New Roman"/>
          <w:sz w:val="26"/>
          <w:szCs w:val="26"/>
          <w:lang w:val="lv-LV"/>
        </w:rPr>
        <w:t xml:space="preserve"> Uzmanības deficīta un hiperaktivitātes traucējumi (UDHT)</w:t>
      </w:r>
      <w:r w:rsidR="007F11C7" w:rsidRPr="00FA14C0">
        <w:rPr>
          <w:rFonts w:ascii="Times New Roman" w:hAnsi="Times New Roman" w:cs="Times New Roman"/>
          <w:sz w:val="26"/>
          <w:szCs w:val="26"/>
          <w:lang w:val="lv-LV"/>
        </w:rPr>
        <w:br/>
      </w:r>
      <w:r w:rsidRPr="007D5BE7">
        <w:rPr>
          <w:rFonts w:ascii="Aptos" w:eastAsia="Aptos" w:hAnsi="Aptos" w:cs="Aptos"/>
          <w:sz w:val="28"/>
          <w:szCs w:val="28"/>
          <w:lang w:val="lv-LV"/>
        </w:rPr>
        <w:t>☐</w:t>
      </w:r>
      <w:r w:rsidR="007F11C7" w:rsidRPr="00FA14C0">
        <w:rPr>
          <w:rFonts w:ascii="Times New Roman" w:hAnsi="Times New Roman" w:cs="Times New Roman"/>
          <w:sz w:val="26"/>
          <w:szCs w:val="26"/>
          <w:lang w:val="lv-LV"/>
        </w:rPr>
        <w:t xml:space="preserve"> Specifiski mācīšanās traucējumi</w:t>
      </w:r>
      <w:r w:rsidR="007F11C7" w:rsidRPr="00FA14C0">
        <w:rPr>
          <w:rFonts w:ascii="Times New Roman" w:hAnsi="Times New Roman" w:cs="Times New Roman"/>
          <w:sz w:val="26"/>
          <w:szCs w:val="26"/>
          <w:lang w:val="lv-LV"/>
        </w:rPr>
        <w:br/>
      </w:r>
      <w:r w:rsidRPr="007D5BE7">
        <w:rPr>
          <w:rFonts w:ascii="Aptos" w:eastAsia="Aptos" w:hAnsi="Aptos" w:cs="Aptos"/>
          <w:sz w:val="28"/>
          <w:szCs w:val="28"/>
          <w:lang w:val="lv-LV"/>
        </w:rPr>
        <w:t>☐</w:t>
      </w:r>
      <w:r w:rsidR="007F11C7" w:rsidRPr="00FA14C0">
        <w:rPr>
          <w:rFonts w:ascii="Times New Roman" w:hAnsi="Times New Roman" w:cs="Times New Roman"/>
          <w:sz w:val="26"/>
          <w:szCs w:val="26"/>
          <w:lang w:val="lv-LV"/>
        </w:rPr>
        <w:t xml:space="preserve"> Citi neiroattīstības traucējumi: ______________________</w:t>
      </w:r>
      <w:r w:rsidR="00CE6BC8" w:rsidRPr="00FA14C0">
        <w:rPr>
          <w:rFonts w:ascii="Times New Roman" w:hAnsi="Times New Roman" w:cs="Times New Roman"/>
          <w:sz w:val="26"/>
          <w:szCs w:val="26"/>
          <w:lang w:val="lv-LV"/>
        </w:rPr>
        <w:t>_______________________</w:t>
      </w:r>
    </w:p>
    <w:p w14:paraId="139276D2" w14:textId="77777777" w:rsidR="007F11C7" w:rsidRPr="00FA14C0" w:rsidRDefault="007F11C7" w:rsidP="007F11C7">
      <w:pPr>
        <w:spacing w:before="100" w:beforeAutospacing="1" w:after="100" w:afterAutospacing="1"/>
        <w:outlineLvl w:val="2"/>
        <w:rPr>
          <w:rFonts w:ascii="Times New Roman" w:hAnsi="Times New Roman" w:cs="Times New Roman"/>
          <w:b/>
          <w:bCs/>
          <w:sz w:val="26"/>
          <w:szCs w:val="26"/>
          <w:lang w:val="lv-LV"/>
        </w:rPr>
      </w:pPr>
      <w:r w:rsidRPr="00FA14C0">
        <w:rPr>
          <w:rFonts w:ascii="Times New Roman" w:hAnsi="Times New Roman" w:cs="Times New Roman"/>
          <w:b/>
          <w:bCs/>
          <w:sz w:val="26"/>
          <w:szCs w:val="26"/>
          <w:lang w:val="lv-LV"/>
        </w:rPr>
        <w:t>Ģenētiskas un retas slimības</w:t>
      </w:r>
    </w:p>
    <w:p w14:paraId="15B3C7D6" w14:textId="736BF73F" w:rsidR="007F11C7" w:rsidRPr="00FA14C0" w:rsidRDefault="00D456E8" w:rsidP="00D81213">
      <w:pPr>
        <w:spacing w:before="100" w:beforeAutospacing="1" w:after="100" w:afterAutospacing="1"/>
        <w:rPr>
          <w:rFonts w:ascii="Times New Roman" w:hAnsi="Times New Roman" w:cs="Times New Roman"/>
          <w:sz w:val="26"/>
          <w:szCs w:val="26"/>
          <w:lang w:val="lv-LV"/>
        </w:rPr>
      </w:pPr>
      <w:r w:rsidRPr="007D5BE7">
        <w:rPr>
          <w:rFonts w:ascii="Aptos" w:eastAsia="Aptos" w:hAnsi="Aptos" w:cs="Aptos"/>
          <w:sz w:val="28"/>
          <w:szCs w:val="28"/>
          <w:lang w:val="lv-LV"/>
        </w:rPr>
        <w:t>☐</w:t>
      </w:r>
      <w:r w:rsidR="007F11C7" w:rsidRPr="00FA14C0">
        <w:rPr>
          <w:rFonts w:ascii="Times New Roman" w:hAnsi="Times New Roman" w:cs="Times New Roman"/>
          <w:sz w:val="26"/>
          <w:szCs w:val="26"/>
          <w:lang w:val="lv-LV"/>
        </w:rPr>
        <w:t xml:space="preserve"> Ģenētiski sindromi</w:t>
      </w:r>
      <w:r w:rsidR="007F11C7" w:rsidRPr="00FA14C0">
        <w:rPr>
          <w:rFonts w:ascii="Times New Roman" w:hAnsi="Times New Roman" w:cs="Times New Roman"/>
          <w:sz w:val="26"/>
          <w:szCs w:val="26"/>
          <w:lang w:val="lv-LV"/>
        </w:rPr>
        <w:br/>
      </w:r>
      <w:r w:rsidRPr="007D5BE7">
        <w:rPr>
          <w:rFonts w:ascii="Aptos" w:eastAsia="Aptos" w:hAnsi="Aptos" w:cs="Aptos"/>
          <w:sz w:val="28"/>
          <w:szCs w:val="28"/>
          <w:lang w:val="lv-LV"/>
        </w:rPr>
        <w:t>☐</w:t>
      </w:r>
      <w:r w:rsidR="007F11C7" w:rsidRPr="00FA14C0">
        <w:rPr>
          <w:rFonts w:ascii="Times New Roman" w:hAnsi="Times New Roman" w:cs="Times New Roman"/>
          <w:sz w:val="26"/>
          <w:szCs w:val="26"/>
          <w:lang w:val="lv-LV"/>
        </w:rPr>
        <w:t xml:space="preserve"> Retas slimības</w:t>
      </w:r>
    </w:p>
    <w:p w14:paraId="2D062CFE" w14:textId="77777777" w:rsidR="007F11C7" w:rsidRPr="00FA14C0" w:rsidRDefault="007F11C7" w:rsidP="007F11C7">
      <w:pPr>
        <w:spacing w:before="100" w:beforeAutospacing="1" w:after="100" w:afterAutospacing="1"/>
        <w:outlineLvl w:val="2"/>
        <w:rPr>
          <w:rFonts w:ascii="Times New Roman" w:hAnsi="Times New Roman" w:cs="Times New Roman"/>
          <w:b/>
          <w:bCs/>
          <w:sz w:val="26"/>
          <w:szCs w:val="26"/>
          <w:lang w:val="lv-LV"/>
        </w:rPr>
      </w:pPr>
      <w:r w:rsidRPr="00FA14C0">
        <w:rPr>
          <w:rFonts w:ascii="Times New Roman" w:hAnsi="Times New Roman" w:cs="Times New Roman"/>
          <w:b/>
          <w:bCs/>
          <w:sz w:val="26"/>
          <w:szCs w:val="26"/>
          <w:lang w:val="lv-LV"/>
        </w:rPr>
        <w:t>Fiziskā veselība (somatiskais stāvoklis)</w:t>
      </w:r>
    </w:p>
    <w:p w14:paraId="74EBEDAD" w14:textId="08DA029C" w:rsidR="0F9E8C38" w:rsidRPr="004538E7" w:rsidRDefault="00D456E8" w:rsidP="0050636F">
      <w:pPr>
        <w:spacing w:before="100" w:beforeAutospacing="1" w:after="100" w:afterAutospacing="1"/>
        <w:rPr>
          <w:rFonts w:ascii="Times New Roman" w:hAnsi="Times New Roman" w:cs="Times New Roman"/>
          <w:sz w:val="26"/>
          <w:szCs w:val="26"/>
          <w:lang w:val="lv-LV"/>
        </w:rPr>
      </w:pPr>
      <w:r w:rsidRPr="007D5BE7">
        <w:rPr>
          <w:rFonts w:ascii="Aptos" w:eastAsia="Aptos" w:hAnsi="Aptos" w:cs="Aptos"/>
          <w:sz w:val="28"/>
          <w:szCs w:val="28"/>
          <w:lang w:val="lv-LV"/>
        </w:rPr>
        <w:t>☐</w:t>
      </w:r>
      <w:r w:rsidR="007F11C7" w:rsidRPr="00FA14C0">
        <w:rPr>
          <w:rFonts w:ascii="Times New Roman" w:hAnsi="Times New Roman" w:cs="Times New Roman"/>
          <w:sz w:val="26"/>
          <w:szCs w:val="26"/>
          <w:lang w:val="lv-LV"/>
        </w:rPr>
        <w:t xml:space="preserve"> Augšanas traucējumi</w:t>
      </w:r>
      <w:r w:rsidR="007F11C7" w:rsidRPr="00FA14C0">
        <w:rPr>
          <w:rFonts w:ascii="Times New Roman" w:hAnsi="Times New Roman" w:cs="Times New Roman"/>
          <w:sz w:val="26"/>
          <w:szCs w:val="26"/>
          <w:lang w:val="lv-LV"/>
        </w:rPr>
        <w:br/>
      </w:r>
      <w:r w:rsidRPr="007D5BE7">
        <w:rPr>
          <w:rFonts w:ascii="Aptos" w:eastAsia="Aptos" w:hAnsi="Aptos" w:cs="Aptos"/>
          <w:sz w:val="28"/>
          <w:szCs w:val="28"/>
          <w:lang w:val="lv-LV"/>
        </w:rPr>
        <w:t>☐</w:t>
      </w:r>
      <w:r w:rsidR="007F11C7" w:rsidRPr="00FA14C0">
        <w:rPr>
          <w:rFonts w:ascii="Times New Roman" w:hAnsi="Times New Roman" w:cs="Times New Roman"/>
          <w:sz w:val="26"/>
          <w:szCs w:val="26"/>
          <w:lang w:val="lv-LV"/>
        </w:rPr>
        <w:t xml:space="preserve"> Hroniskas somatiskas slimības</w:t>
      </w:r>
      <w:r w:rsidR="007F11C7" w:rsidRPr="00FA14C0">
        <w:rPr>
          <w:rFonts w:ascii="Times New Roman" w:hAnsi="Times New Roman" w:cs="Times New Roman"/>
          <w:sz w:val="26"/>
          <w:szCs w:val="26"/>
          <w:lang w:val="lv-LV"/>
        </w:rPr>
        <w:br/>
      </w:r>
      <w:r w:rsidRPr="007D5BE7">
        <w:rPr>
          <w:rFonts w:ascii="Aptos" w:eastAsia="Aptos" w:hAnsi="Aptos" w:cs="Aptos"/>
          <w:sz w:val="28"/>
          <w:szCs w:val="28"/>
          <w:lang w:val="lv-LV"/>
        </w:rPr>
        <w:t>☐</w:t>
      </w:r>
      <w:r w:rsidR="007F11C7" w:rsidRPr="00FA14C0">
        <w:rPr>
          <w:rFonts w:ascii="Times New Roman" w:hAnsi="Times New Roman" w:cs="Times New Roman"/>
          <w:sz w:val="26"/>
          <w:szCs w:val="26"/>
          <w:lang w:val="lv-LV"/>
        </w:rPr>
        <w:t xml:space="preserve"> Neiroloģiskas slimības</w:t>
      </w:r>
      <w:r w:rsidR="007F11C7" w:rsidRPr="00FA14C0">
        <w:rPr>
          <w:rFonts w:ascii="Times New Roman" w:hAnsi="Times New Roman" w:cs="Times New Roman"/>
          <w:sz w:val="26"/>
          <w:szCs w:val="26"/>
          <w:lang w:val="lv-LV"/>
        </w:rPr>
        <w:br/>
      </w:r>
      <w:r w:rsidRPr="007D5BE7">
        <w:rPr>
          <w:rFonts w:ascii="Aptos" w:eastAsia="Aptos" w:hAnsi="Aptos" w:cs="Aptos"/>
          <w:sz w:val="28"/>
          <w:szCs w:val="28"/>
          <w:lang w:val="lv-LV"/>
        </w:rPr>
        <w:t>☐</w:t>
      </w:r>
      <w:r w:rsidR="007F11C7" w:rsidRPr="00FA14C0">
        <w:rPr>
          <w:rFonts w:ascii="Times New Roman" w:hAnsi="Times New Roman" w:cs="Times New Roman"/>
          <w:sz w:val="26"/>
          <w:szCs w:val="26"/>
          <w:lang w:val="lv-LV"/>
        </w:rPr>
        <w:t xml:space="preserve"> Citi veselības traucējumi: ______________________</w:t>
      </w:r>
      <w:r w:rsidR="002E5C37" w:rsidRPr="00FA14C0">
        <w:rPr>
          <w:rFonts w:ascii="Times New Roman" w:hAnsi="Times New Roman" w:cs="Times New Roman"/>
          <w:sz w:val="26"/>
          <w:szCs w:val="26"/>
          <w:lang w:val="lv-LV"/>
        </w:rPr>
        <w:t>_______________________</w:t>
      </w:r>
      <w:r w:rsidR="00CE6BC8" w:rsidRPr="00FA14C0">
        <w:rPr>
          <w:rFonts w:ascii="Times New Roman" w:hAnsi="Times New Roman" w:cs="Times New Roman"/>
          <w:sz w:val="26"/>
          <w:szCs w:val="26"/>
          <w:lang w:val="lv-LV"/>
        </w:rPr>
        <w:t>_____</w:t>
      </w:r>
      <w:r w:rsidR="0F9E8C38" w:rsidRPr="003F48FB">
        <w:rPr>
          <w:lang w:val="lv-LV"/>
        </w:rPr>
        <w:t xml:space="preserve">                         </w:t>
      </w:r>
      <w:r w:rsidR="0F9E8C38" w:rsidRPr="634F6AC8">
        <w:rPr>
          <w:rFonts w:ascii="Times New Roman" w:hAnsi="Times New Roman" w:cs="Times New Roman"/>
          <w:sz w:val="26"/>
          <w:szCs w:val="26"/>
          <w:lang w:val="lv-LV"/>
        </w:rPr>
        <w:t xml:space="preserve"> </w:t>
      </w:r>
    </w:p>
    <w:p w14:paraId="294ACF4F" w14:textId="08CB3BC0" w:rsidR="00665986" w:rsidRPr="000E34F3" w:rsidRDefault="51DD0BA7">
      <w:pPr>
        <w:rPr>
          <w:rFonts w:ascii="Times New Roman" w:hAnsi="Times New Roman" w:cs="Times New Roman"/>
          <w:sz w:val="26"/>
          <w:szCs w:val="26"/>
          <w:lang w:val="lv-LV"/>
        </w:rPr>
      </w:pPr>
      <w:r w:rsidRPr="634F6AC8">
        <w:rPr>
          <w:rFonts w:ascii="Times New Roman" w:hAnsi="Times New Roman" w:cs="Times New Roman"/>
          <w:b/>
          <w:bCs/>
          <w:sz w:val="26"/>
          <w:szCs w:val="26"/>
          <w:lang w:val="lv-LV"/>
        </w:rPr>
        <w:t>5</w:t>
      </w:r>
      <w:r w:rsidR="7BB7D324" w:rsidRPr="634F6AC8">
        <w:rPr>
          <w:rFonts w:ascii="Times New Roman" w:hAnsi="Times New Roman" w:cs="Times New Roman"/>
          <w:b/>
          <w:bCs/>
          <w:sz w:val="26"/>
          <w:szCs w:val="26"/>
          <w:lang w:val="lv-LV"/>
        </w:rPr>
        <w:t xml:space="preserve">. </w:t>
      </w:r>
      <w:r w:rsidR="349E1204" w:rsidRPr="634F6AC8">
        <w:rPr>
          <w:rFonts w:ascii="Times New Roman" w:eastAsia="MS Mincho" w:hAnsi="Times New Roman" w:cs="Times New Roman"/>
          <w:b/>
          <w:bCs/>
          <w:sz w:val="26"/>
          <w:szCs w:val="26"/>
          <w:lang w:val="lv-LV"/>
        </w:rPr>
        <w:t xml:space="preserve"> </w:t>
      </w:r>
      <w:r w:rsidR="61632FB9" w:rsidRPr="634F6AC8">
        <w:rPr>
          <w:rFonts w:ascii="Times New Roman" w:hAnsi="Times New Roman" w:cs="Times New Roman"/>
          <w:b/>
          <w:bCs/>
          <w:sz w:val="26"/>
          <w:szCs w:val="26"/>
          <w:lang w:val="lv-LV"/>
        </w:rPr>
        <w:t>Mērķa grupa, kura nekvalificējas pakalpojumam</w:t>
      </w:r>
      <w:r w:rsidR="00665986" w:rsidRPr="634F6AC8">
        <w:rPr>
          <w:rFonts w:ascii="Times New Roman" w:hAnsi="Times New Roman" w:cs="Times New Roman"/>
          <w:b/>
          <w:bCs/>
          <w:sz w:val="26"/>
          <w:szCs w:val="26"/>
          <w:lang w:val="lv-LV"/>
        </w:rPr>
        <w:t>:</w:t>
      </w:r>
      <w:r w:rsidRPr="007F11C7">
        <w:rPr>
          <w:lang w:val="es-ES"/>
        </w:rPr>
        <w:br/>
      </w:r>
      <w:r w:rsidR="00665986" w:rsidRPr="634F6AC8">
        <w:rPr>
          <w:rFonts w:ascii="Times New Roman" w:hAnsi="Times New Roman" w:cs="Times New Roman"/>
          <w:sz w:val="26"/>
          <w:szCs w:val="26"/>
          <w:lang w:val="lv-LV"/>
        </w:rPr>
        <w:t>______________________________________________</w:t>
      </w:r>
      <w:r w:rsidR="00EC401B" w:rsidRPr="634F6AC8">
        <w:rPr>
          <w:rFonts w:ascii="Times New Roman" w:hAnsi="Times New Roman" w:cs="Times New Roman"/>
          <w:sz w:val="26"/>
          <w:szCs w:val="26"/>
          <w:lang w:val="lv-LV"/>
        </w:rPr>
        <w:t>______________________________</w:t>
      </w:r>
      <w:r w:rsidR="002936D8" w:rsidRPr="634F6AC8">
        <w:rPr>
          <w:rFonts w:ascii="Times New Roman" w:hAnsi="Times New Roman" w:cs="Times New Roman"/>
          <w:sz w:val="26"/>
          <w:szCs w:val="26"/>
          <w:lang w:val="lv-LV"/>
        </w:rPr>
        <w:t>____________________________________________________________________________</w:t>
      </w:r>
    </w:p>
    <w:p w14:paraId="6D30EBFC" w14:textId="77777777" w:rsidR="004538E7" w:rsidRDefault="004538E7" w:rsidP="00975AED">
      <w:pPr>
        <w:rPr>
          <w:rFonts w:ascii="Times New Roman" w:hAnsi="Times New Roman" w:cs="Times New Roman"/>
          <w:b/>
          <w:bCs/>
          <w:sz w:val="26"/>
          <w:szCs w:val="26"/>
          <w:lang w:val="lv-LV"/>
        </w:rPr>
      </w:pPr>
    </w:p>
    <w:p w14:paraId="4FE04677" w14:textId="77777777" w:rsidR="008D00F8" w:rsidRDefault="008D00F8" w:rsidP="00975AED">
      <w:pPr>
        <w:rPr>
          <w:rFonts w:ascii="Times New Roman" w:hAnsi="Times New Roman" w:cs="Times New Roman"/>
          <w:b/>
          <w:bCs/>
          <w:sz w:val="26"/>
          <w:szCs w:val="26"/>
          <w:lang w:val="lv-LV"/>
        </w:rPr>
      </w:pPr>
    </w:p>
    <w:p w14:paraId="39E34248" w14:textId="529C43C2" w:rsidR="00EC2D47" w:rsidRDefault="200C42F7" w:rsidP="00975AED">
      <w:pPr>
        <w:rPr>
          <w:rFonts w:ascii="Times New Roman" w:hAnsi="Times New Roman" w:cs="Times New Roman"/>
          <w:b/>
          <w:bCs/>
          <w:sz w:val="26"/>
          <w:szCs w:val="26"/>
          <w:lang w:val="lv-LV"/>
        </w:rPr>
      </w:pPr>
      <w:r w:rsidRPr="634F6AC8">
        <w:rPr>
          <w:rFonts w:ascii="Times New Roman" w:hAnsi="Times New Roman" w:cs="Times New Roman"/>
          <w:b/>
          <w:bCs/>
          <w:sz w:val="26"/>
          <w:szCs w:val="26"/>
          <w:lang w:val="lv-LV"/>
        </w:rPr>
        <w:lastRenderedPageBreak/>
        <w:t>6</w:t>
      </w:r>
      <w:r w:rsidR="733BDBFC" w:rsidRPr="634F6AC8">
        <w:rPr>
          <w:rFonts w:ascii="Times New Roman" w:hAnsi="Times New Roman" w:cs="Times New Roman"/>
          <w:b/>
          <w:bCs/>
          <w:sz w:val="26"/>
          <w:szCs w:val="26"/>
          <w:lang w:val="lv-LV"/>
        </w:rPr>
        <w:t xml:space="preserve">. </w:t>
      </w:r>
      <w:r w:rsidR="00703141" w:rsidRPr="634F6AC8">
        <w:rPr>
          <w:rFonts w:ascii="Times New Roman" w:hAnsi="Times New Roman" w:cs="Times New Roman"/>
          <w:b/>
          <w:bCs/>
          <w:sz w:val="26"/>
          <w:szCs w:val="26"/>
          <w:lang w:val="lv-LV"/>
        </w:rPr>
        <w:t>Novērtēšanas instrument</w:t>
      </w:r>
      <w:r w:rsidR="00B65C38" w:rsidRPr="634F6AC8">
        <w:rPr>
          <w:rFonts w:ascii="Times New Roman" w:hAnsi="Times New Roman" w:cs="Times New Roman"/>
          <w:b/>
          <w:bCs/>
          <w:sz w:val="26"/>
          <w:szCs w:val="26"/>
          <w:lang w:val="lv-LV"/>
        </w:rPr>
        <w:t>i</w:t>
      </w:r>
      <w:r w:rsidR="002E5C37">
        <w:rPr>
          <w:rFonts w:ascii="Times New Roman" w:hAnsi="Times New Roman" w:cs="Times New Roman"/>
          <w:b/>
          <w:bCs/>
          <w:sz w:val="26"/>
          <w:szCs w:val="26"/>
          <w:lang w:val="lv-LV"/>
        </w:rPr>
        <w:t>:</w:t>
      </w:r>
      <w:r w:rsidR="001530D5" w:rsidRPr="634F6AC8">
        <w:rPr>
          <w:rFonts w:ascii="Times New Roman" w:hAnsi="Times New Roman" w:cs="Times New Roman"/>
          <w:b/>
          <w:bCs/>
          <w:sz w:val="26"/>
          <w:szCs w:val="26"/>
          <w:lang w:val="lv-LV"/>
        </w:rPr>
        <w:t xml:space="preserve"> </w:t>
      </w:r>
    </w:p>
    <w:p w14:paraId="6B6990BB" w14:textId="382A4E13" w:rsidR="00EC2D47" w:rsidRPr="00EC2D47" w:rsidRDefault="00EC2D47" w:rsidP="45B7AB34">
      <w:pPr>
        <w:spacing w:before="100" w:beforeAutospacing="1" w:after="100" w:afterAutospacing="1"/>
        <w:rPr>
          <w:lang w:val="lv-LV"/>
        </w:rPr>
      </w:pPr>
      <w:r w:rsidRPr="45B7AB34">
        <w:rPr>
          <w:lang w:val="lv-LV"/>
        </w:rPr>
        <w:t xml:space="preserve">Atzīmēt </w:t>
      </w:r>
      <w:r w:rsidR="002E5C37" w:rsidRPr="45B7AB34">
        <w:rPr>
          <w:lang w:val="lv-LV"/>
        </w:rPr>
        <w:t xml:space="preserve">attiecīgos </w:t>
      </w:r>
      <w:r w:rsidRPr="45B7AB34">
        <w:rPr>
          <w:lang w:val="lv-LV"/>
        </w:rPr>
        <w:t>novērtēšanas instrumentus,</w:t>
      </w:r>
      <w:r w:rsidR="6A9360FB" w:rsidRPr="45B7AB34">
        <w:rPr>
          <w:lang w:val="lv-LV"/>
        </w:rPr>
        <w:t xml:space="preserve"> kuri tiks izmantoti novērtēšanas procesā.</w:t>
      </w:r>
      <w:r w:rsidRPr="45B7AB34">
        <w:rPr>
          <w:lang w:val="lv-LV"/>
        </w:rPr>
        <w:t xml:space="preserve"> </w:t>
      </w:r>
      <w:r w:rsidR="69F52B44" w:rsidRPr="45B7AB34">
        <w:rPr>
          <w:lang w:val="lv-LV"/>
        </w:rPr>
        <w:t>(</w:t>
      </w:r>
      <w:r w:rsidRPr="45B7AB34">
        <w:rPr>
          <w:lang w:val="lv-LV"/>
        </w:rPr>
        <w:t>var tikt atzīmēti vairāki instrumenti</w:t>
      </w:r>
      <w:r w:rsidR="31BD2E12" w:rsidRPr="45B7AB34">
        <w:rPr>
          <w:lang w:val="lv-LV"/>
        </w:rPr>
        <w:t>)</w:t>
      </w:r>
      <w:r w:rsidRPr="45B7AB34">
        <w:rPr>
          <w:lang w:val="lv-LV"/>
        </w:rPr>
        <w:t>:</w:t>
      </w:r>
    </w:p>
    <w:p w14:paraId="516E5BE9" w14:textId="67E0CA52" w:rsidR="00C36748" w:rsidRPr="006D676A" w:rsidRDefault="00D64084" w:rsidP="00D64084">
      <w:pPr>
        <w:spacing w:after="0" w:line="240" w:lineRule="auto"/>
        <w:rPr>
          <w:rFonts w:ascii="Times New Roman" w:eastAsia="Times New Roman" w:hAnsi="Times New Roman" w:cs="Times New Roman"/>
          <w:sz w:val="26"/>
          <w:szCs w:val="26"/>
          <w:lang w:val="lv-LV"/>
        </w:rPr>
      </w:pPr>
      <w:r w:rsidRPr="006D676A">
        <w:rPr>
          <w:rFonts w:ascii="Aptos" w:eastAsia="Aptos" w:hAnsi="Aptos" w:cs="Aptos"/>
          <w:color w:val="000000" w:themeColor="text1"/>
          <w:sz w:val="26"/>
          <w:szCs w:val="26"/>
          <w:lang w:val="lv-LV"/>
        </w:rPr>
        <w:t xml:space="preserve">☐ </w:t>
      </w:r>
      <w:r w:rsidR="126FF706" w:rsidRPr="006D676A">
        <w:rPr>
          <w:rFonts w:ascii="Times New Roman" w:eastAsia="Times New Roman" w:hAnsi="Times New Roman" w:cs="Times New Roman"/>
          <w:sz w:val="26"/>
          <w:szCs w:val="26"/>
          <w:lang w:val="lv-LV"/>
        </w:rPr>
        <w:t>Intervijas ar klientu un ģimeni</w:t>
      </w:r>
    </w:p>
    <w:p w14:paraId="793CB748" w14:textId="35BE9703" w:rsidR="126FF706" w:rsidRPr="006D676A" w:rsidRDefault="0054404E" w:rsidP="0054404E">
      <w:pPr>
        <w:spacing w:after="0"/>
        <w:rPr>
          <w:rFonts w:ascii="Times New Roman" w:eastAsia="Times New Roman" w:hAnsi="Times New Roman" w:cs="Times New Roman"/>
          <w:sz w:val="26"/>
          <w:szCs w:val="26"/>
          <w:lang w:val="lv-LV"/>
        </w:rPr>
      </w:pPr>
      <w:r w:rsidRPr="00C51359">
        <w:rPr>
          <w:rFonts w:ascii="Aptos" w:eastAsia="Aptos" w:hAnsi="Aptos" w:cs="Aptos"/>
          <w:sz w:val="26"/>
          <w:szCs w:val="26"/>
          <w:lang w:val="lv-LV"/>
        </w:rPr>
        <w:t xml:space="preserve">☐ </w:t>
      </w:r>
      <w:r w:rsidR="126FF706" w:rsidRPr="006D676A">
        <w:rPr>
          <w:rFonts w:ascii="Times New Roman" w:eastAsia="Times New Roman" w:hAnsi="Times New Roman" w:cs="Times New Roman"/>
          <w:sz w:val="26"/>
          <w:szCs w:val="26"/>
          <w:lang w:val="lv-LV"/>
        </w:rPr>
        <w:t>Novērojumi ikdienas vidē</w:t>
      </w:r>
      <w:r w:rsidR="7E30E02D" w:rsidRPr="006D676A">
        <w:rPr>
          <w:rFonts w:ascii="Times New Roman" w:eastAsia="Times New Roman" w:hAnsi="Times New Roman" w:cs="Times New Roman"/>
          <w:sz w:val="26"/>
          <w:szCs w:val="26"/>
          <w:lang w:val="lv-LV"/>
        </w:rPr>
        <w:t xml:space="preserve">         </w:t>
      </w:r>
    </w:p>
    <w:p w14:paraId="04E791BA" w14:textId="58505ACF" w:rsidR="126FF706" w:rsidRPr="006D676A" w:rsidRDefault="0054404E" w:rsidP="0054404E">
      <w:pPr>
        <w:spacing w:after="0"/>
        <w:rPr>
          <w:rFonts w:ascii="Times New Roman" w:eastAsia="Times New Roman" w:hAnsi="Times New Roman" w:cs="Times New Roman"/>
          <w:sz w:val="26"/>
          <w:szCs w:val="26"/>
          <w:lang w:val="lv-LV"/>
        </w:rPr>
      </w:pPr>
      <w:r w:rsidRPr="006D676A">
        <w:rPr>
          <w:rFonts w:ascii="Aptos" w:eastAsia="Aptos" w:hAnsi="Aptos" w:cs="Aptos"/>
          <w:color w:val="000000" w:themeColor="text1"/>
          <w:sz w:val="26"/>
          <w:szCs w:val="26"/>
          <w:lang w:val="lv-LV"/>
        </w:rPr>
        <w:t>☐</w:t>
      </w:r>
      <w:r w:rsidRPr="006D676A">
        <w:rPr>
          <w:rFonts w:ascii="Times New Roman" w:eastAsia="Times New Roman" w:hAnsi="Times New Roman" w:cs="Times New Roman"/>
          <w:sz w:val="26"/>
          <w:szCs w:val="26"/>
          <w:lang w:val="lv-LV"/>
        </w:rPr>
        <w:t xml:space="preserve"> </w:t>
      </w:r>
      <w:r w:rsidR="126FF706" w:rsidRPr="006D676A">
        <w:rPr>
          <w:rFonts w:ascii="Times New Roman" w:eastAsia="Times New Roman" w:hAnsi="Times New Roman" w:cs="Times New Roman"/>
          <w:sz w:val="26"/>
          <w:szCs w:val="26"/>
          <w:lang w:val="lv-LV"/>
        </w:rPr>
        <w:t>Pašnovērtējuma anketas</w:t>
      </w:r>
      <w:r w:rsidR="6FCCE5E6" w:rsidRPr="006D676A">
        <w:rPr>
          <w:rFonts w:ascii="Times New Roman" w:eastAsia="Times New Roman" w:hAnsi="Times New Roman" w:cs="Times New Roman"/>
          <w:sz w:val="26"/>
          <w:szCs w:val="26"/>
          <w:lang w:val="lv-LV"/>
        </w:rPr>
        <w:t xml:space="preserve">           </w:t>
      </w:r>
      <w:r w:rsidR="126FF706" w:rsidRPr="006D676A">
        <w:rPr>
          <w:rFonts w:ascii="Times New Roman" w:eastAsia="Times New Roman" w:hAnsi="Times New Roman" w:cs="Times New Roman"/>
          <w:sz w:val="26"/>
          <w:szCs w:val="26"/>
          <w:lang w:val="lv-LV"/>
        </w:rPr>
        <w:t xml:space="preserve">  </w:t>
      </w:r>
    </w:p>
    <w:p w14:paraId="00413C95" w14:textId="38865AFE" w:rsidR="126FF706" w:rsidRPr="006D676A" w:rsidRDefault="0054404E" w:rsidP="0054404E">
      <w:pPr>
        <w:spacing w:after="0"/>
        <w:rPr>
          <w:rFonts w:ascii="Times New Roman" w:eastAsia="Times New Roman" w:hAnsi="Times New Roman" w:cs="Times New Roman"/>
          <w:sz w:val="26"/>
          <w:szCs w:val="26"/>
          <w:lang w:val="lv-LV"/>
        </w:rPr>
      </w:pPr>
      <w:r w:rsidRPr="006D676A">
        <w:rPr>
          <w:rFonts w:ascii="Aptos" w:eastAsia="Aptos" w:hAnsi="Aptos" w:cs="Aptos"/>
          <w:color w:val="000000" w:themeColor="text1"/>
          <w:sz w:val="26"/>
          <w:szCs w:val="26"/>
          <w:lang w:val="lv-LV"/>
        </w:rPr>
        <w:t xml:space="preserve">☐ </w:t>
      </w:r>
      <w:r w:rsidR="126FF706" w:rsidRPr="006D676A">
        <w:rPr>
          <w:rFonts w:ascii="Times New Roman" w:eastAsia="Times New Roman" w:hAnsi="Times New Roman" w:cs="Times New Roman"/>
          <w:sz w:val="26"/>
          <w:szCs w:val="26"/>
          <w:lang w:val="lv-LV"/>
        </w:rPr>
        <w:t xml:space="preserve">Sociālā tīkla un atbalsta </w:t>
      </w:r>
      <w:r w:rsidRPr="006D676A">
        <w:rPr>
          <w:rFonts w:ascii="Times New Roman" w:eastAsia="Times New Roman" w:hAnsi="Times New Roman" w:cs="Times New Roman"/>
          <w:sz w:val="26"/>
          <w:szCs w:val="26"/>
          <w:lang w:val="lv-LV"/>
        </w:rPr>
        <w:t>sistēma</w:t>
      </w:r>
    </w:p>
    <w:p w14:paraId="35C7511B" w14:textId="09822B40" w:rsidR="126FF706" w:rsidRPr="006D676A" w:rsidRDefault="0054404E" w:rsidP="0054404E">
      <w:pPr>
        <w:spacing w:after="0"/>
        <w:rPr>
          <w:rFonts w:ascii="Times New Roman" w:eastAsia="Times New Roman" w:hAnsi="Times New Roman" w:cs="Times New Roman"/>
          <w:sz w:val="26"/>
          <w:szCs w:val="26"/>
          <w:lang w:val="lv-LV"/>
        </w:rPr>
      </w:pPr>
      <w:r w:rsidRPr="006D676A">
        <w:rPr>
          <w:rFonts w:ascii="Times New Roman" w:eastAsia="Times New Roman" w:hAnsi="Times New Roman" w:cs="Times New Roman"/>
          <w:sz w:val="26"/>
          <w:szCs w:val="26"/>
          <w:lang w:val="lv-LV"/>
        </w:rPr>
        <w:t xml:space="preserve">(cits, lūdzu norādīt) </w:t>
      </w:r>
      <w:r w:rsidR="126FF706" w:rsidRPr="006D676A">
        <w:rPr>
          <w:rFonts w:ascii="Times New Roman" w:eastAsia="Times New Roman" w:hAnsi="Times New Roman" w:cs="Times New Roman"/>
          <w:sz w:val="26"/>
          <w:szCs w:val="26"/>
          <w:lang w:val="lv-LV"/>
        </w:rPr>
        <w:t>_________________________</w:t>
      </w:r>
      <w:r w:rsidRPr="006D676A">
        <w:rPr>
          <w:rFonts w:ascii="Times New Roman" w:eastAsia="Times New Roman" w:hAnsi="Times New Roman" w:cs="Times New Roman"/>
          <w:sz w:val="26"/>
          <w:szCs w:val="26"/>
          <w:lang w:val="lv-LV"/>
        </w:rPr>
        <w:t>__________________________________</w:t>
      </w:r>
    </w:p>
    <w:p w14:paraId="1A76FB7D" w14:textId="77777777" w:rsidR="0054404E" w:rsidRPr="006D676A" w:rsidRDefault="0054404E" w:rsidP="0054404E">
      <w:pPr>
        <w:spacing w:after="0"/>
        <w:rPr>
          <w:rFonts w:ascii="Times New Roman" w:eastAsia="Times New Roman" w:hAnsi="Times New Roman" w:cs="Times New Roman"/>
          <w:sz w:val="26"/>
          <w:szCs w:val="26"/>
          <w:lang w:val="lv-LV"/>
        </w:rPr>
      </w:pPr>
      <w:r w:rsidRPr="006D676A">
        <w:rPr>
          <w:rFonts w:ascii="Times New Roman" w:eastAsia="Times New Roman" w:hAnsi="Times New Roman" w:cs="Times New Roman"/>
          <w:sz w:val="26"/>
          <w:szCs w:val="26"/>
          <w:lang w:val="lv-LV"/>
        </w:rPr>
        <w:t>(cits, lūdzu norādīt) ___________________________________________________________</w:t>
      </w:r>
    </w:p>
    <w:p w14:paraId="657101AA" w14:textId="2AE8B52C" w:rsidR="00B65C38" w:rsidRDefault="00B65C38" w:rsidP="00B65C38">
      <w:pPr>
        <w:spacing w:after="0" w:line="240" w:lineRule="auto"/>
        <w:rPr>
          <w:rFonts w:ascii="Times New Roman" w:hAnsi="Times New Roman" w:cs="Times New Roman"/>
          <w:sz w:val="26"/>
          <w:szCs w:val="26"/>
          <w:lang w:val="lv-LV"/>
        </w:rPr>
      </w:pPr>
    </w:p>
    <w:p w14:paraId="3DCB66A8" w14:textId="3D004922" w:rsidR="00620E56" w:rsidRDefault="00620E56" w:rsidP="00B65C38">
      <w:pPr>
        <w:spacing w:after="0" w:line="240" w:lineRule="auto"/>
        <w:rPr>
          <w:rFonts w:ascii="Times New Roman" w:hAnsi="Times New Roman" w:cs="Times New Roman"/>
          <w:sz w:val="26"/>
          <w:szCs w:val="26"/>
          <w:lang w:val="lv-LV"/>
        </w:rPr>
      </w:pPr>
    </w:p>
    <w:p w14:paraId="665EB87A" w14:textId="5DE3D8D8" w:rsidR="7D412368" w:rsidRPr="002E5C37" w:rsidRDefault="00D4711C" w:rsidP="634F6AC8">
      <w:pPr>
        <w:spacing w:after="0" w:line="240" w:lineRule="auto"/>
        <w:rPr>
          <w:rFonts w:ascii="Times New Roman" w:hAnsi="Times New Roman" w:cs="Times New Roman"/>
          <w:b/>
          <w:bCs/>
          <w:sz w:val="26"/>
          <w:szCs w:val="26"/>
          <w:lang w:val="lv-LV"/>
        </w:rPr>
      </w:pPr>
      <w:r>
        <w:rPr>
          <w:rFonts w:ascii="Times New Roman" w:hAnsi="Times New Roman" w:cs="Times New Roman"/>
          <w:b/>
          <w:bCs/>
          <w:sz w:val="26"/>
          <w:szCs w:val="26"/>
          <w:lang w:val="lv-LV"/>
        </w:rPr>
        <w:t>7</w:t>
      </w:r>
      <w:r w:rsidR="75AA701F" w:rsidRPr="634F6AC8">
        <w:rPr>
          <w:rFonts w:ascii="Times New Roman" w:hAnsi="Times New Roman" w:cs="Times New Roman"/>
          <w:b/>
          <w:bCs/>
          <w:sz w:val="26"/>
          <w:szCs w:val="26"/>
          <w:lang w:val="lv-LV"/>
        </w:rPr>
        <w:t>.</w:t>
      </w:r>
      <w:r w:rsidR="005001DE" w:rsidRPr="634F6AC8">
        <w:rPr>
          <w:rFonts w:ascii="Times New Roman" w:hAnsi="Times New Roman" w:cs="Times New Roman"/>
          <w:b/>
          <w:bCs/>
          <w:sz w:val="26"/>
          <w:szCs w:val="26"/>
          <w:lang w:val="lv-LV"/>
        </w:rPr>
        <w:t xml:space="preserve"> Iesaistītie</w:t>
      </w:r>
      <w:r w:rsidR="75AA701F" w:rsidRPr="634F6AC8">
        <w:rPr>
          <w:rFonts w:ascii="Times New Roman" w:hAnsi="Times New Roman" w:cs="Times New Roman"/>
          <w:b/>
          <w:bCs/>
          <w:sz w:val="26"/>
          <w:szCs w:val="26"/>
          <w:lang w:val="lv-LV"/>
        </w:rPr>
        <w:t xml:space="preserve"> speciālist</w:t>
      </w:r>
      <w:r w:rsidR="0A7B9598" w:rsidRPr="634F6AC8">
        <w:rPr>
          <w:rFonts w:ascii="Times New Roman" w:hAnsi="Times New Roman" w:cs="Times New Roman"/>
          <w:b/>
          <w:bCs/>
          <w:sz w:val="26"/>
          <w:szCs w:val="26"/>
          <w:lang w:val="lv-LV"/>
        </w:rPr>
        <w:t>i</w:t>
      </w:r>
      <w:r w:rsidR="002E5C37">
        <w:rPr>
          <w:rFonts w:ascii="Times New Roman" w:hAnsi="Times New Roman" w:cs="Times New Roman"/>
          <w:b/>
          <w:bCs/>
          <w:sz w:val="26"/>
          <w:szCs w:val="26"/>
          <w:lang w:val="lv-LV"/>
        </w:rPr>
        <w:t>:</w:t>
      </w:r>
    </w:p>
    <w:p w14:paraId="780E5FD1" w14:textId="5118107A" w:rsidR="634F6AC8" w:rsidRPr="002E5C37" w:rsidRDefault="002E5C37" w:rsidP="002E5C37">
      <w:pPr>
        <w:spacing w:before="100" w:beforeAutospacing="1" w:after="100" w:afterAutospacing="1"/>
        <w:rPr>
          <w:lang w:val="lv-LV"/>
        </w:rPr>
      </w:pPr>
      <w:r w:rsidRPr="007F11C7">
        <w:rPr>
          <w:lang w:val="lv-LV"/>
        </w:rPr>
        <w:t xml:space="preserve">Atzīmēt </w:t>
      </w:r>
      <w:r>
        <w:rPr>
          <w:lang w:val="lv-LV"/>
        </w:rPr>
        <w:t>attiecīgos speciālistus:</w:t>
      </w:r>
      <w:r w:rsidRPr="007F11C7">
        <w:rPr>
          <w:lang w:val="lv-LV"/>
        </w:rPr>
        <w:t xml:space="preserve"> </w:t>
      </w:r>
    </w:p>
    <w:p w14:paraId="63F782EB" w14:textId="7289A7DC" w:rsidR="7D412368" w:rsidRPr="00EC2D47" w:rsidRDefault="008149E8" w:rsidP="00EC2D47">
      <w:pPr>
        <w:spacing w:after="0"/>
        <w:rPr>
          <w:rFonts w:ascii="Times New Roman" w:eastAsia="Times New Roman" w:hAnsi="Times New Roman" w:cs="Times New Roman"/>
          <w:b/>
          <w:bCs/>
          <w:sz w:val="26"/>
          <w:szCs w:val="26"/>
          <w:lang w:val="lv-LV"/>
        </w:rPr>
      </w:pPr>
      <w:r w:rsidRPr="00EC2D47">
        <w:rPr>
          <w:rFonts w:ascii="Aptos" w:eastAsia="Aptos" w:hAnsi="Aptos" w:cs="Aptos"/>
          <w:color w:val="000000" w:themeColor="text1"/>
          <w:sz w:val="28"/>
          <w:szCs w:val="28"/>
          <w:lang w:val="lv-LV"/>
        </w:rPr>
        <w:t>☐</w:t>
      </w:r>
      <w:r>
        <w:rPr>
          <w:rFonts w:ascii="Aptos" w:eastAsia="Aptos" w:hAnsi="Aptos" w:cs="Aptos"/>
          <w:color w:val="000000" w:themeColor="text1"/>
          <w:sz w:val="28"/>
          <w:szCs w:val="28"/>
          <w:lang w:val="lv-LV"/>
        </w:rPr>
        <w:t xml:space="preserve"> </w:t>
      </w:r>
      <w:r w:rsidR="0BE321D0" w:rsidRPr="00EC2D47">
        <w:rPr>
          <w:rFonts w:ascii="Times New Roman" w:eastAsia="Times New Roman" w:hAnsi="Times New Roman" w:cs="Times New Roman"/>
          <w:b/>
          <w:bCs/>
          <w:sz w:val="26"/>
          <w:szCs w:val="26"/>
          <w:lang w:val="lv-LV"/>
        </w:rPr>
        <w:t>Logopēds/audiologopēds</w:t>
      </w:r>
    </w:p>
    <w:p w14:paraId="1197A2B1" w14:textId="74D5B3A5" w:rsidR="7D412368" w:rsidRPr="008149E8" w:rsidRDefault="008149E8" w:rsidP="008149E8">
      <w:pPr>
        <w:spacing w:after="0"/>
        <w:rPr>
          <w:rFonts w:ascii="Times New Roman" w:eastAsia="Times New Roman" w:hAnsi="Times New Roman" w:cs="Times New Roman"/>
          <w:b/>
          <w:bCs/>
          <w:sz w:val="26"/>
          <w:szCs w:val="26"/>
          <w:lang w:val="lv-LV"/>
        </w:rPr>
      </w:pPr>
      <w:r w:rsidRPr="008149E8">
        <w:rPr>
          <w:rFonts w:ascii="Aptos" w:eastAsia="Aptos" w:hAnsi="Aptos" w:cs="Aptos"/>
          <w:color w:val="000000" w:themeColor="text1"/>
          <w:sz w:val="28"/>
          <w:szCs w:val="28"/>
          <w:lang w:val="lv-LV"/>
        </w:rPr>
        <w:t>☐</w:t>
      </w:r>
      <w:r w:rsidRPr="008149E8">
        <w:rPr>
          <w:rFonts w:ascii="Times New Roman" w:eastAsia="Times New Roman" w:hAnsi="Times New Roman" w:cs="Times New Roman"/>
          <w:sz w:val="28"/>
          <w:szCs w:val="28"/>
          <w:lang w:val="lv-LV"/>
        </w:rPr>
        <w:t xml:space="preserve"> </w:t>
      </w:r>
      <w:r w:rsidR="0BE321D0" w:rsidRPr="008149E8">
        <w:rPr>
          <w:rFonts w:ascii="Times New Roman" w:eastAsia="Times New Roman" w:hAnsi="Times New Roman" w:cs="Times New Roman"/>
          <w:b/>
          <w:bCs/>
          <w:sz w:val="26"/>
          <w:szCs w:val="26"/>
          <w:lang w:val="lv-LV"/>
        </w:rPr>
        <w:t>Ergoterapeits</w:t>
      </w:r>
      <w:r w:rsidR="4A8714D2" w:rsidRPr="008149E8">
        <w:rPr>
          <w:rFonts w:ascii="Times New Roman" w:eastAsia="Times New Roman" w:hAnsi="Times New Roman" w:cs="Times New Roman"/>
          <w:b/>
          <w:bCs/>
          <w:sz w:val="26"/>
          <w:szCs w:val="26"/>
          <w:lang w:val="lv-LV"/>
        </w:rPr>
        <w:t xml:space="preserve">    </w:t>
      </w:r>
      <w:r w:rsidR="70CB138A" w:rsidRPr="008149E8">
        <w:rPr>
          <w:rFonts w:ascii="Times New Roman" w:eastAsia="Times New Roman" w:hAnsi="Times New Roman" w:cs="Times New Roman"/>
          <w:b/>
          <w:bCs/>
          <w:sz w:val="26"/>
          <w:szCs w:val="26"/>
          <w:lang w:val="lv-LV"/>
        </w:rPr>
        <w:t xml:space="preserve">                   </w:t>
      </w:r>
    </w:p>
    <w:p w14:paraId="70A8D193" w14:textId="46DBAF02" w:rsidR="7D412368" w:rsidRPr="008149E8" w:rsidRDefault="008149E8" w:rsidP="008149E8">
      <w:pPr>
        <w:spacing w:after="0"/>
        <w:rPr>
          <w:rFonts w:ascii="Times New Roman" w:eastAsia="Times New Roman" w:hAnsi="Times New Roman" w:cs="Times New Roman"/>
          <w:b/>
          <w:bCs/>
          <w:sz w:val="26"/>
          <w:szCs w:val="26"/>
          <w:lang w:val="lv-LV"/>
        </w:rPr>
      </w:pPr>
      <w:r w:rsidRPr="008149E8">
        <w:rPr>
          <w:rFonts w:ascii="Aptos" w:eastAsia="Aptos" w:hAnsi="Aptos" w:cs="Aptos"/>
          <w:color w:val="000000" w:themeColor="text1"/>
          <w:sz w:val="28"/>
          <w:szCs w:val="28"/>
          <w:lang w:val="lv-LV"/>
        </w:rPr>
        <w:t>☐</w:t>
      </w:r>
      <w:r w:rsidRPr="008149E8">
        <w:rPr>
          <w:rFonts w:ascii="Times New Roman" w:eastAsia="Times New Roman" w:hAnsi="Times New Roman" w:cs="Times New Roman"/>
          <w:sz w:val="28"/>
          <w:szCs w:val="28"/>
          <w:lang w:val="lv-LV"/>
        </w:rPr>
        <w:t xml:space="preserve"> </w:t>
      </w:r>
      <w:r w:rsidR="0BE321D0" w:rsidRPr="008149E8">
        <w:rPr>
          <w:rFonts w:ascii="Times New Roman" w:eastAsia="Times New Roman" w:hAnsi="Times New Roman" w:cs="Times New Roman"/>
          <w:b/>
          <w:bCs/>
          <w:sz w:val="26"/>
          <w:szCs w:val="26"/>
          <w:lang w:val="lv-LV"/>
        </w:rPr>
        <w:t>Fizioterapeits</w:t>
      </w:r>
      <w:r w:rsidR="4CFB1731" w:rsidRPr="008149E8">
        <w:rPr>
          <w:rFonts w:ascii="Times New Roman" w:eastAsia="Times New Roman" w:hAnsi="Times New Roman" w:cs="Times New Roman"/>
          <w:b/>
          <w:bCs/>
          <w:sz w:val="26"/>
          <w:szCs w:val="26"/>
          <w:lang w:val="lv-LV"/>
        </w:rPr>
        <w:t xml:space="preserve">                      </w:t>
      </w:r>
    </w:p>
    <w:p w14:paraId="30299DC3" w14:textId="22D8792C" w:rsidR="7D412368" w:rsidRPr="008149E8" w:rsidRDefault="008149E8" w:rsidP="008149E8">
      <w:pPr>
        <w:spacing w:after="0"/>
        <w:rPr>
          <w:rFonts w:ascii="Times New Roman" w:eastAsia="Times New Roman" w:hAnsi="Times New Roman" w:cs="Times New Roman"/>
          <w:b/>
          <w:bCs/>
          <w:sz w:val="26"/>
          <w:szCs w:val="26"/>
          <w:lang w:val="lv-LV"/>
        </w:rPr>
      </w:pPr>
      <w:r w:rsidRPr="008149E8">
        <w:rPr>
          <w:rFonts w:ascii="Aptos" w:eastAsia="Aptos" w:hAnsi="Aptos" w:cs="Aptos"/>
          <w:color w:val="000000" w:themeColor="text1"/>
          <w:sz w:val="28"/>
          <w:szCs w:val="28"/>
          <w:lang w:val="lv-LV"/>
        </w:rPr>
        <w:t>☐</w:t>
      </w:r>
      <w:r w:rsidRPr="008149E8">
        <w:rPr>
          <w:rFonts w:ascii="Times New Roman" w:eastAsia="Times New Roman" w:hAnsi="Times New Roman" w:cs="Times New Roman"/>
          <w:sz w:val="28"/>
          <w:szCs w:val="28"/>
          <w:lang w:val="lv-LV"/>
        </w:rPr>
        <w:t xml:space="preserve"> </w:t>
      </w:r>
      <w:r w:rsidR="0BE321D0" w:rsidRPr="008149E8">
        <w:rPr>
          <w:rFonts w:ascii="Times New Roman" w:eastAsia="Times New Roman" w:hAnsi="Times New Roman" w:cs="Times New Roman"/>
          <w:b/>
          <w:bCs/>
          <w:sz w:val="26"/>
          <w:szCs w:val="26"/>
          <w:lang w:val="lv-LV"/>
        </w:rPr>
        <w:t>Psihologs</w:t>
      </w:r>
      <w:r w:rsidR="24761D96" w:rsidRPr="008149E8">
        <w:rPr>
          <w:rFonts w:ascii="Times New Roman" w:eastAsia="Times New Roman" w:hAnsi="Times New Roman" w:cs="Times New Roman"/>
          <w:b/>
          <w:bCs/>
          <w:sz w:val="26"/>
          <w:szCs w:val="26"/>
          <w:lang w:val="lv-LV"/>
        </w:rPr>
        <w:t xml:space="preserve">                             </w:t>
      </w:r>
    </w:p>
    <w:p w14:paraId="0877E50F" w14:textId="270922B4" w:rsidR="7D412368" w:rsidRPr="008149E8" w:rsidRDefault="008149E8" w:rsidP="008149E8">
      <w:pPr>
        <w:spacing w:after="0"/>
        <w:rPr>
          <w:rFonts w:ascii="Times New Roman" w:eastAsia="Times New Roman" w:hAnsi="Times New Roman" w:cs="Times New Roman"/>
          <w:b/>
          <w:bCs/>
          <w:sz w:val="26"/>
          <w:szCs w:val="26"/>
          <w:lang w:val="lv-LV"/>
        </w:rPr>
      </w:pPr>
      <w:r w:rsidRPr="008149E8">
        <w:rPr>
          <w:rFonts w:ascii="Aptos" w:eastAsia="Aptos" w:hAnsi="Aptos" w:cs="Aptos"/>
          <w:color w:val="000000" w:themeColor="text1"/>
          <w:sz w:val="28"/>
          <w:szCs w:val="28"/>
          <w:lang w:val="lv-LV"/>
        </w:rPr>
        <w:t>☐</w:t>
      </w:r>
      <w:r w:rsidRPr="008149E8">
        <w:rPr>
          <w:rFonts w:ascii="Times New Roman" w:eastAsia="Times New Roman" w:hAnsi="Times New Roman" w:cs="Times New Roman"/>
          <w:sz w:val="28"/>
          <w:szCs w:val="28"/>
          <w:lang w:val="lv-LV"/>
        </w:rPr>
        <w:t xml:space="preserve"> </w:t>
      </w:r>
      <w:r w:rsidR="0BE321D0" w:rsidRPr="008149E8">
        <w:rPr>
          <w:rFonts w:ascii="Times New Roman" w:eastAsia="Times New Roman" w:hAnsi="Times New Roman" w:cs="Times New Roman"/>
          <w:b/>
          <w:bCs/>
          <w:sz w:val="26"/>
          <w:szCs w:val="26"/>
          <w:lang w:val="lv-LV"/>
        </w:rPr>
        <w:t>Sociālais darbinieks</w:t>
      </w:r>
      <w:r w:rsidR="0681275F" w:rsidRPr="008149E8">
        <w:rPr>
          <w:rFonts w:ascii="Times New Roman" w:eastAsia="Times New Roman" w:hAnsi="Times New Roman" w:cs="Times New Roman"/>
          <w:b/>
          <w:bCs/>
          <w:sz w:val="26"/>
          <w:szCs w:val="26"/>
          <w:lang w:val="lv-LV"/>
        </w:rPr>
        <w:t xml:space="preserve">            </w:t>
      </w:r>
    </w:p>
    <w:p w14:paraId="1EE115F2" w14:textId="5194F0AD" w:rsidR="4E0E07CA" w:rsidRPr="008149E8" w:rsidRDefault="008149E8" w:rsidP="008149E8">
      <w:pPr>
        <w:spacing w:after="0"/>
        <w:rPr>
          <w:rFonts w:ascii="Times New Roman" w:eastAsia="Times New Roman" w:hAnsi="Times New Roman" w:cs="Times New Roman"/>
          <w:sz w:val="26"/>
          <w:szCs w:val="26"/>
          <w:lang w:val="lv-LV"/>
        </w:rPr>
      </w:pPr>
      <w:r w:rsidRPr="008149E8">
        <w:rPr>
          <w:rFonts w:ascii="Aptos" w:eastAsia="Aptos" w:hAnsi="Aptos" w:cs="Aptos"/>
          <w:color w:val="000000" w:themeColor="text1"/>
          <w:sz w:val="28"/>
          <w:szCs w:val="28"/>
          <w:lang w:val="lv-LV"/>
        </w:rPr>
        <w:t>☐</w:t>
      </w:r>
      <w:r w:rsidRPr="008149E8">
        <w:rPr>
          <w:rFonts w:ascii="Times New Roman" w:eastAsia="Times New Roman" w:hAnsi="Times New Roman" w:cs="Times New Roman"/>
          <w:sz w:val="28"/>
          <w:szCs w:val="28"/>
          <w:lang w:val="lv-LV"/>
        </w:rPr>
        <w:t xml:space="preserve"> </w:t>
      </w:r>
      <w:r w:rsidR="4E0E07CA" w:rsidRPr="008149E8">
        <w:rPr>
          <w:rFonts w:ascii="Times New Roman" w:eastAsia="Times New Roman" w:hAnsi="Times New Roman" w:cs="Times New Roman"/>
          <w:sz w:val="26"/>
          <w:szCs w:val="26"/>
          <w:lang w:val="lv-LV"/>
        </w:rPr>
        <w:t>ABA</w:t>
      </w:r>
      <w:r w:rsidR="56856FED" w:rsidRPr="008149E8">
        <w:rPr>
          <w:rFonts w:ascii="Times New Roman" w:eastAsia="Times New Roman" w:hAnsi="Times New Roman" w:cs="Times New Roman"/>
          <w:sz w:val="26"/>
          <w:szCs w:val="26"/>
          <w:lang w:val="lv-LV"/>
        </w:rPr>
        <w:t xml:space="preserve"> (</w:t>
      </w:r>
      <w:r>
        <w:rPr>
          <w:rFonts w:ascii="Times New Roman" w:eastAsia="Times New Roman" w:hAnsi="Times New Roman" w:cs="Times New Roman"/>
          <w:sz w:val="26"/>
          <w:szCs w:val="26"/>
          <w:lang w:val="lv-LV"/>
        </w:rPr>
        <w:t>Uzvedības analītīķis</w:t>
      </w:r>
      <w:r w:rsidR="56856FED" w:rsidRPr="008149E8">
        <w:rPr>
          <w:rFonts w:ascii="Times New Roman" w:eastAsia="Times New Roman" w:hAnsi="Times New Roman" w:cs="Times New Roman"/>
          <w:sz w:val="26"/>
          <w:szCs w:val="26"/>
          <w:lang w:val="lv-LV"/>
        </w:rPr>
        <w:t>)</w:t>
      </w:r>
      <w:r w:rsidR="4E0E07CA" w:rsidRPr="008149E8">
        <w:rPr>
          <w:rFonts w:ascii="Times New Roman" w:eastAsia="Times New Roman" w:hAnsi="Times New Roman" w:cs="Times New Roman"/>
          <w:sz w:val="26"/>
          <w:szCs w:val="26"/>
          <w:lang w:val="lv-LV"/>
        </w:rPr>
        <w:t xml:space="preserve"> </w:t>
      </w:r>
    </w:p>
    <w:p w14:paraId="2545DE26" w14:textId="35FEC8D9" w:rsidR="4E0E07CA" w:rsidRPr="008149E8" w:rsidRDefault="008149E8" w:rsidP="008149E8">
      <w:pPr>
        <w:spacing w:after="0"/>
        <w:rPr>
          <w:rFonts w:ascii="Times New Roman" w:eastAsia="Times New Roman" w:hAnsi="Times New Roman" w:cs="Times New Roman"/>
          <w:sz w:val="26"/>
          <w:szCs w:val="26"/>
          <w:lang w:val="lv-LV"/>
        </w:rPr>
      </w:pPr>
      <w:r w:rsidRPr="008149E8">
        <w:rPr>
          <w:rFonts w:ascii="Aptos" w:eastAsia="Aptos" w:hAnsi="Aptos" w:cs="Aptos"/>
          <w:color w:val="000000" w:themeColor="text1"/>
          <w:sz w:val="28"/>
          <w:szCs w:val="28"/>
          <w:lang w:val="lv-LV"/>
        </w:rPr>
        <w:t>☐</w:t>
      </w:r>
      <w:r w:rsidRPr="008149E8">
        <w:rPr>
          <w:rFonts w:ascii="Times New Roman" w:eastAsia="Times New Roman" w:hAnsi="Times New Roman" w:cs="Times New Roman"/>
          <w:sz w:val="28"/>
          <w:szCs w:val="28"/>
          <w:lang w:val="lv-LV"/>
        </w:rPr>
        <w:t xml:space="preserve"> </w:t>
      </w:r>
      <w:r w:rsidR="4E0E07CA" w:rsidRPr="008149E8">
        <w:rPr>
          <w:rFonts w:ascii="Times New Roman" w:eastAsia="Times New Roman" w:hAnsi="Times New Roman" w:cs="Times New Roman"/>
          <w:sz w:val="26"/>
          <w:szCs w:val="26"/>
          <w:lang w:val="lv-LV"/>
        </w:rPr>
        <w:t>Speciālais pedagogs</w:t>
      </w:r>
      <w:r w:rsidR="43C63879" w:rsidRPr="008149E8">
        <w:rPr>
          <w:rFonts w:ascii="Times New Roman" w:eastAsia="Times New Roman" w:hAnsi="Times New Roman" w:cs="Times New Roman"/>
          <w:sz w:val="26"/>
          <w:szCs w:val="26"/>
          <w:lang w:val="lv-LV"/>
        </w:rPr>
        <w:t xml:space="preserve">              </w:t>
      </w:r>
    </w:p>
    <w:p w14:paraId="47CA1B76" w14:textId="6E8D978A" w:rsidR="4E0E07CA" w:rsidRPr="008149E8" w:rsidRDefault="008149E8" w:rsidP="008149E8">
      <w:pPr>
        <w:spacing w:after="0"/>
        <w:rPr>
          <w:rFonts w:ascii="Times New Roman" w:eastAsia="Times New Roman" w:hAnsi="Times New Roman" w:cs="Times New Roman"/>
          <w:sz w:val="26"/>
          <w:szCs w:val="26"/>
          <w:lang w:val="lv-LV"/>
        </w:rPr>
      </w:pPr>
      <w:r w:rsidRPr="008149E8">
        <w:rPr>
          <w:rFonts w:ascii="Aptos" w:eastAsia="Aptos" w:hAnsi="Aptos" w:cs="Aptos"/>
          <w:color w:val="000000" w:themeColor="text1"/>
          <w:sz w:val="28"/>
          <w:szCs w:val="28"/>
          <w:lang w:val="lv-LV"/>
        </w:rPr>
        <w:t>☐</w:t>
      </w:r>
      <w:r w:rsidRPr="008149E8">
        <w:rPr>
          <w:rFonts w:ascii="Times New Roman" w:eastAsia="Times New Roman" w:hAnsi="Times New Roman" w:cs="Times New Roman"/>
          <w:sz w:val="28"/>
          <w:szCs w:val="28"/>
          <w:lang w:val="lv-LV"/>
        </w:rPr>
        <w:t xml:space="preserve"> </w:t>
      </w:r>
      <w:r w:rsidR="4E0E07CA" w:rsidRPr="008149E8">
        <w:rPr>
          <w:rFonts w:ascii="Times New Roman" w:eastAsia="Times New Roman" w:hAnsi="Times New Roman" w:cs="Times New Roman"/>
          <w:sz w:val="26"/>
          <w:szCs w:val="26"/>
          <w:lang w:val="lv-LV"/>
        </w:rPr>
        <w:t>Mākslas terapeits</w:t>
      </w:r>
      <w:r w:rsidR="7B061028" w:rsidRPr="008149E8">
        <w:rPr>
          <w:rFonts w:ascii="Times New Roman" w:eastAsia="Times New Roman" w:hAnsi="Times New Roman" w:cs="Times New Roman"/>
          <w:sz w:val="26"/>
          <w:szCs w:val="26"/>
          <w:lang w:val="lv-LV"/>
        </w:rPr>
        <w:t xml:space="preserve">                 </w:t>
      </w:r>
    </w:p>
    <w:p w14:paraId="30F3C8CB" w14:textId="342DE765" w:rsidR="4E0E07CA" w:rsidRPr="008149E8" w:rsidRDefault="008149E8" w:rsidP="008149E8">
      <w:pPr>
        <w:spacing w:after="0"/>
        <w:rPr>
          <w:rFonts w:ascii="Times New Roman" w:eastAsia="Times New Roman" w:hAnsi="Times New Roman" w:cs="Times New Roman"/>
          <w:sz w:val="26"/>
          <w:szCs w:val="26"/>
          <w:lang w:val="lv-LV"/>
        </w:rPr>
      </w:pPr>
      <w:r w:rsidRPr="008149E8">
        <w:rPr>
          <w:rFonts w:ascii="Aptos" w:eastAsia="Aptos" w:hAnsi="Aptos" w:cs="Aptos"/>
          <w:color w:val="000000" w:themeColor="text1"/>
          <w:sz w:val="28"/>
          <w:szCs w:val="28"/>
          <w:lang w:val="lv-LV"/>
        </w:rPr>
        <w:t>☐</w:t>
      </w:r>
      <w:r w:rsidRPr="008149E8">
        <w:rPr>
          <w:rFonts w:ascii="Times New Roman" w:eastAsia="Times New Roman" w:hAnsi="Times New Roman" w:cs="Times New Roman"/>
          <w:sz w:val="28"/>
          <w:szCs w:val="28"/>
          <w:lang w:val="lv-LV"/>
        </w:rPr>
        <w:t xml:space="preserve"> </w:t>
      </w:r>
      <w:r w:rsidR="4E0E07CA" w:rsidRPr="008149E8">
        <w:rPr>
          <w:rFonts w:ascii="Times New Roman" w:eastAsia="Times New Roman" w:hAnsi="Times New Roman" w:cs="Times New Roman"/>
          <w:sz w:val="26"/>
          <w:szCs w:val="26"/>
          <w:lang w:val="lv-LV"/>
        </w:rPr>
        <w:t>Mūzikas terapeits</w:t>
      </w:r>
      <w:r w:rsidR="345CDF45" w:rsidRPr="008149E8">
        <w:rPr>
          <w:rFonts w:ascii="Times New Roman" w:eastAsia="Times New Roman" w:hAnsi="Times New Roman" w:cs="Times New Roman"/>
          <w:sz w:val="26"/>
          <w:szCs w:val="26"/>
          <w:lang w:val="lv-LV"/>
        </w:rPr>
        <w:t xml:space="preserve">                </w:t>
      </w:r>
      <w:r w:rsidR="0D75B4E2" w:rsidRPr="008149E8">
        <w:rPr>
          <w:rFonts w:ascii="Times New Roman" w:eastAsia="Times New Roman" w:hAnsi="Times New Roman" w:cs="Times New Roman"/>
          <w:sz w:val="26"/>
          <w:szCs w:val="26"/>
          <w:lang w:val="lv-LV"/>
        </w:rPr>
        <w:t xml:space="preserve"> </w:t>
      </w:r>
    </w:p>
    <w:p w14:paraId="479B32B3" w14:textId="6012EC2D" w:rsidR="4E0E07CA" w:rsidRPr="008149E8" w:rsidRDefault="008149E8" w:rsidP="008149E8">
      <w:pPr>
        <w:spacing w:after="0"/>
        <w:rPr>
          <w:rFonts w:ascii="Times New Roman" w:eastAsia="Times New Roman" w:hAnsi="Times New Roman" w:cs="Times New Roman"/>
          <w:sz w:val="26"/>
          <w:szCs w:val="26"/>
          <w:lang w:val="lv-LV"/>
        </w:rPr>
      </w:pPr>
      <w:r w:rsidRPr="008149E8">
        <w:rPr>
          <w:rFonts w:ascii="Aptos" w:eastAsia="Aptos" w:hAnsi="Aptos" w:cs="Aptos"/>
          <w:color w:val="000000" w:themeColor="text1"/>
          <w:sz w:val="28"/>
          <w:szCs w:val="28"/>
          <w:lang w:val="lv-LV"/>
        </w:rPr>
        <w:t>☐</w:t>
      </w:r>
      <w:r w:rsidRPr="008149E8">
        <w:rPr>
          <w:rFonts w:ascii="Times New Roman" w:eastAsia="Times New Roman" w:hAnsi="Times New Roman" w:cs="Times New Roman"/>
          <w:sz w:val="28"/>
          <w:szCs w:val="28"/>
          <w:lang w:val="lv-LV"/>
        </w:rPr>
        <w:t xml:space="preserve"> </w:t>
      </w:r>
      <w:r w:rsidR="4E0E07CA" w:rsidRPr="008149E8">
        <w:rPr>
          <w:rFonts w:ascii="Times New Roman" w:eastAsia="Times New Roman" w:hAnsi="Times New Roman" w:cs="Times New Roman"/>
          <w:sz w:val="26"/>
          <w:szCs w:val="26"/>
          <w:lang w:val="lv-LV"/>
        </w:rPr>
        <w:t>Deju un kustību terapeits</w:t>
      </w:r>
      <w:r w:rsidR="1C2555D4" w:rsidRPr="008149E8">
        <w:rPr>
          <w:rFonts w:ascii="Times New Roman" w:eastAsia="Times New Roman" w:hAnsi="Times New Roman" w:cs="Times New Roman"/>
          <w:sz w:val="26"/>
          <w:szCs w:val="26"/>
          <w:lang w:val="lv-LV"/>
        </w:rPr>
        <w:t xml:space="preserve">      </w:t>
      </w:r>
    </w:p>
    <w:p w14:paraId="5F2493CF" w14:textId="77777777" w:rsidR="008149E8" w:rsidRDefault="008149E8" w:rsidP="008149E8">
      <w:pPr>
        <w:spacing w:after="0"/>
        <w:rPr>
          <w:rFonts w:ascii="Times New Roman" w:eastAsia="Times New Roman" w:hAnsi="Times New Roman" w:cs="Times New Roman"/>
          <w:sz w:val="26"/>
          <w:szCs w:val="26"/>
          <w:lang w:val="lv-LV"/>
        </w:rPr>
      </w:pPr>
      <w:r w:rsidRPr="006D676A">
        <w:rPr>
          <w:rFonts w:ascii="Aptos" w:eastAsia="Aptos" w:hAnsi="Aptos" w:cs="Aptos"/>
          <w:color w:val="000000" w:themeColor="text1"/>
          <w:sz w:val="28"/>
          <w:szCs w:val="28"/>
          <w:lang w:val="lv-LV"/>
        </w:rPr>
        <w:t>☐</w:t>
      </w:r>
      <w:r w:rsidRPr="006D676A">
        <w:rPr>
          <w:rFonts w:ascii="Times New Roman" w:eastAsia="Times New Roman" w:hAnsi="Times New Roman" w:cs="Times New Roman"/>
          <w:sz w:val="28"/>
          <w:szCs w:val="28"/>
          <w:lang w:val="lv-LV"/>
        </w:rPr>
        <w:t xml:space="preserve"> </w:t>
      </w:r>
      <w:r w:rsidR="4E0E07CA" w:rsidRPr="008149E8">
        <w:rPr>
          <w:rFonts w:ascii="Times New Roman" w:eastAsia="Times New Roman" w:hAnsi="Times New Roman" w:cs="Times New Roman"/>
          <w:sz w:val="26"/>
          <w:szCs w:val="26"/>
          <w:lang w:val="lv-LV"/>
        </w:rPr>
        <w:t>Psihoterapeits</w:t>
      </w:r>
      <w:r w:rsidR="0E617495" w:rsidRPr="008149E8">
        <w:rPr>
          <w:rFonts w:ascii="Times New Roman" w:eastAsia="Times New Roman" w:hAnsi="Times New Roman" w:cs="Times New Roman"/>
          <w:sz w:val="26"/>
          <w:szCs w:val="26"/>
          <w:lang w:val="lv-LV"/>
        </w:rPr>
        <w:t xml:space="preserve"> </w:t>
      </w:r>
    </w:p>
    <w:p w14:paraId="19476270" w14:textId="7D3DD4BE" w:rsidR="008149E8" w:rsidRPr="006D676A" w:rsidRDefault="008149E8" w:rsidP="008149E8">
      <w:pPr>
        <w:spacing w:after="0"/>
        <w:rPr>
          <w:rFonts w:ascii="Times New Roman" w:eastAsia="Times New Roman" w:hAnsi="Times New Roman" w:cs="Times New Roman"/>
          <w:sz w:val="26"/>
          <w:szCs w:val="26"/>
          <w:lang w:val="lv-LV"/>
        </w:rPr>
      </w:pPr>
      <w:r w:rsidRPr="006D676A">
        <w:rPr>
          <w:rFonts w:ascii="Times New Roman" w:eastAsia="Times New Roman" w:hAnsi="Times New Roman" w:cs="Times New Roman"/>
          <w:sz w:val="26"/>
          <w:szCs w:val="26"/>
          <w:lang w:val="lv-LV"/>
        </w:rPr>
        <w:t>(cits, lūdzu nosaukt) ___________________________________________________________</w:t>
      </w:r>
    </w:p>
    <w:p w14:paraId="0F3554C9" w14:textId="36DF3B91" w:rsidR="008149E8" w:rsidRPr="006D676A" w:rsidRDefault="008149E8" w:rsidP="008149E8">
      <w:pPr>
        <w:spacing w:after="0"/>
        <w:rPr>
          <w:rFonts w:ascii="Times New Roman" w:eastAsia="Times New Roman" w:hAnsi="Times New Roman" w:cs="Times New Roman"/>
          <w:sz w:val="26"/>
          <w:szCs w:val="26"/>
          <w:lang w:val="lv-LV"/>
        </w:rPr>
      </w:pPr>
      <w:r w:rsidRPr="006D676A">
        <w:rPr>
          <w:rFonts w:ascii="Times New Roman" w:eastAsia="Times New Roman" w:hAnsi="Times New Roman" w:cs="Times New Roman"/>
          <w:sz w:val="26"/>
          <w:szCs w:val="26"/>
          <w:lang w:val="lv-LV"/>
        </w:rPr>
        <w:t>(cits, lūdzu nosaukt) ___________________________________________________________</w:t>
      </w:r>
    </w:p>
    <w:p w14:paraId="0DE00926" w14:textId="117CA1E7" w:rsidR="00A62B02" w:rsidRPr="00DA3335" w:rsidRDefault="008149E8" w:rsidP="00DA3335">
      <w:pPr>
        <w:spacing w:after="0"/>
        <w:rPr>
          <w:rFonts w:ascii="Times New Roman" w:eastAsia="Times New Roman" w:hAnsi="Times New Roman" w:cs="Times New Roman"/>
          <w:sz w:val="26"/>
          <w:szCs w:val="26"/>
          <w:lang w:val="lv-LV"/>
        </w:rPr>
      </w:pPr>
      <w:r w:rsidRPr="006D676A">
        <w:rPr>
          <w:rFonts w:ascii="Times New Roman" w:eastAsia="Times New Roman" w:hAnsi="Times New Roman" w:cs="Times New Roman"/>
          <w:sz w:val="26"/>
          <w:szCs w:val="26"/>
          <w:lang w:val="lv-LV"/>
        </w:rPr>
        <w:t>(cits, lūdzu nosaukt) ___________________________________________________________</w:t>
      </w:r>
    </w:p>
    <w:p w14:paraId="0F9221A6" w14:textId="77777777" w:rsidR="006425B2" w:rsidRDefault="006425B2" w:rsidP="000C167D">
      <w:pPr>
        <w:pStyle w:val="Virsraksts3"/>
        <w:rPr>
          <w:rFonts w:ascii="Times New Roman" w:hAnsi="Times New Roman" w:cs="Times New Roman"/>
          <w:color w:val="auto"/>
          <w:sz w:val="26"/>
          <w:szCs w:val="26"/>
          <w:lang w:val="lv-LV"/>
        </w:rPr>
      </w:pPr>
    </w:p>
    <w:p w14:paraId="0D58EF66" w14:textId="77777777" w:rsidR="006425B2" w:rsidRDefault="006425B2" w:rsidP="000C167D">
      <w:pPr>
        <w:pStyle w:val="Virsraksts3"/>
        <w:rPr>
          <w:rFonts w:ascii="Times New Roman" w:hAnsi="Times New Roman" w:cs="Times New Roman"/>
          <w:color w:val="auto"/>
          <w:sz w:val="26"/>
          <w:szCs w:val="26"/>
          <w:lang w:val="lv-LV"/>
        </w:rPr>
      </w:pPr>
    </w:p>
    <w:p w14:paraId="118CD3FA" w14:textId="77777777" w:rsidR="006425B2" w:rsidRPr="006425B2" w:rsidRDefault="006425B2" w:rsidP="006425B2">
      <w:pPr>
        <w:rPr>
          <w:lang w:val="lv-LV"/>
        </w:rPr>
      </w:pPr>
    </w:p>
    <w:p w14:paraId="01634F1F" w14:textId="41058F58" w:rsidR="4BD287A4" w:rsidRPr="000C167D" w:rsidRDefault="00D4711C" w:rsidP="000C167D">
      <w:pPr>
        <w:pStyle w:val="Virsraksts3"/>
        <w:rPr>
          <w:rFonts w:ascii="Times New Roman" w:hAnsi="Times New Roman" w:cs="Times New Roman"/>
          <w:color w:val="auto"/>
          <w:sz w:val="26"/>
          <w:szCs w:val="26"/>
          <w:lang w:val="lv-LV"/>
        </w:rPr>
      </w:pPr>
      <w:r>
        <w:rPr>
          <w:rFonts w:ascii="Times New Roman" w:hAnsi="Times New Roman" w:cs="Times New Roman"/>
          <w:color w:val="auto"/>
          <w:sz w:val="26"/>
          <w:szCs w:val="26"/>
          <w:lang w:val="lv-LV"/>
        </w:rPr>
        <w:lastRenderedPageBreak/>
        <w:t>8</w:t>
      </w:r>
      <w:r w:rsidR="00052659" w:rsidRPr="00052659">
        <w:rPr>
          <w:rFonts w:ascii="Times New Roman" w:hAnsi="Times New Roman" w:cs="Times New Roman"/>
          <w:color w:val="auto"/>
          <w:sz w:val="26"/>
          <w:szCs w:val="26"/>
          <w:lang w:val="lv-LV"/>
        </w:rPr>
        <w:t xml:space="preserve">. </w:t>
      </w:r>
      <w:r w:rsidR="16273134" w:rsidRPr="00052659">
        <w:rPr>
          <w:rFonts w:ascii="Times New Roman" w:hAnsi="Times New Roman" w:cs="Times New Roman"/>
          <w:color w:val="auto"/>
          <w:sz w:val="26"/>
          <w:szCs w:val="26"/>
          <w:lang w:val="lv-LV"/>
        </w:rPr>
        <w:t>Plānotās aktivitātes</w:t>
      </w:r>
      <w:r w:rsidR="002C59BC" w:rsidRPr="00052659">
        <w:rPr>
          <w:rFonts w:ascii="Times New Roman" w:hAnsi="Times New Roman" w:cs="Times New Roman"/>
          <w:color w:val="auto"/>
          <w:sz w:val="26"/>
          <w:szCs w:val="26"/>
          <w:lang w:val="lv-LV"/>
        </w:rPr>
        <w:t>:</w:t>
      </w:r>
    </w:p>
    <w:p w14:paraId="70724C9E" w14:textId="1AED19E8" w:rsidR="00975AED" w:rsidRPr="000E34F3" w:rsidRDefault="00975AED" w:rsidP="00975AED">
      <w:pPr>
        <w:pStyle w:val="Virsraksts4"/>
        <w:rPr>
          <w:rFonts w:ascii="Times New Roman" w:hAnsi="Times New Roman" w:cs="Times New Roman"/>
          <w:sz w:val="26"/>
          <w:szCs w:val="26"/>
          <w:lang w:val="lv-LV"/>
        </w:rPr>
      </w:pPr>
      <w:r w:rsidRPr="000E34F3">
        <w:rPr>
          <w:rFonts w:ascii="Times New Roman" w:hAnsi="Times New Roman" w:cs="Times New Roman"/>
          <w:sz w:val="26"/>
          <w:szCs w:val="26"/>
          <w:lang w:val="lv-LV"/>
        </w:rPr>
        <w:t>A) Bērnu kognitīvo spēju attīstība</w:t>
      </w:r>
    </w:p>
    <w:p w14:paraId="5D98C12E" w14:textId="15CA8E04" w:rsidR="0050636F" w:rsidRDefault="0050636F" w:rsidP="00975AED">
      <w:pPr>
        <w:rPr>
          <w:rFonts w:ascii="Times New Roman" w:hAnsi="Times New Roman" w:cs="Times New Roman"/>
          <w:sz w:val="26"/>
          <w:szCs w:val="26"/>
          <w:lang w:val="lv-LV"/>
        </w:rPr>
      </w:pPr>
      <w:r>
        <w:rPr>
          <w:rFonts w:ascii="Times New Roman" w:hAnsi="Times New Roman" w:cs="Times New Roman"/>
          <w:sz w:val="26"/>
          <w:szCs w:val="26"/>
          <w:lang w:val="lv-LV"/>
        </w:rPr>
        <w:t>Aktivitātes:</w:t>
      </w:r>
    </w:p>
    <w:p w14:paraId="04994EB1" w14:textId="09B489E7" w:rsidR="0050636F" w:rsidRDefault="0050636F" w:rsidP="00975AED">
      <w:pPr>
        <w:rPr>
          <w:rFonts w:ascii="Times New Roman" w:hAnsi="Times New Roman" w:cs="Times New Roman"/>
          <w:sz w:val="26"/>
          <w:szCs w:val="26"/>
          <w:lang w:val="lv-LV"/>
        </w:rPr>
      </w:pPr>
      <w:r>
        <w:rPr>
          <w:rFonts w:ascii="Times New Roman" w:hAnsi="Times New Roman" w:cs="Times New Roman"/>
          <w:sz w:val="26"/>
          <w:szCs w:val="26"/>
          <w:lang w:val="lv-LV"/>
        </w:rPr>
        <w:t>___________________________________________________________________________</w:t>
      </w:r>
    </w:p>
    <w:p w14:paraId="40855A7C" w14:textId="15078C29" w:rsidR="00975AED" w:rsidRPr="000E34F3" w:rsidRDefault="00975AED" w:rsidP="00975AED">
      <w:pPr>
        <w:rPr>
          <w:rFonts w:ascii="Times New Roman" w:hAnsi="Times New Roman" w:cs="Times New Roman"/>
          <w:sz w:val="26"/>
          <w:szCs w:val="26"/>
          <w:lang w:val="lv-LV"/>
        </w:rPr>
      </w:pPr>
      <w:r w:rsidRPr="41CF1C93">
        <w:rPr>
          <w:rFonts w:ascii="Times New Roman" w:hAnsi="Times New Roman" w:cs="Times New Roman"/>
          <w:sz w:val="26"/>
          <w:szCs w:val="26"/>
          <w:lang w:val="lv-LV"/>
        </w:rPr>
        <w:t>Izmantotās pieejas un metodes:</w:t>
      </w:r>
      <w:r w:rsidRPr="008149E8">
        <w:rPr>
          <w:lang w:val="es-ES"/>
        </w:rPr>
        <w:br/>
      </w:r>
      <w:r w:rsidRPr="41CF1C93">
        <w:rPr>
          <w:rFonts w:ascii="Times New Roman" w:hAnsi="Times New Roman" w:cs="Times New Roman"/>
          <w:sz w:val="26"/>
          <w:szCs w:val="26"/>
          <w:lang w:val="lv-LV"/>
        </w:rPr>
        <w:t>______________________________________________</w:t>
      </w:r>
      <w:r w:rsidR="00517627">
        <w:rPr>
          <w:rFonts w:ascii="Times New Roman" w:hAnsi="Times New Roman" w:cs="Times New Roman"/>
          <w:sz w:val="26"/>
          <w:szCs w:val="26"/>
          <w:lang w:val="lv-LV"/>
        </w:rPr>
        <w:t>______________________________</w:t>
      </w:r>
    </w:p>
    <w:p w14:paraId="1F783A7C" w14:textId="6C977C76" w:rsidR="00975AED" w:rsidRPr="000E34F3" w:rsidRDefault="00975AED" w:rsidP="00975AED">
      <w:pPr>
        <w:rPr>
          <w:rFonts w:ascii="Times New Roman" w:hAnsi="Times New Roman" w:cs="Times New Roman"/>
          <w:sz w:val="26"/>
          <w:szCs w:val="26"/>
          <w:lang w:val="lv-LV"/>
        </w:rPr>
      </w:pPr>
      <w:r w:rsidRPr="634F6AC8">
        <w:rPr>
          <w:rFonts w:ascii="Times New Roman" w:hAnsi="Times New Roman" w:cs="Times New Roman"/>
          <w:sz w:val="26"/>
          <w:szCs w:val="26"/>
          <w:lang w:val="lv-LV"/>
        </w:rPr>
        <w:t>Sagaidāmie rezultāti:</w:t>
      </w:r>
      <w:r w:rsidRPr="003F48FB">
        <w:rPr>
          <w:lang w:val="lv-LV"/>
        </w:rPr>
        <w:br/>
      </w:r>
      <w:r w:rsidRPr="634F6AC8">
        <w:rPr>
          <w:rFonts w:ascii="Times New Roman" w:hAnsi="Times New Roman" w:cs="Times New Roman"/>
          <w:sz w:val="26"/>
          <w:szCs w:val="26"/>
          <w:lang w:val="lv-LV"/>
        </w:rPr>
        <w:t>______________________________________________</w:t>
      </w:r>
      <w:r w:rsidR="00517627" w:rsidRPr="634F6AC8">
        <w:rPr>
          <w:rFonts w:ascii="Times New Roman" w:hAnsi="Times New Roman" w:cs="Times New Roman"/>
          <w:sz w:val="26"/>
          <w:szCs w:val="26"/>
          <w:lang w:val="lv-LV"/>
        </w:rPr>
        <w:t>______________________________</w:t>
      </w:r>
    </w:p>
    <w:p w14:paraId="1D4A61B4" w14:textId="4992ECF0" w:rsidR="00DA3335" w:rsidRDefault="05D9ED2D" w:rsidP="00DA3335">
      <w:pPr>
        <w:rPr>
          <w:rFonts w:ascii="Times New Roman" w:hAnsi="Times New Roman" w:cs="Times New Roman"/>
          <w:sz w:val="26"/>
          <w:szCs w:val="26"/>
          <w:lang w:val="lv-LV"/>
        </w:rPr>
      </w:pPr>
      <w:r w:rsidRPr="10ABB93E">
        <w:rPr>
          <w:rFonts w:ascii="Times New Roman" w:hAnsi="Times New Roman" w:cs="Times New Roman"/>
          <w:sz w:val="26"/>
          <w:szCs w:val="26"/>
          <w:lang w:val="lv-LV"/>
        </w:rPr>
        <w:t>Rezultātu izvērtēšanas kārtība un instrumenti:</w:t>
      </w:r>
      <w:r w:rsidRPr="003F48FB">
        <w:rPr>
          <w:lang w:val="lv-LV"/>
        </w:rPr>
        <w:br/>
      </w:r>
      <w:r w:rsidRPr="10ABB93E">
        <w:rPr>
          <w:rFonts w:ascii="Times New Roman" w:hAnsi="Times New Roman" w:cs="Times New Roman"/>
          <w:sz w:val="26"/>
          <w:szCs w:val="26"/>
          <w:lang w:val="lv-LV"/>
        </w:rPr>
        <w:t>______________________________________________</w:t>
      </w:r>
      <w:r w:rsidR="00517627">
        <w:rPr>
          <w:rFonts w:ascii="Times New Roman" w:hAnsi="Times New Roman" w:cs="Times New Roman"/>
          <w:sz w:val="26"/>
          <w:szCs w:val="26"/>
          <w:lang w:val="lv-LV"/>
        </w:rPr>
        <w:t>______________________________</w:t>
      </w:r>
    </w:p>
    <w:p w14:paraId="28AECF82" w14:textId="77777777" w:rsidR="00DA3335" w:rsidRDefault="00DA3335" w:rsidP="00DA3335">
      <w:pPr>
        <w:rPr>
          <w:rFonts w:ascii="Times New Roman" w:hAnsi="Times New Roman" w:cs="Times New Roman"/>
          <w:sz w:val="26"/>
          <w:szCs w:val="26"/>
          <w:lang w:val="lv-LV"/>
        </w:rPr>
      </w:pPr>
    </w:p>
    <w:p w14:paraId="0673024A" w14:textId="77777777" w:rsidR="00975AED" w:rsidRDefault="00975AED" w:rsidP="00975AED">
      <w:pPr>
        <w:pStyle w:val="Virsraksts4"/>
        <w:rPr>
          <w:rFonts w:ascii="Times New Roman" w:hAnsi="Times New Roman" w:cs="Times New Roman"/>
          <w:sz w:val="26"/>
          <w:szCs w:val="26"/>
          <w:lang w:val="lv-LV"/>
        </w:rPr>
      </w:pPr>
      <w:r w:rsidRPr="007F11C7">
        <w:rPr>
          <w:rFonts w:ascii="Times New Roman" w:hAnsi="Times New Roman" w:cs="Times New Roman"/>
          <w:sz w:val="26"/>
          <w:szCs w:val="26"/>
          <w:lang w:val="lv-LV"/>
        </w:rPr>
        <w:t>B) Bērnu fizisko spēju attīstība</w:t>
      </w:r>
    </w:p>
    <w:p w14:paraId="211CE805" w14:textId="2A1D8E0D" w:rsidR="0050636F" w:rsidRPr="0050636F" w:rsidRDefault="0050636F" w:rsidP="0050636F">
      <w:pPr>
        <w:rPr>
          <w:rFonts w:ascii="Times New Roman" w:hAnsi="Times New Roman" w:cs="Times New Roman"/>
          <w:sz w:val="26"/>
          <w:szCs w:val="26"/>
          <w:lang w:val="lv-LV"/>
        </w:rPr>
      </w:pPr>
      <w:r w:rsidRPr="0050636F">
        <w:rPr>
          <w:rFonts w:ascii="Times New Roman" w:hAnsi="Times New Roman" w:cs="Times New Roman"/>
          <w:sz w:val="26"/>
          <w:szCs w:val="26"/>
          <w:lang w:val="lv-LV"/>
        </w:rPr>
        <w:t>Aktivitātes:</w:t>
      </w:r>
    </w:p>
    <w:p w14:paraId="718B33E6" w14:textId="2B4C426B" w:rsidR="0050636F" w:rsidRPr="0050636F" w:rsidRDefault="0050636F" w:rsidP="0050636F">
      <w:pPr>
        <w:rPr>
          <w:rFonts w:ascii="Times New Roman" w:hAnsi="Times New Roman" w:cs="Times New Roman"/>
          <w:sz w:val="26"/>
          <w:szCs w:val="26"/>
          <w:lang w:val="lv-LV"/>
        </w:rPr>
      </w:pPr>
      <w:r w:rsidRPr="0050636F">
        <w:rPr>
          <w:rFonts w:ascii="Times New Roman" w:hAnsi="Times New Roman" w:cs="Times New Roman"/>
          <w:sz w:val="26"/>
          <w:szCs w:val="26"/>
          <w:lang w:val="lv-LV"/>
        </w:rPr>
        <w:t>____________________________________________________________________________</w:t>
      </w:r>
    </w:p>
    <w:p w14:paraId="6B3EF15F" w14:textId="28366F60" w:rsidR="00975AED" w:rsidRPr="0050636F" w:rsidRDefault="00975AED" w:rsidP="00975AED">
      <w:pPr>
        <w:rPr>
          <w:rFonts w:ascii="Times New Roman" w:hAnsi="Times New Roman" w:cs="Times New Roman"/>
          <w:sz w:val="26"/>
          <w:szCs w:val="26"/>
          <w:lang w:val="lv-LV"/>
        </w:rPr>
      </w:pPr>
      <w:r w:rsidRPr="0050636F">
        <w:rPr>
          <w:rFonts w:ascii="Times New Roman" w:hAnsi="Times New Roman" w:cs="Times New Roman"/>
          <w:sz w:val="26"/>
          <w:szCs w:val="26"/>
          <w:lang w:val="lv-LV"/>
        </w:rPr>
        <w:t>Izmantotās pieejas un metodes:</w:t>
      </w:r>
      <w:r w:rsidRPr="0050636F">
        <w:rPr>
          <w:rFonts w:ascii="Times New Roman" w:hAnsi="Times New Roman" w:cs="Times New Roman"/>
          <w:lang w:val="lv-LV"/>
        </w:rPr>
        <w:br/>
      </w:r>
      <w:r w:rsidRPr="0050636F">
        <w:rPr>
          <w:rFonts w:ascii="Times New Roman" w:hAnsi="Times New Roman" w:cs="Times New Roman"/>
          <w:sz w:val="26"/>
          <w:szCs w:val="26"/>
          <w:lang w:val="lv-LV"/>
        </w:rPr>
        <w:t>______________________________________________</w:t>
      </w:r>
      <w:r w:rsidR="00A62B02" w:rsidRPr="0050636F">
        <w:rPr>
          <w:rFonts w:ascii="Times New Roman" w:hAnsi="Times New Roman" w:cs="Times New Roman"/>
          <w:sz w:val="26"/>
          <w:szCs w:val="26"/>
          <w:lang w:val="lv-LV"/>
        </w:rPr>
        <w:t>______________________________</w:t>
      </w:r>
    </w:p>
    <w:p w14:paraId="1E16135D" w14:textId="4EBC488D" w:rsidR="573A63BF" w:rsidRDefault="573A63BF" w:rsidP="29B7AC45">
      <w:pPr>
        <w:rPr>
          <w:rFonts w:ascii="Times New Roman" w:hAnsi="Times New Roman" w:cs="Times New Roman"/>
          <w:sz w:val="26"/>
          <w:szCs w:val="26"/>
          <w:lang w:val="lv-LV"/>
        </w:rPr>
      </w:pPr>
      <w:r w:rsidRPr="0050636F">
        <w:rPr>
          <w:rFonts w:ascii="Times New Roman" w:hAnsi="Times New Roman" w:cs="Times New Roman"/>
          <w:sz w:val="26"/>
          <w:szCs w:val="26"/>
          <w:lang w:val="lv-LV"/>
        </w:rPr>
        <w:t>Sagaidāmie rezultāti</w:t>
      </w:r>
      <w:r w:rsidRPr="29B7AC45">
        <w:rPr>
          <w:rFonts w:ascii="Times New Roman" w:hAnsi="Times New Roman" w:cs="Times New Roman"/>
          <w:sz w:val="26"/>
          <w:szCs w:val="26"/>
          <w:lang w:val="lv-LV"/>
        </w:rPr>
        <w:t xml:space="preserve"> un to rādītāji:</w:t>
      </w:r>
      <w:r w:rsidRPr="007F11C7">
        <w:rPr>
          <w:lang w:val="es-ES"/>
        </w:rPr>
        <w:br/>
      </w:r>
      <w:r w:rsidRPr="29B7AC45">
        <w:rPr>
          <w:rFonts w:ascii="Times New Roman" w:hAnsi="Times New Roman" w:cs="Times New Roman"/>
          <w:sz w:val="26"/>
          <w:szCs w:val="26"/>
          <w:lang w:val="lv-LV"/>
        </w:rPr>
        <w:t>______________________________________________</w:t>
      </w:r>
      <w:r w:rsidR="00A62B02">
        <w:rPr>
          <w:rFonts w:ascii="Times New Roman" w:hAnsi="Times New Roman" w:cs="Times New Roman"/>
          <w:sz w:val="26"/>
          <w:szCs w:val="26"/>
          <w:lang w:val="lv-LV"/>
        </w:rPr>
        <w:t>______________________________</w:t>
      </w:r>
    </w:p>
    <w:p w14:paraId="358A6A41" w14:textId="24989605" w:rsidR="00DA3335" w:rsidRDefault="00975AED" w:rsidP="634F6AC8">
      <w:pPr>
        <w:rPr>
          <w:rFonts w:ascii="Times New Roman" w:hAnsi="Times New Roman" w:cs="Times New Roman"/>
          <w:sz w:val="26"/>
          <w:szCs w:val="26"/>
          <w:lang w:val="lv-LV"/>
        </w:rPr>
      </w:pPr>
      <w:r w:rsidRPr="41CF1C93">
        <w:rPr>
          <w:rFonts w:ascii="Times New Roman" w:hAnsi="Times New Roman" w:cs="Times New Roman"/>
          <w:sz w:val="26"/>
          <w:szCs w:val="26"/>
          <w:lang w:val="lv-LV"/>
        </w:rPr>
        <w:t>Rezultātu izvērtēšanas kārtība un instrumenti:</w:t>
      </w:r>
      <w:r w:rsidR="579FFA3A" w:rsidRPr="007F11C7">
        <w:rPr>
          <w:lang w:val="es-ES"/>
        </w:rPr>
        <w:br/>
      </w:r>
      <w:r w:rsidRPr="41CF1C93">
        <w:rPr>
          <w:rFonts w:ascii="Times New Roman" w:hAnsi="Times New Roman" w:cs="Times New Roman"/>
          <w:sz w:val="26"/>
          <w:szCs w:val="26"/>
          <w:lang w:val="lv-LV"/>
        </w:rPr>
        <w:t>______________________________________________</w:t>
      </w:r>
      <w:r w:rsidR="00A62B02">
        <w:rPr>
          <w:rFonts w:ascii="Times New Roman" w:hAnsi="Times New Roman" w:cs="Times New Roman"/>
          <w:sz w:val="26"/>
          <w:szCs w:val="26"/>
          <w:lang w:val="lv-LV"/>
        </w:rPr>
        <w:t>______________________________</w:t>
      </w:r>
    </w:p>
    <w:p w14:paraId="39799A0E" w14:textId="77777777" w:rsidR="00885DB8" w:rsidRDefault="00885DB8" w:rsidP="634F6AC8">
      <w:pPr>
        <w:rPr>
          <w:rFonts w:ascii="Times New Roman" w:hAnsi="Times New Roman" w:cs="Times New Roman"/>
          <w:sz w:val="26"/>
          <w:szCs w:val="26"/>
          <w:lang w:val="lv-LV"/>
        </w:rPr>
      </w:pPr>
    </w:p>
    <w:p w14:paraId="7CDEDDEC" w14:textId="5F9FFE76" w:rsidR="00796368" w:rsidRPr="008D32FB" w:rsidRDefault="00796368" w:rsidP="00796368">
      <w:pPr>
        <w:pStyle w:val="Virsraksts4"/>
        <w:rPr>
          <w:rFonts w:ascii="Times New Roman" w:hAnsi="Times New Roman" w:cs="Times New Roman"/>
          <w:sz w:val="26"/>
          <w:szCs w:val="26"/>
          <w:lang w:val="lv-LV"/>
        </w:rPr>
      </w:pPr>
      <w:r>
        <w:rPr>
          <w:rFonts w:ascii="Times New Roman" w:hAnsi="Times New Roman" w:cs="Times New Roman"/>
          <w:sz w:val="26"/>
          <w:szCs w:val="26"/>
          <w:lang w:val="lv-LV"/>
        </w:rPr>
        <w:t>C</w:t>
      </w:r>
      <w:r w:rsidRPr="008D32FB">
        <w:rPr>
          <w:rFonts w:ascii="Times New Roman" w:hAnsi="Times New Roman" w:cs="Times New Roman"/>
          <w:sz w:val="26"/>
          <w:szCs w:val="26"/>
          <w:lang w:val="lv-LV"/>
        </w:rPr>
        <w:t xml:space="preserve">) </w:t>
      </w:r>
      <w:r>
        <w:rPr>
          <w:rFonts w:ascii="Times New Roman" w:hAnsi="Times New Roman" w:cs="Times New Roman"/>
          <w:sz w:val="26"/>
          <w:szCs w:val="26"/>
          <w:lang w:val="lv-LV"/>
        </w:rPr>
        <w:t>Pašaprūpes spēju attīstība*</w:t>
      </w:r>
      <w:r w:rsidRPr="00D05223">
        <w:rPr>
          <w:rFonts w:ascii="Times New Roman" w:hAnsi="Times New Roman" w:cs="Times New Roman"/>
          <w:sz w:val="26"/>
          <w:szCs w:val="26"/>
          <w:lang w:val="lv-LV"/>
        </w:rPr>
        <w:t xml:space="preserve"> </w:t>
      </w:r>
    </w:p>
    <w:p w14:paraId="0CF4A810" w14:textId="77777777" w:rsidR="00796368" w:rsidRDefault="00796368" w:rsidP="00796368">
      <w:pPr>
        <w:rPr>
          <w:rFonts w:ascii="Times New Roman" w:hAnsi="Times New Roman" w:cs="Times New Roman"/>
          <w:sz w:val="26"/>
          <w:szCs w:val="26"/>
          <w:lang w:val="lv-LV"/>
        </w:rPr>
      </w:pPr>
      <w:r>
        <w:rPr>
          <w:rFonts w:ascii="Times New Roman" w:hAnsi="Times New Roman" w:cs="Times New Roman"/>
          <w:sz w:val="26"/>
          <w:szCs w:val="26"/>
          <w:lang w:val="lv-LV"/>
        </w:rPr>
        <w:t>Aktivitātes:</w:t>
      </w:r>
    </w:p>
    <w:p w14:paraId="20E03512" w14:textId="77777777" w:rsidR="00796368" w:rsidRDefault="00796368" w:rsidP="00796368">
      <w:pPr>
        <w:rPr>
          <w:rFonts w:ascii="Times New Roman" w:hAnsi="Times New Roman" w:cs="Times New Roman"/>
          <w:sz w:val="26"/>
          <w:szCs w:val="26"/>
          <w:lang w:val="lv-LV"/>
        </w:rPr>
      </w:pPr>
      <w:r>
        <w:rPr>
          <w:rFonts w:ascii="Times New Roman" w:hAnsi="Times New Roman" w:cs="Times New Roman"/>
          <w:sz w:val="26"/>
          <w:szCs w:val="26"/>
          <w:lang w:val="lv-LV"/>
        </w:rPr>
        <w:t>____________________________________________________________________________</w:t>
      </w:r>
    </w:p>
    <w:p w14:paraId="5460C369" w14:textId="77777777" w:rsidR="00796368" w:rsidRDefault="00796368" w:rsidP="00796368">
      <w:pPr>
        <w:rPr>
          <w:rFonts w:ascii="Times New Roman" w:hAnsi="Times New Roman" w:cs="Times New Roman"/>
          <w:sz w:val="26"/>
          <w:szCs w:val="26"/>
          <w:lang w:val="lv-LV"/>
        </w:rPr>
      </w:pPr>
      <w:r w:rsidRPr="0FC0D8BB">
        <w:rPr>
          <w:rFonts w:ascii="Times New Roman" w:hAnsi="Times New Roman" w:cs="Times New Roman"/>
          <w:sz w:val="26"/>
          <w:szCs w:val="26"/>
          <w:lang w:val="lv-LV"/>
        </w:rPr>
        <w:t>Izmantotās pieejas un metodes:</w:t>
      </w:r>
      <w:r w:rsidRPr="007F11C7">
        <w:rPr>
          <w:lang w:val="es-ES"/>
        </w:rPr>
        <w:br/>
      </w:r>
      <w:r w:rsidRPr="0FC0D8BB">
        <w:rPr>
          <w:rFonts w:ascii="Times New Roman" w:hAnsi="Times New Roman" w:cs="Times New Roman"/>
          <w:sz w:val="26"/>
          <w:szCs w:val="26"/>
          <w:lang w:val="lv-LV"/>
        </w:rPr>
        <w:t>______________________________________________</w:t>
      </w:r>
      <w:r>
        <w:rPr>
          <w:rFonts w:ascii="Times New Roman" w:hAnsi="Times New Roman" w:cs="Times New Roman"/>
          <w:sz w:val="26"/>
          <w:szCs w:val="26"/>
          <w:lang w:val="lv-LV"/>
        </w:rPr>
        <w:t>______________________________</w:t>
      </w:r>
    </w:p>
    <w:p w14:paraId="1F35851D" w14:textId="77777777" w:rsidR="00796368" w:rsidRPr="000E34F3" w:rsidRDefault="00796368" w:rsidP="00796368">
      <w:pPr>
        <w:rPr>
          <w:rFonts w:ascii="Times New Roman" w:hAnsi="Times New Roman" w:cs="Times New Roman"/>
          <w:sz w:val="26"/>
          <w:szCs w:val="26"/>
          <w:lang w:val="lv-LV"/>
        </w:rPr>
      </w:pPr>
      <w:r w:rsidRPr="000E34F3">
        <w:rPr>
          <w:rFonts w:ascii="Times New Roman" w:hAnsi="Times New Roman" w:cs="Times New Roman"/>
          <w:sz w:val="26"/>
          <w:szCs w:val="26"/>
          <w:lang w:val="lv-LV"/>
        </w:rPr>
        <w:t>Sagaidāmie rezultāti un to rādītāji:</w:t>
      </w:r>
      <w:r w:rsidRPr="007F11C7">
        <w:rPr>
          <w:lang w:val="es-ES"/>
        </w:rPr>
        <w:br/>
      </w:r>
      <w:r w:rsidRPr="000E34F3">
        <w:rPr>
          <w:rFonts w:ascii="Times New Roman" w:hAnsi="Times New Roman" w:cs="Times New Roman"/>
          <w:sz w:val="26"/>
          <w:szCs w:val="26"/>
          <w:lang w:val="lv-LV"/>
        </w:rPr>
        <w:t>______________________________________________</w:t>
      </w:r>
      <w:r>
        <w:rPr>
          <w:rFonts w:ascii="Times New Roman" w:hAnsi="Times New Roman" w:cs="Times New Roman"/>
          <w:sz w:val="26"/>
          <w:szCs w:val="26"/>
          <w:lang w:val="lv-LV"/>
        </w:rPr>
        <w:t>_____________________________</w:t>
      </w:r>
    </w:p>
    <w:p w14:paraId="63406793" w14:textId="77777777" w:rsidR="00796368" w:rsidRDefault="00796368" w:rsidP="00796368">
      <w:pPr>
        <w:rPr>
          <w:rFonts w:ascii="Times New Roman" w:hAnsi="Times New Roman" w:cs="Times New Roman"/>
          <w:sz w:val="26"/>
          <w:szCs w:val="26"/>
          <w:lang w:val="lv-LV"/>
        </w:rPr>
      </w:pPr>
      <w:r w:rsidRPr="000E34F3">
        <w:rPr>
          <w:rFonts w:ascii="Times New Roman" w:hAnsi="Times New Roman" w:cs="Times New Roman"/>
          <w:sz w:val="26"/>
          <w:szCs w:val="26"/>
          <w:lang w:val="lv-LV"/>
        </w:rPr>
        <w:lastRenderedPageBreak/>
        <w:t>Rezultātu izvērtēšanas kārtība un instrumenti:</w:t>
      </w:r>
      <w:r w:rsidRPr="007F11C7">
        <w:rPr>
          <w:lang w:val="es-ES"/>
        </w:rPr>
        <w:br/>
      </w:r>
      <w:r w:rsidRPr="000E34F3">
        <w:rPr>
          <w:rFonts w:ascii="Times New Roman" w:hAnsi="Times New Roman" w:cs="Times New Roman"/>
          <w:sz w:val="26"/>
          <w:szCs w:val="26"/>
          <w:lang w:val="lv-LV"/>
        </w:rPr>
        <w:t>______________________________________________</w:t>
      </w:r>
      <w:r>
        <w:rPr>
          <w:rFonts w:ascii="Times New Roman" w:hAnsi="Times New Roman" w:cs="Times New Roman"/>
          <w:sz w:val="26"/>
          <w:szCs w:val="26"/>
          <w:lang w:val="lv-LV"/>
        </w:rPr>
        <w:t>______________________________</w:t>
      </w:r>
    </w:p>
    <w:p w14:paraId="38D25B87" w14:textId="77777777" w:rsidR="00796368" w:rsidRDefault="00796368" w:rsidP="00796368">
      <w:pPr>
        <w:rPr>
          <w:rFonts w:ascii="Times New Roman" w:hAnsi="Times New Roman" w:cs="Times New Roman"/>
          <w:sz w:val="20"/>
          <w:szCs w:val="20"/>
          <w:lang w:val="lv-LV"/>
        </w:rPr>
      </w:pPr>
      <w:r w:rsidRPr="004538E7">
        <w:rPr>
          <w:rFonts w:ascii="Times New Roman" w:hAnsi="Times New Roman" w:cs="Times New Roman"/>
          <w:sz w:val="26"/>
          <w:szCs w:val="26"/>
          <w:lang w:val="lv-LV"/>
        </w:rPr>
        <w:t>*</w:t>
      </w:r>
      <w:r w:rsidRPr="004538E7">
        <w:rPr>
          <w:lang w:val="lv-LV"/>
        </w:rPr>
        <w:t xml:space="preserve"> </w:t>
      </w:r>
      <w:r w:rsidRPr="004538E7">
        <w:rPr>
          <w:rFonts w:ascii="Times New Roman" w:hAnsi="Times New Roman" w:cs="Times New Roman"/>
          <w:sz w:val="20"/>
          <w:szCs w:val="20"/>
          <w:lang w:val="lv-LV"/>
        </w:rPr>
        <w:t xml:space="preserve">Sadaļā </w:t>
      </w:r>
      <w:r>
        <w:rPr>
          <w:rFonts w:ascii="Times New Roman" w:hAnsi="Times New Roman" w:cs="Times New Roman"/>
          <w:sz w:val="20"/>
          <w:szCs w:val="20"/>
          <w:lang w:val="lv-LV"/>
        </w:rPr>
        <w:t>ietilpst darbības, kas veicina personas funkcionālo neatkarību ( ēšana, higiēna, ģērbšanās, u.c.).</w:t>
      </w:r>
    </w:p>
    <w:p w14:paraId="509C6914" w14:textId="77777777" w:rsidR="00796368" w:rsidRDefault="00796368" w:rsidP="634F6AC8">
      <w:pPr>
        <w:rPr>
          <w:rFonts w:ascii="Times New Roman" w:hAnsi="Times New Roman" w:cs="Times New Roman"/>
          <w:sz w:val="26"/>
          <w:szCs w:val="26"/>
          <w:lang w:val="lv-LV"/>
        </w:rPr>
      </w:pPr>
    </w:p>
    <w:p w14:paraId="6A686731" w14:textId="325A4A03" w:rsidR="00975AED" w:rsidRDefault="00796368" w:rsidP="00975AED">
      <w:pPr>
        <w:pStyle w:val="Virsraksts4"/>
        <w:rPr>
          <w:rFonts w:ascii="Times New Roman" w:hAnsi="Times New Roman" w:cs="Times New Roman"/>
          <w:sz w:val="26"/>
          <w:szCs w:val="26"/>
          <w:lang w:val="lv-LV"/>
        </w:rPr>
      </w:pPr>
      <w:r>
        <w:rPr>
          <w:rFonts w:ascii="Times New Roman" w:hAnsi="Times New Roman" w:cs="Times New Roman"/>
          <w:sz w:val="26"/>
          <w:szCs w:val="26"/>
          <w:lang w:val="lv-LV"/>
        </w:rPr>
        <w:t>D</w:t>
      </w:r>
      <w:r w:rsidR="00975AED" w:rsidRPr="000E34F3">
        <w:rPr>
          <w:rFonts w:ascii="Times New Roman" w:hAnsi="Times New Roman" w:cs="Times New Roman"/>
          <w:sz w:val="26"/>
          <w:szCs w:val="26"/>
          <w:lang w:val="lv-LV"/>
        </w:rPr>
        <w:t>) Bērnu sociālo prasmju attīstība</w:t>
      </w:r>
    </w:p>
    <w:p w14:paraId="4359B701" w14:textId="4300C418" w:rsidR="0050636F" w:rsidRDefault="0050636F" w:rsidP="0050636F">
      <w:pPr>
        <w:rPr>
          <w:rFonts w:ascii="Times New Roman" w:hAnsi="Times New Roman" w:cs="Times New Roman"/>
          <w:sz w:val="26"/>
          <w:szCs w:val="26"/>
          <w:lang w:val="lv-LV"/>
        </w:rPr>
      </w:pPr>
      <w:r w:rsidRPr="0050636F">
        <w:rPr>
          <w:rFonts w:ascii="Times New Roman" w:hAnsi="Times New Roman" w:cs="Times New Roman"/>
          <w:sz w:val="26"/>
          <w:szCs w:val="26"/>
          <w:lang w:val="lv-LV"/>
        </w:rPr>
        <w:t>Aktivitātes:</w:t>
      </w:r>
    </w:p>
    <w:p w14:paraId="5F08C88D" w14:textId="229926C8" w:rsidR="00811253" w:rsidRPr="0050636F" w:rsidRDefault="00811253" w:rsidP="0050636F">
      <w:pPr>
        <w:rPr>
          <w:rFonts w:ascii="Times New Roman" w:hAnsi="Times New Roman" w:cs="Times New Roman"/>
          <w:sz w:val="26"/>
          <w:szCs w:val="26"/>
          <w:lang w:val="lv-LV"/>
        </w:rPr>
      </w:pPr>
      <w:r>
        <w:rPr>
          <w:rFonts w:ascii="Times New Roman" w:hAnsi="Times New Roman" w:cs="Times New Roman"/>
          <w:sz w:val="26"/>
          <w:szCs w:val="26"/>
          <w:lang w:val="lv-LV"/>
        </w:rPr>
        <w:t>___________________________________________________________________________</w:t>
      </w:r>
    </w:p>
    <w:p w14:paraId="424BA16F" w14:textId="4B5B7B68" w:rsidR="00975AED" w:rsidRPr="0050636F" w:rsidRDefault="00975AED" w:rsidP="00975AED">
      <w:pPr>
        <w:rPr>
          <w:rFonts w:ascii="Times New Roman" w:hAnsi="Times New Roman" w:cs="Times New Roman"/>
          <w:sz w:val="26"/>
          <w:szCs w:val="26"/>
          <w:lang w:val="lv-LV"/>
        </w:rPr>
      </w:pPr>
      <w:r w:rsidRPr="0050636F">
        <w:rPr>
          <w:rFonts w:ascii="Times New Roman" w:hAnsi="Times New Roman" w:cs="Times New Roman"/>
          <w:sz w:val="26"/>
          <w:szCs w:val="26"/>
          <w:lang w:val="lv-LV"/>
        </w:rPr>
        <w:t>Izmantotās pieejas un metodes:</w:t>
      </w:r>
      <w:r w:rsidRPr="0050636F">
        <w:rPr>
          <w:rFonts w:ascii="Times New Roman" w:hAnsi="Times New Roman" w:cs="Times New Roman"/>
          <w:sz w:val="26"/>
          <w:szCs w:val="26"/>
          <w:lang w:val="lv-LV"/>
        </w:rPr>
        <w:br/>
        <w:t>______________________________________________</w:t>
      </w:r>
      <w:r w:rsidR="000C167D" w:rsidRPr="0050636F">
        <w:rPr>
          <w:rFonts w:ascii="Times New Roman" w:hAnsi="Times New Roman" w:cs="Times New Roman"/>
          <w:sz w:val="26"/>
          <w:szCs w:val="26"/>
          <w:lang w:val="lv-LV"/>
        </w:rPr>
        <w:t>_____________________________</w:t>
      </w:r>
    </w:p>
    <w:p w14:paraId="349ABE93" w14:textId="2AB3775A" w:rsidR="00615770" w:rsidRPr="0050636F" w:rsidRDefault="00975AED" w:rsidP="00975AED">
      <w:pPr>
        <w:rPr>
          <w:rFonts w:ascii="Times New Roman" w:hAnsi="Times New Roman" w:cs="Times New Roman"/>
          <w:sz w:val="26"/>
          <w:szCs w:val="26"/>
          <w:lang w:val="lv-LV"/>
        </w:rPr>
      </w:pPr>
      <w:r w:rsidRPr="0050636F">
        <w:rPr>
          <w:rFonts w:ascii="Times New Roman" w:hAnsi="Times New Roman" w:cs="Times New Roman"/>
          <w:sz w:val="26"/>
          <w:szCs w:val="26"/>
          <w:lang w:val="lv-LV"/>
        </w:rPr>
        <w:t>Sagaidāmie rezultāti un to rādītāji:</w:t>
      </w:r>
      <w:r w:rsidRPr="0050636F">
        <w:rPr>
          <w:rFonts w:ascii="Times New Roman" w:hAnsi="Times New Roman" w:cs="Times New Roman"/>
          <w:sz w:val="26"/>
          <w:szCs w:val="26"/>
          <w:lang w:val="es-ES"/>
        </w:rPr>
        <w:br/>
      </w:r>
      <w:r w:rsidRPr="0050636F">
        <w:rPr>
          <w:rFonts w:ascii="Times New Roman" w:hAnsi="Times New Roman" w:cs="Times New Roman"/>
          <w:sz w:val="26"/>
          <w:szCs w:val="26"/>
          <w:lang w:val="lv-LV"/>
        </w:rPr>
        <w:t>______________________________________________</w:t>
      </w:r>
      <w:r w:rsidR="000C167D" w:rsidRPr="0050636F">
        <w:rPr>
          <w:rFonts w:ascii="Times New Roman" w:hAnsi="Times New Roman" w:cs="Times New Roman"/>
          <w:sz w:val="26"/>
          <w:szCs w:val="26"/>
          <w:lang w:val="lv-LV"/>
        </w:rPr>
        <w:t>____________________________</w:t>
      </w:r>
    </w:p>
    <w:p w14:paraId="498F19D6" w14:textId="62ACCF59" w:rsidR="00DA3335" w:rsidRDefault="00975AED" w:rsidP="634F6AC8">
      <w:pPr>
        <w:rPr>
          <w:rFonts w:ascii="Times New Roman" w:hAnsi="Times New Roman" w:cs="Times New Roman"/>
          <w:sz w:val="26"/>
          <w:szCs w:val="26"/>
          <w:lang w:val="lv-LV"/>
        </w:rPr>
      </w:pPr>
      <w:r w:rsidRPr="0050636F">
        <w:rPr>
          <w:rFonts w:ascii="Times New Roman" w:hAnsi="Times New Roman" w:cs="Times New Roman"/>
          <w:sz w:val="26"/>
          <w:szCs w:val="26"/>
          <w:lang w:val="lv-LV"/>
        </w:rPr>
        <w:t>Rezultātu izvērtēšanas kārtība un instrumenti:</w:t>
      </w:r>
      <w:r w:rsidRPr="0050636F">
        <w:rPr>
          <w:rFonts w:ascii="Times New Roman" w:hAnsi="Times New Roman" w:cs="Times New Roman"/>
          <w:sz w:val="26"/>
          <w:szCs w:val="26"/>
          <w:lang w:val="lv-LV"/>
        </w:rPr>
        <w:br/>
        <w:t>______________________________________________</w:t>
      </w:r>
      <w:r w:rsidR="000C167D" w:rsidRPr="0050636F">
        <w:rPr>
          <w:rFonts w:ascii="Times New Roman" w:hAnsi="Times New Roman" w:cs="Times New Roman"/>
          <w:sz w:val="26"/>
          <w:szCs w:val="26"/>
          <w:lang w:val="lv-LV"/>
        </w:rPr>
        <w:t>____________________________</w:t>
      </w:r>
    </w:p>
    <w:p w14:paraId="56973C63" w14:textId="77777777" w:rsidR="006425B2" w:rsidRDefault="006425B2" w:rsidP="634F6AC8">
      <w:pPr>
        <w:rPr>
          <w:rFonts w:ascii="Times New Roman" w:hAnsi="Times New Roman" w:cs="Times New Roman"/>
          <w:sz w:val="26"/>
          <w:szCs w:val="26"/>
          <w:lang w:val="lv-LV"/>
        </w:rPr>
      </w:pPr>
    </w:p>
    <w:p w14:paraId="6ADE9E25" w14:textId="680E0471" w:rsidR="00975AED" w:rsidRPr="007F11C7" w:rsidRDefault="00796368" w:rsidP="00975AED">
      <w:pPr>
        <w:pStyle w:val="Virsraksts4"/>
        <w:rPr>
          <w:rFonts w:ascii="Times New Roman" w:hAnsi="Times New Roman" w:cs="Times New Roman"/>
          <w:sz w:val="26"/>
          <w:szCs w:val="26"/>
          <w:lang w:val="lv-LV"/>
        </w:rPr>
      </w:pPr>
      <w:r>
        <w:rPr>
          <w:rFonts w:ascii="Times New Roman" w:hAnsi="Times New Roman" w:cs="Times New Roman"/>
          <w:sz w:val="26"/>
          <w:szCs w:val="26"/>
          <w:lang w:val="lv-LV"/>
        </w:rPr>
        <w:t>E</w:t>
      </w:r>
      <w:r w:rsidR="00975AED" w:rsidRPr="45B7AB34">
        <w:rPr>
          <w:rFonts w:ascii="Times New Roman" w:hAnsi="Times New Roman" w:cs="Times New Roman"/>
          <w:sz w:val="26"/>
          <w:szCs w:val="26"/>
          <w:lang w:val="lv-LV"/>
        </w:rPr>
        <w:t xml:space="preserve">) </w:t>
      </w:r>
      <w:bookmarkStart w:id="0" w:name="_Hlk222924781"/>
      <w:r w:rsidR="00975AED" w:rsidRPr="45B7AB34">
        <w:rPr>
          <w:rFonts w:ascii="Times New Roman" w:hAnsi="Times New Roman" w:cs="Times New Roman"/>
          <w:sz w:val="26"/>
          <w:szCs w:val="26"/>
          <w:lang w:val="lv-LV"/>
        </w:rPr>
        <w:t>Saturīga brīvā laika pavadīšana</w:t>
      </w:r>
      <w:bookmarkEnd w:id="0"/>
      <w:r w:rsidR="00DA3335">
        <w:rPr>
          <w:rFonts w:ascii="Times New Roman" w:hAnsi="Times New Roman" w:cs="Times New Roman"/>
          <w:sz w:val="26"/>
          <w:szCs w:val="26"/>
          <w:lang w:val="lv-LV"/>
        </w:rPr>
        <w:t>*</w:t>
      </w:r>
      <w:r w:rsidR="0075001A">
        <w:rPr>
          <w:rFonts w:ascii="Times New Roman" w:hAnsi="Times New Roman" w:cs="Times New Roman"/>
          <w:sz w:val="26"/>
          <w:szCs w:val="26"/>
          <w:lang w:val="lv-LV"/>
        </w:rPr>
        <w:t xml:space="preserve"> </w:t>
      </w:r>
    </w:p>
    <w:p w14:paraId="39184E82" w14:textId="23111F56" w:rsidR="00162525" w:rsidRDefault="00162525" w:rsidP="00975AED">
      <w:pPr>
        <w:rPr>
          <w:rFonts w:ascii="Times New Roman" w:hAnsi="Times New Roman" w:cs="Times New Roman"/>
          <w:sz w:val="26"/>
          <w:szCs w:val="26"/>
          <w:lang w:val="lv-LV"/>
        </w:rPr>
      </w:pPr>
      <w:r w:rsidRPr="000E34F3">
        <w:rPr>
          <w:rFonts w:ascii="Times New Roman" w:hAnsi="Times New Roman" w:cs="Times New Roman"/>
          <w:sz w:val="26"/>
          <w:szCs w:val="26"/>
          <w:lang w:val="lv-LV"/>
        </w:rPr>
        <w:t>____________________________________________</w:t>
      </w:r>
      <w:r>
        <w:rPr>
          <w:rFonts w:ascii="Times New Roman" w:hAnsi="Times New Roman" w:cs="Times New Roman"/>
          <w:sz w:val="26"/>
          <w:szCs w:val="26"/>
          <w:lang w:val="lv-LV"/>
        </w:rPr>
        <w:t>________________</w:t>
      </w:r>
      <w:r w:rsidR="000C167D">
        <w:rPr>
          <w:rFonts w:ascii="Times New Roman" w:hAnsi="Times New Roman" w:cs="Times New Roman"/>
          <w:sz w:val="26"/>
          <w:szCs w:val="26"/>
          <w:lang w:val="lv-LV"/>
        </w:rPr>
        <w:t>__________________________________________________________________________________________</w:t>
      </w:r>
    </w:p>
    <w:p w14:paraId="2D3E12F9" w14:textId="049C234B" w:rsidR="000C167D" w:rsidRDefault="00DA3335" w:rsidP="00975AED">
      <w:pPr>
        <w:rPr>
          <w:rFonts w:ascii="Times New Roman" w:hAnsi="Times New Roman" w:cs="Times New Roman"/>
          <w:sz w:val="20"/>
          <w:szCs w:val="20"/>
          <w:lang w:val="lv-LV"/>
        </w:rPr>
      </w:pPr>
      <w:r w:rsidRPr="00811253">
        <w:rPr>
          <w:rFonts w:ascii="Times New Roman" w:hAnsi="Times New Roman" w:cs="Times New Roman"/>
          <w:sz w:val="26"/>
          <w:szCs w:val="26"/>
          <w:lang w:val="lv-LV"/>
        </w:rPr>
        <w:t>*</w:t>
      </w:r>
      <w:r w:rsidRPr="00811253">
        <w:rPr>
          <w:lang w:val="lv-LV"/>
        </w:rPr>
        <w:t xml:space="preserve"> </w:t>
      </w:r>
      <w:r w:rsidR="00811253" w:rsidRPr="00811253">
        <w:rPr>
          <w:rFonts w:ascii="Times New Roman" w:hAnsi="Times New Roman" w:cs="Times New Roman"/>
          <w:sz w:val="20"/>
          <w:szCs w:val="20"/>
          <w:lang w:val="lv-LV"/>
        </w:rPr>
        <w:t>Piemēram, radošas nodarbības individuāli/grupā, spēļu nodarbības, k</w:t>
      </w:r>
      <w:r w:rsidRPr="00811253">
        <w:rPr>
          <w:rFonts w:ascii="Times New Roman" w:hAnsi="Times New Roman" w:cs="Times New Roman"/>
          <w:sz w:val="20"/>
          <w:szCs w:val="20"/>
          <w:lang w:val="lv-LV"/>
        </w:rPr>
        <w:t>opīgas aktivitātes sabiedrībā, dalība pasākumos</w:t>
      </w:r>
      <w:r w:rsidR="00811253" w:rsidRPr="00811253">
        <w:rPr>
          <w:rFonts w:ascii="Times New Roman" w:hAnsi="Times New Roman" w:cs="Times New Roman"/>
          <w:sz w:val="20"/>
          <w:szCs w:val="20"/>
          <w:lang w:val="lv-LV"/>
        </w:rPr>
        <w:t>,</w:t>
      </w:r>
      <w:r w:rsidRPr="00811253">
        <w:rPr>
          <w:rFonts w:ascii="Times New Roman" w:hAnsi="Times New Roman" w:cs="Times New Roman"/>
          <w:sz w:val="20"/>
          <w:szCs w:val="20"/>
          <w:lang w:val="lv-LV"/>
        </w:rPr>
        <w:t xml:space="preserve"> izbraukuma nodarbības, kas veicina bērna iesaisti un socializēšanos</w:t>
      </w:r>
      <w:r w:rsidR="00811253" w:rsidRPr="00811253">
        <w:rPr>
          <w:rFonts w:ascii="Times New Roman" w:hAnsi="Times New Roman" w:cs="Times New Roman"/>
          <w:sz w:val="20"/>
          <w:szCs w:val="20"/>
          <w:lang w:val="lv-LV"/>
        </w:rPr>
        <w:t xml:space="preserve">, </w:t>
      </w:r>
      <w:r w:rsidRPr="00811253">
        <w:rPr>
          <w:rFonts w:ascii="Times New Roman" w:hAnsi="Times New Roman" w:cs="Times New Roman"/>
          <w:sz w:val="20"/>
          <w:szCs w:val="20"/>
          <w:lang w:val="lv-LV"/>
        </w:rPr>
        <w:t>palīdz attīstīt prasmes, veicina emocionālo labsajūtu un radošumu.</w:t>
      </w:r>
    </w:p>
    <w:p w14:paraId="03A9A1B5" w14:textId="77777777" w:rsidR="00811253" w:rsidRPr="00811253" w:rsidRDefault="00811253" w:rsidP="00975AED">
      <w:pPr>
        <w:rPr>
          <w:rFonts w:ascii="Times New Roman" w:hAnsi="Times New Roman" w:cs="Times New Roman"/>
          <w:sz w:val="20"/>
          <w:szCs w:val="20"/>
          <w:lang w:val="lv-LV"/>
        </w:rPr>
      </w:pPr>
    </w:p>
    <w:p w14:paraId="39A1232B" w14:textId="69D67ACA" w:rsidR="00975AED" w:rsidRPr="008D32FB" w:rsidRDefault="00796368" w:rsidP="00975AED">
      <w:pPr>
        <w:pStyle w:val="Virsraksts4"/>
        <w:rPr>
          <w:rFonts w:ascii="Times New Roman" w:hAnsi="Times New Roman" w:cs="Times New Roman"/>
          <w:sz w:val="26"/>
          <w:szCs w:val="26"/>
          <w:lang w:val="lv-LV"/>
        </w:rPr>
      </w:pPr>
      <w:r>
        <w:rPr>
          <w:rFonts w:ascii="Times New Roman" w:hAnsi="Times New Roman" w:cs="Times New Roman"/>
          <w:sz w:val="26"/>
          <w:szCs w:val="26"/>
          <w:lang w:val="lv-LV"/>
        </w:rPr>
        <w:t>F</w:t>
      </w:r>
      <w:r w:rsidR="00975AED" w:rsidRPr="008D32FB">
        <w:rPr>
          <w:rFonts w:ascii="Times New Roman" w:hAnsi="Times New Roman" w:cs="Times New Roman"/>
          <w:sz w:val="26"/>
          <w:szCs w:val="26"/>
          <w:lang w:val="lv-LV"/>
        </w:rPr>
        <w:t xml:space="preserve">) </w:t>
      </w:r>
      <w:r w:rsidR="008D32FB" w:rsidRPr="008D32FB">
        <w:rPr>
          <w:rFonts w:ascii="Times New Roman" w:hAnsi="Times New Roman" w:cs="Times New Roman"/>
          <w:sz w:val="26"/>
          <w:szCs w:val="26"/>
          <w:lang w:val="lv-LV"/>
        </w:rPr>
        <w:t xml:space="preserve">Atbalsts </w:t>
      </w:r>
      <w:r w:rsidR="00975AED" w:rsidRPr="008D32FB">
        <w:rPr>
          <w:rFonts w:ascii="Times New Roman" w:hAnsi="Times New Roman" w:cs="Times New Roman"/>
          <w:sz w:val="26"/>
          <w:szCs w:val="26"/>
          <w:lang w:val="lv-LV"/>
        </w:rPr>
        <w:t>ģimenei</w:t>
      </w:r>
      <w:r w:rsidR="002730E4">
        <w:rPr>
          <w:rFonts w:ascii="Times New Roman" w:hAnsi="Times New Roman" w:cs="Times New Roman"/>
          <w:sz w:val="26"/>
          <w:szCs w:val="26"/>
          <w:lang w:val="lv-LV"/>
        </w:rPr>
        <w:t xml:space="preserve"> (sociālā darba un konsultatīvs atbalsts)</w:t>
      </w:r>
      <w:r w:rsidR="1474A979" w:rsidRPr="008D32FB">
        <w:rPr>
          <w:rFonts w:ascii="Times New Roman" w:hAnsi="Times New Roman" w:cs="Times New Roman"/>
          <w:sz w:val="26"/>
          <w:szCs w:val="26"/>
          <w:lang w:val="lv-LV"/>
        </w:rPr>
        <w:t xml:space="preserve">, tajā skaitā </w:t>
      </w:r>
      <w:r w:rsidR="006D676A" w:rsidRPr="00D05223">
        <w:rPr>
          <w:rFonts w:ascii="Times New Roman" w:hAnsi="Times New Roman" w:cs="Times New Roman"/>
          <w:sz w:val="26"/>
          <w:szCs w:val="26"/>
          <w:lang w:val="lv-LV"/>
        </w:rPr>
        <w:t>a</w:t>
      </w:r>
      <w:r w:rsidR="006F387D" w:rsidRPr="00D05223">
        <w:rPr>
          <w:rFonts w:ascii="Times New Roman" w:hAnsi="Times New Roman" w:cs="Times New Roman"/>
          <w:sz w:val="26"/>
          <w:szCs w:val="26"/>
          <w:lang w:val="lv-LV"/>
        </w:rPr>
        <w:t>t</w:t>
      </w:r>
      <w:r w:rsidR="00543D63" w:rsidRPr="00D05223">
        <w:rPr>
          <w:rFonts w:ascii="Times New Roman" w:hAnsi="Times New Roman" w:cs="Times New Roman"/>
          <w:sz w:val="26"/>
          <w:szCs w:val="26"/>
          <w:lang w:val="lv-LV"/>
        </w:rPr>
        <w:t>balsta person</w:t>
      </w:r>
      <w:r w:rsidR="006D676A" w:rsidRPr="00D05223">
        <w:rPr>
          <w:rFonts w:ascii="Times New Roman" w:hAnsi="Times New Roman" w:cs="Times New Roman"/>
          <w:sz w:val="26"/>
          <w:szCs w:val="26"/>
          <w:lang w:val="lv-LV"/>
        </w:rPr>
        <w:t>ām</w:t>
      </w:r>
      <w:r w:rsidR="00450EFD" w:rsidRPr="00D05223">
        <w:rPr>
          <w:rFonts w:ascii="Times New Roman" w:hAnsi="Times New Roman" w:cs="Times New Roman"/>
          <w:sz w:val="26"/>
          <w:szCs w:val="26"/>
          <w:lang w:val="lv-LV"/>
        </w:rPr>
        <w:t>, ģimenes locekļiem (brāļi, māsas u.c.)</w:t>
      </w:r>
      <w:r w:rsidR="00D05223">
        <w:rPr>
          <w:rFonts w:ascii="Times New Roman" w:hAnsi="Times New Roman" w:cs="Times New Roman"/>
          <w:sz w:val="26"/>
          <w:szCs w:val="26"/>
          <w:lang w:val="lv-LV"/>
        </w:rPr>
        <w:t>*</w:t>
      </w:r>
      <w:r w:rsidR="00450EFD" w:rsidRPr="00D05223">
        <w:rPr>
          <w:rFonts w:ascii="Times New Roman" w:hAnsi="Times New Roman" w:cs="Times New Roman"/>
          <w:sz w:val="26"/>
          <w:szCs w:val="26"/>
          <w:lang w:val="lv-LV"/>
        </w:rPr>
        <w:t xml:space="preserve"> </w:t>
      </w:r>
    </w:p>
    <w:p w14:paraId="1E44A997" w14:textId="3B33FD80" w:rsidR="00811253" w:rsidRDefault="00811253" w:rsidP="0FC0D8BB">
      <w:pPr>
        <w:rPr>
          <w:rFonts w:ascii="Times New Roman" w:hAnsi="Times New Roman" w:cs="Times New Roman"/>
          <w:sz w:val="26"/>
          <w:szCs w:val="26"/>
          <w:lang w:val="lv-LV"/>
        </w:rPr>
      </w:pPr>
      <w:r>
        <w:rPr>
          <w:rFonts w:ascii="Times New Roman" w:hAnsi="Times New Roman" w:cs="Times New Roman"/>
          <w:sz w:val="26"/>
          <w:szCs w:val="26"/>
          <w:lang w:val="lv-LV"/>
        </w:rPr>
        <w:t>Aktivitātes:</w:t>
      </w:r>
    </w:p>
    <w:p w14:paraId="566DB4F3" w14:textId="13CE3EA1" w:rsidR="00811253" w:rsidRDefault="00811253" w:rsidP="0FC0D8BB">
      <w:pPr>
        <w:rPr>
          <w:rFonts w:ascii="Times New Roman" w:hAnsi="Times New Roman" w:cs="Times New Roman"/>
          <w:sz w:val="26"/>
          <w:szCs w:val="26"/>
          <w:lang w:val="lv-LV"/>
        </w:rPr>
      </w:pPr>
      <w:r>
        <w:rPr>
          <w:rFonts w:ascii="Times New Roman" w:hAnsi="Times New Roman" w:cs="Times New Roman"/>
          <w:sz w:val="26"/>
          <w:szCs w:val="26"/>
          <w:lang w:val="lv-LV"/>
        </w:rPr>
        <w:t>____________________________________________________________________________</w:t>
      </w:r>
    </w:p>
    <w:p w14:paraId="542BB597" w14:textId="1DAD5939" w:rsidR="4F4C2070" w:rsidRDefault="25662DB3" w:rsidP="0FC0D8BB">
      <w:pPr>
        <w:rPr>
          <w:rFonts w:ascii="Times New Roman" w:hAnsi="Times New Roman" w:cs="Times New Roman"/>
          <w:sz w:val="26"/>
          <w:szCs w:val="26"/>
          <w:lang w:val="lv-LV"/>
        </w:rPr>
      </w:pPr>
      <w:r w:rsidRPr="0FC0D8BB">
        <w:rPr>
          <w:rFonts w:ascii="Times New Roman" w:hAnsi="Times New Roman" w:cs="Times New Roman"/>
          <w:sz w:val="26"/>
          <w:szCs w:val="26"/>
          <w:lang w:val="lv-LV"/>
        </w:rPr>
        <w:t>Izmantotās pieejas un metodes:</w:t>
      </w:r>
      <w:r w:rsidR="00975AED" w:rsidRPr="007F11C7">
        <w:rPr>
          <w:lang w:val="es-ES"/>
        </w:rPr>
        <w:br/>
      </w:r>
      <w:r w:rsidRPr="0FC0D8BB">
        <w:rPr>
          <w:rFonts w:ascii="Times New Roman" w:hAnsi="Times New Roman" w:cs="Times New Roman"/>
          <w:sz w:val="26"/>
          <w:szCs w:val="26"/>
          <w:lang w:val="lv-LV"/>
        </w:rPr>
        <w:t>______________________________________________</w:t>
      </w:r>
      <w:r w:rsidR="000C167D">
        <w:rPr>
          <w:rFonts w:ascii="Times New Roman" w:hAnsi="Times New Roman" w:cs="Times New Roman"/>
          <w:sz w:val="26"/>
          <w:szCs w:val="26"/>
          <w:lang w:val="lv-LV"/>
        </w:rPr>
        <w:t>______________________________</w:t>
      </w:r>
    </w:p>
    <w:p w14:paraId="60F528D9" w14:textId="258571B4" w:rsidR="00975AED" w:rsidRPr="000E34F3" w:rsidRDefault="00975AED" w:rsidP="00975AED">
      <w:pPr>
        <w:rPr>
          <w:rFonts w:ascii="Times New Roman" w:hAnsi="Times New Roman" w:cs="Times New Roman"/>
          <w:sz w:val="26"/>
          <w:szCs w:val="26"/>
          <w:lang w:val="lv-LV"/>
        </w:rPr>
      </w:pPr>
      <w:r w:rsidRPr="000E34F3">
        <w:rPr>
          <w:rFonts w:ascii="Times New Roman" w:hAnsi="Times New Roman" w:cs="Times New Roman"/>
          <w:sz w:val="26"/>
          <w:szCs w:val="26"/>
          <w:lang w:val="lv-LV"/>
        </w:rPr>
        <w:t>Sagaidāmie rezultāti un to rādītāji:</w:t>
      </w:r>
      <w:r w:rsidRPr="007F11C7">
        <w:rPr>
          <w:lang w:val="es-ES"/>
        </w:rPr>
        <w:br/>
      </w:r>
      <w:r w:rsidRPr="000E34F3">
        <w:rPr>
          <w:rFonts w:ascii="Times New Roman" w:hAnsi="Times New Roman" w:cs="Times New Roman"/>
          <w:sz w:val="26"/>
          <w:szCs w:val="26"/>
          <w:lang w:val="lv-LV"/>
        </w:rPr>
        <w:t>______________________________________________</w:t>
      </w:r>
      <w:r w:rsidR="000C167D">
        <w:rPr>
          <w:rFonts w:ascii="Times New Roman" w:hAnsi="Times New Roman" w:cs="Times New Roman"/>
          <w:sz w:val="26"/>
          <w:szCs w:val="26"/>
          <w:lang w:val="lv-LV"/>
        </w:rPr>
        <w:t>_____________________________</w:t>
      </w:r>
    </w:p>
    <w:p w14:paraId="22B2143E" w14:textId="2A2F819A" w:rsidR="4F4C2070" w:rsidRDefault="00975AED" w:rsidP="6FB71F16">
      <w:pPr>
        <w:rPr>
          <w:rFonts w:ascii="Times New Roman" w:hAnsi="Times New Roman" w:cs="Times New Roman"/>
          <w:sz w:val="26"/>
          <w:szCs w:val="26"/>
          <w:lang w:val="lv-LV"/>
        </w:rPr>
      </w:pPr>
      <w:r w:rsidRPr="000E34F3">
        <w:rPr>
          <w:rFonts w:ascii="Times New Roman" w:hAnsi="Times New Roman" w:cs="Times New Roman"/>
          <w:sz w:val="26"/>
          <w:szCs w:val="26"/>
          <w:lang w:val="lv-LV"/>
        </w:rPr>
        <w:lastRenderedPageBreak/>
        <w:t>Rezultātu izvērtēšanas kārtība un instrumenti:</w:t>
      </w:r>
      <w:r w:rsidRPr="007F11C7">
        <w:rPr>
          <w:lang w:val="es-ES"/>
        </w:rPr>
        <w:br/>
      </w:r>
      <w:r w:rsidRPr="000E34F3">
        <w:rPr>
          <w:rFonts w:ascii="Times New Roman" w:hAnsi="Times New Roman" w:cs="Times New Roman"/>
          <w:sz w:val="26"/>
          <w:szCs w:val="26"/>
          <w:lang w:val="lv-LV"/>
        </w:rPr>
        <w:t>______________________________________________</w:t>
      </w:r>
      <w:r w:rsidR="000C167D">
        <w:rPr>
          <w:rFonts w:ascii="Times New Roman" w:hAnsi="Times New Roman" w:cs="Times New Roman"/>
          <w:sz w:val="26"/>
          <w:szCs w:val="26"/>
          <w:lang w:val="lv-LV"/>
        </w:rPr>
        <w:t>______________________________</w:t>
      </w:r>
    </w:p>
    <w:p w14:paraId="11CDE481" w14:textId="055C888C" w:rsidR="00D05223" w:rsidRDefault="00D05223" w:rsidP="6FB71F16">
      <w:pPr>
        <w:rPr>
          <w:rFonts w:ascii="Times New Roman" w:hAnsi="Times New Roman" w:cs="Times New Roman"/>
          <w:sz w:val="20"/>
          <w:szCs w:val="20"/>
          <w:lang w:val="lv-LV"/>
        </w:rPr>
      </w:pPr>
      <w:r w:rsidRPr="004538E7">
        <w:rPr>
          <w:rFonts w:ascii="Times New Roman" w:hAnsi="Times New Roman" w:cs="Times New Roman"/>
          <w:sz w:val="26"/>
          <w:szCs w:val="26"/>
          <w:lang w:val="lv-LV"/>
        </w:rPr>
        <w:t>*</w:t>
      </w:r>
      <w:r w:rsidRPr="004538E7">
        <w:rPr>
          <w:lang w:val="lv-LV"/>
        </w:rPr>
        <w:t xml:space="preserve"> </w:t>
      </w:r>
      <w:r w:rsidR="00811253" w:rsidRPr="004538E7">
        <w:rPr>
          <w:rFonts w:ascii="Times New Roman" w:hAnsi="Times New Roman" w:cs="Times New Roman"/>
          <w:sz w:val="20"/>
          <w:szCs w:val="20"/>
          <w:lang w:val="lv-LV"/>
        </w:rPr>
        <w:t>S</w:t>
      </w:r>
      <w:r w:rsidRPr="004538E7">
        <w:rPr>
          <w:rFonts w:ascii="Times New Roman" w:hAnsi="Times New Roman" w:cs="Times New Roman"/>
          <w:sz w:val="20"/>
          <w:szCs w:val="20"/>
          <w:lang w:val="lv-LV"/>
        </w:rPr>
        <w:t xml:space="preserve">adaļā var ietilpt sociālais darbs, </w:t>
      </w:r>
      <w:r w:rsidR="002730E4" w:rsidRPr="004538E7">
        <w:rPr>
          <w:rFonts w:ascii="Times New Roman" w:hAnsi="Times New Roman" w:cs="Times New Roman"/>
          <w:sz w:val="20"/>
          <w:szCs w:val="20"/>
          <w:lang w:val="lv-LV"/>
        </w:rPr>
        <w:t xml:space="preserve">speciālistu </w:t>
      </w:r>
      <w:r w:rsidRPr="004538E7">
        <w:rPr>
          <w:rFonts w:ascii="Times New Roman" w:hAnsi="Times New Roman" w:cs="Times New Roman"/>
          <w:sz w:val="20"/>
          <w:szCs w:val="20"/>
          <w:lang w:val="lv-LV"/>
        </w:rPr>
        <w:t>konsultācijas</w:t>
      </w:r>
      <w:r w:rsidR="002730E4" w:rsidRPr="004538E7">
        <w:rPr>
          <w:rFonts w:ascii="Times New Roman" w:hAnsi="Times New Roman" w:cs="Times New Roman"/>
          <w:sz w:val="20"/>
          <w:szCs w:val="20"/>
          <w:lang w:val="lv-LV"/>
        </w:rPr>
        <w:t>,</w:t>
      </w:r>
      <w:r w:rsidRPr="004538E7">
        <w:rPr>
          <w:rFonts w:ascii="Times New Roman" w:hAnsi="Times New Roman" w:cs="Times New Roman"/>
          <w:sz w:val="20"/>
          <w:szCs w:val="20"/>
          <w:lang w:val="lv-LV"/>
        </w:rPr>
        <w:t xml:space="preserve"> kas stiprina ģimenes resursus, veicina izpratni par bērna vajadzībām un sniedz emocionālu atbalstu ikdienas situācijās.</w:t>
      </w:r>
    </w:p>
    <w:p w14:paraId="2224B53E" w14:textId="77777777" w:rsidR="00D4711C" w:rsidRDefault="00D4711C" w:rsidP="6FB71F16">
      <w:pPr>
        <w:rPr>
          <w:rFonts w:ascii="Times New Roman" w:hAnsi="Times New Roman" w:cs="Times New Roman"/>
          <w:sz w:val="20"/>
          <w:szCs w:val="20"/>
          <w:lang w:val="lv-LV"/>
        </w:rPr>
      </w:pPr>
    </w:p>
    <w:p w14:paraId="60807F81" w14:textId="12987933" w:rsidR="00975AED" w:rsidRPr="007F11C7" w:rsidRDefault="00D4711C" w:rsidP="00975AED">
      <w:pPr>
        <w:pStyle w:val="Virsraksts4"/>
        <w:rPr>
          <w:rFonts w:ascii="Times New Roman" w:hAnsi="Times New Roman" w:cs="Times New Roman"/>
          <w:sz w:val="26"/>
          <w:szCs w:val="26"/>
          <w:lang w:val="lv-LV"/>
        </w:rPr>
      </w:pPr>
      <w:r>
        <w:rPr>
          <w:rFonts w:ascii="Times New Roman" w:hAnsi="Times New Roman" w:cs="Times New Roman"/>
          <w:sz w:val="26"/>
          <w:szCs w:val="26"/>
          <w:lang w:val="lv-LV"/>
        </w:rPr>
        <w:t>G</w:t>
      </w:r>
      <w:r w:rsidR="00975AED" w:rsidRPr="007F11C7">
        <w:rPr>
          <w:rFonts w:ascii="Times New Roman" w:hAnsi="Times New Roman" w:cs="Times New Roman"/>
          <w:sz w:val="26"/>
          <w:szCs w:val="26"/>
          <w:lang w:val="lv-LV"/>
        </w:rPr>
        <w:t>) Citi pasākumi</w:t>
      </w:r>
      <w:r w:rsidR="00D84AA0" w:rsidRPr="007F11C7">
        <w:rPr>
          <w:rFonts w:ascii="Times New Roman" w:hAnsi="Times New Roman" w:cs="Times New Roman"/>
          <w:sz w:val="26"/>
          <w:szCs w:val="26"/>
          <w:lang w:val="lv-LV"/>
        </w:rPr>
        <w:t xml:space="preserve">, </w:t>
      </w:r>
      <w:r w:rsidR="00DF0E44" w:rsidRPr="007F11C7">
        <w:rPr>
          <w:rFonts w:ascii="Times New Roman" w:hAnsi="Times New Roman" w:cs="Times New Roman"/>
          <w:sz w:val="26"/>
          <w:szCs w:val="26"/>
          <w:lang w:val="lv-LV"/>
        </w:rPr>
        <w:t>starpinstitucionālā sadarbība</w:t>
      </w:r>
      <w:r w:rsidR="00D84AA0" w:rsidRPr="007F11C7">
        <w:rPr>
          <w:rFonts w:ascii="Times New Roman" w:hAnsi="Times New Roman" w:cs="Times New Roman"/>
          <w:sz w:val="26"/>
          <w:szCs w:val="26"/>
          <w:lang w:val="lv-LV"/>
        </w:rPr>
        <w:t>, multidisciplinārā komanda</w:t>
      </w:r>
      <w:r w:rsidR="00DC4EB4" w:rsidRPr="007F11C7">
        <w:rPr>
          <w:rFonts w:ascii="Times New Roman" w:hAnsi="Times New Roman" w:cs="Times New Roman"/>
          <w:sz w:val="26"/>
          <w:szCs w:val="26"/>
          <w:lang w:val="lv-LV"/>
        </w:rPr>
        <w:t>, sadarbības partneri</w:t>
      </w:r>
      <w:r w:rsidR="00D84AA0" w:rsidRPr="007F11C7">
        <w:rPr>
          <w:rFonts w:ascii="Times New Roman" w:hAnsi="Times New Roman" w:cs="Times New Roman"/>
          <w:sz w:val="26"/>
          <w:szCs w:val="26"/>
          <w:lang w:val="lv-LV"/>
        </w:rPr>
        <w:t xml:space="preserve"> u.c.</w:t>
      </w:r>
      <w:r w:rsidR="00243410" w:rsidRPr="007F11C7">
        <w:rPr>
          <w:rFonts w:ascii="Times New Roman" w:hAnsi="Times New Roman" w:cs="Times New Roman"/>
          <w:sz w:val="26"/>
          <w:szCs w:val="26"/>
          <w:lang w:val="lv-LV"/>
        </w:rPr>
        <w:t xml:space="preserve"> (lūdzu aprakstiet kā tiek organizēti)</w:t>
      </w:r>
    </w:p>
    <w:p w14:paraId="54088C39" w14:textId="6B4730DB" w:rsidR="001A5A31" w:rsidRDefault="001A5A31" w:rsidP="001A5A31">
      <w:pPr>
        <w:rPr>
          <w:rFonts w:ascii="Times New Roman" w:hAnsi="Times New Roman" w:cs="Times New Roman"/>
          <w:sz w:val="26"/>
          <w:szCs w:val="26"/>
          <w:lang w:val="lv-LV"/>
        </w:rPr>
      </w:pPr>
      <w:r w:rsidRPr="4F4C2070">
        <w:rPr>
          <w:rFonts w:ascii="Times New Roman" w:hAnsi="Times New Roman" w:cs="Times New Roman"/>
          <w:sz w:val="26"/>
          <w:szCs w:val="26"/>
          <w:lang w:val="lv-LV"/>
        </w:rPr>
        <w:t>______________________________________________</w:t>
      </w:r>
      <w:r w:rsidR="00284537" w:rsidRPr="4F4C2070">
        <w:rPr>
          <w:rFonts w:ascii="Times New Roman" w:hAnsi="Times New Roman" w:cs="Times New Roman"/>
          <w:sz w:val="26"/>
          <w:szCs w:val="26"/>
          <w:lang w:val="lv-LV"/>
        </w:rPr>
        <w:t>________________</w:t>
      </w:r>
      <w:r w:rsidR="009B69DB">
        <w:rPr>
          <w:rFonts w:ascii="Times New Roman" w:hAnsi="Times New Roman" w:cs="Times New Roman"/>
          <w:sz w:val="26"/>
          <w:szCs w:val="26"/>
          <w:lang w:val="lv-LV"/>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B405D63" w14:textId="77777777" w:rsidR="00A42AF3" w:rsidRDefault="00A42AF3" w:rsidP="001A5A31">
      <w:pPr>
        <w:rPr>
          <w:rFonts w:ascii="Times New Roman" w:hAnsi="Times New Roman" w:cs="Times New Roman"/>
          <w:b/>
          <w:bCs/>
          <w:i/>
          <w:iCs/>
          <w:color w:val="4F81BD" w:themeColor="accent1"/>
          <w:sz w:val="26"/>
          <w:szCs w:val="26"/>
          <w:lang w:val="es-ES"/>
          <w14:textOutline w14:w="0" w14:cap="flat" w14:cmpd="sng" w14:algn="ctr">
            <w14:noFill/>
            <w14:prstDash w14:val="solid"/>
            <w14:round/>
          </w14:textOutline>
        </w:rPr>
      </w:pPr>
    </w:p>
    <w:p w14:paraId="701E95F3" w14:textId="0E9D9A0E" w:rsidR="00980D2B" w:rsidRPr="00106956" w:rsidRDefault="00D4711C" w:rsidP="001A5A31">
      <w:pPr>
        <w:rPr>
          <w:rFonts w:ascii="Times New Roman" w:hAnsi="Times New Roman" w:cs="Times New Roman"/>
          <w:b/>
          <w:bCs/>
          <w:i/>
          <w:iCs/>
          <w:color w:val="4F81BD" w:themeColor="accent1"/>
          <w:sz w:val="26"/>
          <w:szCs w:val="26"/>
          <w:lang w:val="es-ES"/>
          <w14:textOutline w14:w="0" w14:cap="flat" w14:cmpd="sng" w14:algn="ctr">
            <w14:noFill/>
            <w14:prstDash w14:val="solid"/>
            <w14:round/>
          </w14:textOutline>
        </w:rPr>
      </w:pPr>
      <w:r>
        <w:rPr>
          <w:rFonts w:ascii="Times New Roman" w:hAnsi="Times New Roman" w:cs="Times New Roman"/>
          <w:b/>
          <w:bCs/>
          <w:i/>
          <w:iCs/>
          <w:color w:val="4F81BD" w:themeColor="accent1"/>
          <w:sz w:val="26"/>
          <w:szCs w:val="26"/>
          <w:lang w:val="es-ES"/>
          <w14:textOutline w14:w="0" w14:cap="flat" w14:cmpd="sng" w14:algn="ctr">
            <w14:noFill/>
            <w14:prstDash w14:val="solid"/>
            <w14:round/>
          </w14:textOutline>
        </w:rPr>
        <w:t>H</w:t>
      </w:r>
      <w:r w:rsidR="00106956" w:rsidRPr="00106956">
        <w:rPr>
          <w:rFonts w:ascii="Times New Roman" w:hAnsi="Times New Roman" w:cs="Times New Roman"/>
          <w:b/>
          <w:bCs/>
          <w:i/>
          <w:iCs/>
          <w:color w:val="4F81BD" w:themeColor="accent1"/>
          <w:sz w:val="26"/>
          <w:szCs w:val="26"/>
          <w:lang w:val="es-ES"/>
          <w14:textOutline w14:w="0" w14:cap="flat" w14:cmpd="sng" w14:algn="ctr">
            <w14:noFill/>
            <w14:prstDash w14:val="solid"/>
            <w14:round/>
          </w14:textOutline>
        </w:rPr>
        <w:t xml:space="preserve">) Inovatīvie elementi (ja </w:t>
      </w:r>
      <w:r w:rsidR="00106956">
        <w:rPr>
          <w:rFonts w:ascii="Times New Roman" w:hAnsi="Times New Roman" w:cs="Times New Roman"/>
          <w:b/>
          <w:bCs/>
          <w:i/>
          <w:iCs/>
          <w:color w:val="4F81BD" w:themeColor="accent1"/>
          <w:sz w:val="26"/>
          <w:szCs w:val="26"/>
          <w:lang w:val="es-ES"/>
          <w14:textOutline w14:w="0" w14:cap="flat" w14:cmpd="sng" w14:algn="ctr">
            <w14:noFill/>
            <w14:prstDash w14:val="solid"/>
            <w14:round/>
          </w14:textOutline>
        </w:rPr>
        <w:t>piemērojami</w:t>
      </w:r>
      <w:r w:rsidR="00106956" w:rsidRPr="00106956">
        <w:rPr>
          <w:rFonts w:ascii="Times New Roman" w:hAnsi="Times New Roman" w:cs="Times New Roman"/>
          <w:b/>
          <w:bCs/>
          <w:i/>
          <w:iCs/>
          <w:color w:val="4F81BD" w:themeColor="accent1"/>
          <w:sz w:val="26"/>
          <w:szCs w:val="26"/>
          <w:lang w:val="es-ES"/>
          <w14:textOutline w14:w="0" w14:cap="flat" w14:cmpd="sng" w14:algn="ctr">
            <w14:noFill/>
            <w14:prstDash w14:val="solid"/>
            <w14:round/>
          </w14:textOutline>
        </w:rPr>
        <w:t>)</w:t>
      </w:r>
    </w:p>
    <w:p w14:paraId="5C799C40" w14:textId="510574FE" w:rsidR="00B86FFC" w:rsidRDefault="00106956" w:rsidP="00052659">
      <w:pPr>
        <w:rPr>
          <w:rFonts w:ascii="Times New Roman" w:hAnsi="Times New Roman" w:cs="Times New Roman"/>
          <w:sz w:val="26"/>
          <w:szCs w:val="26"/>
          <w:lang w:val="lv-LV"/>
        </w:rPr>
      </w:pPr>
      <w:r>
        <w:rPr>
          <w:rFonts w:ascii="Times New Roman" w:hAnsi="Times New Roman" w:cs="Times New Roman"/>
          <w:sz w:val="26"/>
          <w:szCs w:val="26"/>
          <w:lang w:val="lv-LV"/>
        </w:rPr>
        <w:t>____________________________________________________________________________</w:t>
      </w:r>
      <w:r w:rsidRPr="4F4C2070">
        <w:rPr>
          <w:rFonts w:ascii="Times New Roman" w:hAnsi="Times New Roman" w:cs="Times New Roman"/>
          <w:sz w:val="26"/>
          <w:szCs w:val="26"/>
          <w:lang w:val="lv-LV"/>
        </w:rPr>
        <w:t>______________________________________________________________</w:t>
      </w:r>
      <w:r>
        <w:rPr>
          <w:rFonts w:ascii="Times New Roman" w:hAnsi="Times New Roman" w:cs="Times New Roman"/>
          <w:sz w:val="26"/>
          <w:szCs w:val="26"/>
          <w:lang w:val="lv-LV"/>
        </w:rPr>
        <w:t>______________</w:t>
      </w:r>
      <w:r w:rsidR="00B86FFC">
        <w:rPr>
          <w:rFonts w:ascii="Times New Roman" w:hAnsi="Times New Roman" w:cs="Times New Roman"/>
          <w:sz w:val="26"/>
          <w:szCs w:val="26"/>
          <w:lang w:val="lv-LV"/>
        </w:rPr>
        <w:t>________________________________________________________________________________________________________________________________________________________</w:t>
      </w:r>
    </w:p>
    <w:p w14:paraId="786A47CE" w14:textId="77777777" w:rsidR="00B86FFC" w:rsidRDefault="00B86FFC" w:rsidP="00052659">
      <w:pPr>
        <w:rPr>
          <w:rFonts w:ascii="Times New Roman" w:hAnsi="Times New Roman" w:cs="Times New Roman"/>
          <w:b/>
          <w:bCs/>
          <w:sz w:val="26"/>
          <w:szCs w:val="26"/>
          <w:lang w:val="es-ES"/>
        </w:rPr>
      </w:pPr>
    </w:p>
    <w:p w14:paraId="33631498" w14:textId="5ABCBB2B" w:rsidR="00052659" w:rsidRPr="00052659" w:rsidRDefault="00D4711C" w:rsidP="00052659">
      <w:pPr>
        <w:rPr>
          <w:rFonts w:ascii="Times New Roman" w:hAnsi="Times New Roman" w:cs="Times New Roman"/>
          <w:sz w:val="26"/>
          <w:szCs w:val="26"/>
          <w:lang w:val="es-ES"/>
        </w:rPr>
      </w:pPr>
      <w:r>
        <w:rPr>
          <w:rFonts w:ascii="Times New Roman" w:hAnsi="Times New Roman" w:cs="Times New Roman"/>
          <w:b/>
          <w:bCs/>
          <w:sz w:val="26"/>
          <w:szCs w:val="26"/>
          <w:lang w:val="es-ES"/>
        </w:rPr>
        <w:t>9</w:t>
      </w:r>
      <w:r w:rsidR="2989393E" w:rsidRPr="634F6AC8">
        <w:rPr>
          <w:rFonts w:ascii="Times New Roman" w:hAnsi="Times New Roman" w:cs="Times New Roman"/>
          <w:b/>
          <w:bCs/>
          <w:sz w:val="26"/>
          <w:szCs w:val="26"/>
          <w:lang w:val="es-ES"/>
        </w:rPr>
        <w:t>. Progr</w:t>
      </w:r>
      <w:r w:rsidR="00E27A84">
        <w:rPr>
          <w:rFonts w:ascii="Times New Roman" w:hAnsi="Times New Roman" w:cs="Times New Roman"/>
          <w:b/>
          <w:bCs/>
          <w:sz w:val="26"/>
          <w:szCs w:val="26"/>
          <w:lang w:val="es-ES"/>
        </w:rPr>
        <w:t>a</w:t>
      </w:r>
      <w:r w:rsidR="00052659" w:rsidRPr="634F6AC8">
        <w:rPr>
          <w:rFonts w:ascii="Times New Roman" w:hAnsi="Times New Roman" w:cs="Times New Roman"/>
          <w:b/>
          <w:bCs/>
          <w:sz w:val="26"/>
          <w:szCs w:val="26"/>
          <w:lang w:val="es-ES"/>
        </w:rPr>
        <w:t>mmas ilgums 12 mēnešu periodā un intensitāte (nodarbību skaits, ilgums mēnešo</w:t>
      </w:r>
      <w:r w:rsidR="00AD58C1">
        <w:rPr>
          <w:rFonts w:ascii="Times New Roman" w:hAnsi="Times New Roman" w:cs="Times New Roman"/>
          <w:b/>
          <w:bCs/>
          <w:sz w:val="26"/>
          <w:szCs w:val="26"/>
          <w:lang w:val="es-ES"/>
        </w:rPr>
        <w:t xml:space="preserve">s </w:t>
      </w:r>
      <w:r w:rsidR="00AD58C1" w:rsidRPr="005D2A05">
        <w:rPr>
          <w:rFonts w:ascii="Times New Roman" w:hAnsi="Times New Roman" w:cs="Times New Roman"/>
          <w:b/>
          <w:bCs/>
          <w:sz w:val="26"/>
          <w:szCs w:val="26"/>
          <w:lang w:val="es-ES"/>
        </w:rPr>
        <w:t>ņemot vērā bērna vecumposmu un funkcionālās spējas</w:t>
      </w:r>
      <w:r w:rsidR="00052659" w:rsidRPr="005D2A05">
        <w:rPr>
          <w:rFonts w:ascii="Times New Roman" w:hAnsi="Times New Roman" w:cs="Times New Roman"/>
          <w:b/>
          <w:bCs/>
          <w:sz w:val="26"/>
          <w:szCs w:val="26"/>
          <w:lang w:val="es-ES"/>
        </w:rPr>
        <w:t>)</w:t>
      </w:r>
      <w:r w:rsidR="005D2A05" w:rsidRPr="005D2A05">
        <w:rPr>
          <w:rFonts w:ascii="Times New Roman" w:hAnsi="Times New Roman" w:cs="Times New Roman"/>
          <w:b/>
          <w:bCs/>
          <w:sz w:val="26"/>
          <w:szCs w:val="26"/>
          <w:lang w:val="es-ES"/>
        </w:rPr>
        <w:t>*</w:t>
      </w:r>
    </w:p>
    <w:p w14:paraId="7B19DA57" w14:textId="65E8B60C" w:rsidR="00052659" w:rsidRPr="00052659" w:rsidRDefault="00052659" w:rsidP="00052659">
      <w:pPr>
        <w:rPr>
          <w:rFonts w:ascii="Times New Roman" w:hAnsi="Times New Roman" w:cs="Times New Roman"/>
          <w:sz w:val="26"/>
          <w:szCs w:val="26"/>
          <w:lang w:val="lv-LV"/>
        </w:rPr>
      </w:pPr>
      <w:r w:rsidRPr="00052659">
        <w:rPr>
          <w:rFonts w:ascii="Times New Roman" w:hAnsi="Times New Roman" w:cs="Times New Roman"/>
          <w:sz w:val="26"/>
          <w:szCs w:val="26"/>
          <w:lang w:val="lv-LV"/>
        </w:rPr>
        <w:t>__________________________________________________________________________</w:t>
      </w:r>
      <w:r>
        <w:rPr>
          <w:rFonts w:ascii="Times New Roman" w:hAnsi="Times New Roman" w:cs="Times New Roman"/>
          <w:sz w:val="26"/>
          <w:szCs w:val="26"/>
          <w:lang w:val="lv-LV"/>
        </w:rPr>
        <w:t>__________________________________________________________________________________________________________________________________________________________</w:t>
      </w:r>
    </w:p>
    <w:p w14:paraId="6CA3F23A" w14:textId="3B60F079" w:rsidR="00106956" w:rsidRPr="004538E7" w:rsidRDefault="005D2A05" w:rsidP="00052659">
      <w:pPr>
        <w:rPr>
          <w:rFonts w:ascii="Times New Roman" w:hAnsi="Times New Roman" w:cs="Times New Roman"/>
          <w:sz w:val="26"/>
          <w:szCs w:val="26"/>
          <w:lang w:val="lv-LV"/>
        </w:rPr>
      </w:pPr>
      <w:r w:rsidRPr="004538E7">
        <w:rPr>
          <w:rFonts w:ascii="Times New Roman" w:hAnsi="Times New Roman" w:cs="Times New Roman"/>
          <w:sz w:val="26"/>
          <w:szCs w:val="26"/>
          <w:lang w:val="lv-LV"/>
        </w:rPr>
        <w:t>*</w:t>
      </w:r>
      <w:r w:rsidR="003659C7" w:rsidRPr="004538E7">
        <w:rPr>
          <w:rFonts w:ascii="Times New Roman" w:hAnsi="Times New Roman" w:cs="Times New Roman"/>
          <w:sz w:val="20"/>
          <w:szCs w:val="20"/>
          <w:lang w:val="lv-LV"/>
        </w:rPr>
        <w:t>Programmas ilgums var tikt diferencēts atbilstoši bērna vecumposmam, jo katrā attīstības posmā atbalsta intensitāte, mērķi un nepieciešamās intervences var būt atšķirīgas, kas ietver specifisku prasmju pilnveidi, sociālās funkcionēšanas stiprināšanu un individuāli pielāgotas aktivitātes. Programmas ilgums tiek noteikts izvērtējot bērna individuālās vajadzības.</w:t>
      </w:r>
    </w:p>
    <w:p w14:paraId="4BBC4828" w14:textId="77777777" w:rsidR="004538E7" w:rsidRDefault="00AD58C1" w:rsidP="00052659">
      <w:pPr>
        <w:rPr>
          <w:rFonts w:ascii="Times New Roman" w:hAnsi="Times New Roman" w:cs="Times New Roman"/>
          <w:b/>
          <w:bCs/>
          <w:sz w:val="26"/>
          <w:szCs w:val="26"/>
          <w:lang w:val="lv-LV"/>
        </w:rPr>
      </w:pPr>
      <w:r w:rsidRPr="005D2A05">
        <w:rPr>
          <w:rFonts w:ascii="Times New Roman" w:hAnsi="Times New Roman" w:cs="Times New Roman"/>
          <w:b/>
          <w:bCs/>
          <w:sz w:val="26"/>
          <w:szCs w:val="26"/>
          <w:lang w:val="lv-LV"/>
        </w:rPr>
        <w:t xml:space="preserve"> </w:t>
      </w:r>
    </w:p>
    <w:p w14:paraId="63CA1142" w14:textId="77777777" w:rsidR="00D4711C" w:rsidRDefault="00D4711C" w:rsidP="00052659">
      <w:pPr>
        <w:rPr>
          <w:rFonts w:ascii="Times New Roman" w:hAnsi="Times New Roman" w:cs="Times New Roman"/>
          <w:b/>
          <w:bCs/>
          <w:sz w:val="26"/>
          <w:szCs w:val="26"/>
          <w:lang w:val="lv-LV"/>
        </w:rPr>
      </w:pPr>
    </w:p>
    <w:p w14:paraId="34818C11" w14:textId="1CF4D452" w:rsidR="00367670" w:rsidRPr="00367670" w:rsidRDefault="00367670" w:rsidP="00367670">
      <w:pPr>
        <w:rPr>
          <w:rFonts w:ascii="Times New Roman" w:hAnsi="Times New Roman" w:cs="Times New Roman"/>
          <w:sz w:val="26"/>
          <w:szCs w:val="26"/>
          <w:lang w:val="es-ES"/>
        </w:rPr>
      </w:pPr>
      <w:r>
        <w:rPr>
          <w:rFonts w:ascii="Times New Roman" w:hAnsi="Times New Roman" w:cs="Times New Roman"/>
          <w:b/>
          <w:bCs/>
          <w:sz w:val="26"/>
          <w:szCs w:val="26"/>
          <w:lang w:val="es-ES"/>
        </w:rPr>
        <w:lastRenderedPageBreak/>
        <w:t>10. C</w:t>
      </w:r>
      <w:r w:rsidRPr="00145F8C">
        <w:rPr>
          <w:rFonts w:ascii="Times New Roman" w:hAnsi="Times New Roman" w:cs="Times New Roman"/>
          <w:b/>
          <w:bCs/>
          <w:sz w:val="26"/>
          <w:szCs w:val="26"/>
          <w:lang w:val="es-ES"/>
        </w:rPr>
        <w:t xml:space="preserve">ita būtiska informācija </w:t>
      </w:r>
      <w:r w:rsidRPr="00367670">
        <w:rPr>
          <w:rFonts w:ascii="Times New Roman" w:hAnsi="Times New Roman" w:cs="Times New Roman"/>
          <w:sz w:val="26"/>
          <w:szCs w:val="26"/>
          <w:lang w:val="es-ES"/>
        </w:rPr>
        <w:t xml:space="preserve">(telpu nodrošinājums, pieejamība)* </w:t>
      </w:r>
    </w:p>
    <w:p w14:paraId="2A07801A" w14:textId="77777777" w:rsidR="00D149E1" w:rsidRPr="00D149E1" w:rsidRDefault="00D149E1" w:rsidP="00D149E1">
      <w:pPr>
        <w:rPr>
          <w:rFonts w:ascii="Times New Roman" w:eastAsia="Times New Roman" w:hAnsi="Times New Roman" w:cs="Times New Roman"/>
          <w:sz w:val="26"/>
          <w:szCs w:val="26"/>
          <w:lang w:val="es-ES"/>
        </w:rPr>
      </w:pPr>
      <w:r w:rsidRPr="00D149E1">
        <w:rPr>
          <w:rFonts w:ascii="Times New Roman" w:eastAsia="Times New Roman" w:hAnsi="Times New Roman" w:cs="Times New Roman"/>
          <w:sz w:val="26"/>
          <w:szCs w:val="26"/>
          <w:lang w:val="es-E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AE224DF" w14:textId="77777777" w:rsidR="00367670" w:rsidRPr="00145F8C" w:rsidRDefault="00367670" w:rsidP="00367670">
      <w:pPr>
        <w:rPr>
          <w:rFonts w:ascii="Times New Roman" w:hAnsi="Times New Roman" w:cs="Times New Roman"/>
          <w:sz w:val="26"/>
          <w:szCs w:val="26"/>
          <w:lang w:val="es-ES"/>
        </w:rPr>
      </w:pPr>
    </w:p>
    <w:p w14:paraId="20AD29CC" w14:textId="77777777" w:rsidR="00367670" w:rsidRPr="00B25E7D" w:rsidRDefault="00367670" w:rsidP="00367670">
      <w:pPr>
        <w:rPr>
          <w:rFonts w:ascii="Times New Roman" w:hAnsi="Times New Roman" w:cs="Times New Roman"/>
          <w:lang w:val="lv-LV"/>
        </w:rPr>
      </w:pPr>
      <w:r w:rsidRPr="006F387D">
        <w:rPr>
          <w:rFonts w:ascii="Times New Roman" w:hAnsi="Times New Roman" w:cs="Times New Roman"/>
          <w:lang w:val="es-ES"/>
        </w:rPr>
        <w:t>*</w:t>
      </w:r>
      <w:r w:rsidRPr="006F387D">
        <w:rPr>
          <w:rFonts w:ascii="Aptos" w:eastAsiaTheme="minorHAnsi" w:hAnsi="Aptos" w:cs="Aptos"/>
          <w:lang w:val="lv-LV"/>
          <w14:ligatures w14:val="standardContextual"/>
        </w:rPr>
        <w:t xml:space="preserve"> </w:t>
      </w:r>
      <w:r w:rsidRPr="006F387D">
        <w:rPr>
          <w:rFonts w:ascii="Times New Roman" w:hAnsi="Times New Roman" w:cs="Times New Roman"/>
          <w:lang w:val="lv-LV"/>
        </w:rPr>
        <w:t>Telp</w:t>
      </w:r>
      <w:r>
        <w:rPr>
          <w:rFonts w:ascii="Times New Roman" w:hAnsi="Times New Roman" w:cs="Times New Roman"/>
          <w:lang w:val="lv-LV"/>
        </w:rPr>
        <w:t>ām jābūt</w:t>
      </w:r>
      <w:r w:rsidRPr="006F387D">
        <w:rPr>
          <w:rFonts w:ascii="Times New Roman" w:hAnsi="Times New Roman" w:cs="Times New Roman"/>
          <w:lang w:val="lv-LV"/>
        </w:rPr>
        <w:t xml:space="preserve"> atbilstoš</w:t>
      </w:r>
      <w:r>
        <w:rPr>
          <w:rFonts w:ascii="Times New Roman" w:hAnsi="Times New Roman" w:cs="Times New Roman"/>
          <w:lang w:val="lv-LV"/>
        </w:rPr>
        <w:t>ām</w:t>
      </w:r>
      <w:r w:rsidRPr="006F387D">
        <w:rPr>
          <w:rFonts w:ascii="Times New Roman" w:hAnsi="Times New Roman" w:cs="Times New Roman"/>
          <w:lang w:val="lv-LV"/>
        </w:rPr>
        <w:t xml:space="preserve"> normatīvajos aktos noteiktajām prasībām  un aprīkot</w:t>
      </w:r>
      <w:r>
        <w:rPr>
          <w:rFonts w:ascii="Times New Roman" w:hAnsi="Times New Roman" w:cs="Times New Roman"/>
          <w:lang w:val="lv-LV"/>
        </w:rPr>
        <w:t>ām</w:t>
      </w:r>
      <w:r w:rsidRPr="006F387D">
        <w:rPr>
          <w:rFonts w:ascii="Times New Roman" w:hAnsi="Times New Roman" w:cs="Times New Roman"/>
          <w:lang w:val="lv-LV"/>
        </w:rPr>
        <w:t xml:space="preserve"> atbilstoši Klientu konsultāciju un nodarbību vajadzībām, ievērojot Klientu vecumu un funkcionālo stāvokli, lai nodrošinātu pakalpojuma saturu</w:t>
      </w:r>
      <w:r>
        <w:rPr>
          <w:rFonts w:ascii="Times New Roman" w:hAnsi="Times New Roman" w:cs="Times New Roman"/>
          <w:lang w:val="lv-LV"/>
        </w:rPr>
        <w:t xml:space="preserve">. </w:t>
      </w:r>
    </w:p>
    <w:p w14:paraId="7FE4B79F" w14:textId="4CB41B21" w:rsidR="384EF9F5" w:rsidRPr="005D2A05" w:rsidRDefault="384EF9F5" w:rsidP="384EF9F5">
      <w:pPr>
        <w:rPr>
          <w:rFonts w:ascii="Times New Roman" w:hAnsi="Times New Roman" w:cs="Times New Roman"/>
          <w:sz w:val="26"/>
          <w:szCs w:val="26"/>
          <w:lang w:val="lv-LV"/>
        </w:rPr>
      </w:pPr>
    </w:p>
    <w:p w14:paraId="5AF4C83E" w14:textId="68ECD6B7" w:rsidR="006F387D" w:rsidRDefault="006F387D" w:rsidP="384EF9F5">
      <w:pPr>
        <w:rPr>
          <w:rFonts w:ascii="Times New Roman" w:hAnsi="Times New Roman" w:cs="Times New Roman"/>
          <w:sz w:val="26"/>
          <w:szCs w:val="26"/>
          <w:lang w:val="lv-LV"/>
        </w:rPr>
      </w:pPr>
    </w:p>
    <w:p w14:paraId="49E613D2" w14:textId="77777777" w:rsidR="00B366FF" w:rsidRDefault="00B366FF" w:rsidP="00FA14C0">
      <w:pPr>
        <w:pStyle w:val="Virsraksts2"/>
        <w:rPr>
          <w:rFonts w:ascii="Times New Roman" w:hAnsi="Times New Roman" w:cs="Times New Roman"/>
          <w:lang w:val="lv-LV"/>
        </w:rPr>
      </w:pPr>
    </w:p>
    <w:p w14:paraId="68EF23B4" w14:textId="17419461" w:rsidR="00FA14C0" w:rsidRPr="000E34F3" w:rsidRDefault="00FA14C0" w:rsidP="00FA14C0">
      <w:pPr>
        <w:pStyle w:val="Virsraksts2"/>
        <w:rPr>
          <w:rFonts w:ascii="Times New Roman" w:hAnsi="Times New Roman" w:cs="Times New Roman"/>
          <w:lang w:val="lv-LV"/>
        </w:rPr>
      </w:pPr>
      <w:r w:rsidRPr="000E34F3">
        <w:rPr>
          <w:rFonts w:ascii="Times New Roman" w:hAnsi="Times New Roman" w:cs="Times New Roman"/>
          <w:lang w:val="lv-LV"/>
        </w:rPr>
        <w:t>PĀRBAUDE UN APSTIPRINĀJUMS</w:t>
      </w:r>
      <w:r w:rsidRPr="000E34F3">
        <w:rPr>
          <w:rFonts w:ascii="Times New Roman" w:hAnsi="Times New Roman" w:cs="Times New Roman"/>
          <w:lang w:val="lv-LV"/>
        </w:rPr>
        <w:br/>
        <w:t xml:space="preserve">(Aizpilda Rīgas valstspilsētas </w:t>
      </w:r>
      <w:r>
        <w:rPr>
          <w:rFonts w:ascii="Times New Roman" w:hAnsi="Times New Roman" w:cs="Times New Roman"/>
          <w:lang w:val="lv-LV"/>
        </w:rPr>
        <w:t xml:space="preserve">pašvaldības </w:t>
      </w:r>
      <w:r w:rsidRPr="000E34F3">
        <w:rPr>
          <w:rFonts w:ascii="Times New Roman" w:hAnsi="Times New Roman" w:cs="Times New Roman"/>
          <w:lang w:val="lv-LV"/>
        </w:rPr>
        <w:t>Labklājības departaments)</w:t>
      </w:r>
    </w:p>
    <w:tbl>
      <w:tblPr>
        <w:tblW w:w="0" w:type="auto"/>
        <w:tblLook w:val="04A0" w:firstRow="1" w:lastRow="0" w:firstColumn="1" w:lastColumn="0" w:noHBand="0" w:noVBand="1"/>
      </w:tblPr>
      <w:tblGrid>
        <w:gridCol w:w="2880"/>
        <w:gridCol w:w="2880"/>
        <w:gridCol w:w="2880"/>
      </w:tblGrid>
      <w:tr w:rsidR="00FA14C0" w:rsidRPr="00B7616D" w14:paraId="746D7B8B" w14:textId="77777777" w:rsidTr="00C05567">
        <w:tc>
          <w:tcPr>
            <w:tcW w:w="2880" w:type="dxa"/>
          </w:tcPr>
          <w:p w14:paraId="39399DB6" w14:textId="77777777" w:rsidR="00FA14C0" w:rsidRPr="00B7616D" w:rsidRDefault="00FA14C0" w:rsidP="00C05567">
            <w:pPr>
              <w:rPr>
                <w:rFonts w:ascii="Times New Roman" w:hAnsi="Times New Roman" w:cs="Times New Roman"/>
                <w:sz w:val="26"/>
                <w:szCs w:val="26"/>
                <w:lang w:val="lv-LV"/>
              </w:rPr>
            </w:pPr>
            <w:r w:rsidRPr="00B7616D">
              <w:rPr>
                <w:rFonts w:ascii="Times New Roman" w:hAnsi="Times New Roman" w:cs="Times New Roman"/>
                <w:sz w:val="26"/>
                <w:szCs w:val="26"/>
                <w:lang w:val="lv-LV"/>
              </w:rPr>
              <w:t>Sadaļa</w:t>
            </w:r>
          </w:p>
        </w:tc>
        <w:tc>
          <w:tcPr>
            <w:tcW w:w="2880" w:type="dxa"/>
          </w:tcPr>
          <w:p w14:paraId="7264297A" w14:textId="74C3C47B" w:rsidR="00FA14C0" w:rsidRPr="00B7616D" w:rsidRDefault="00FA14C0" w:rsidP="00C05567">
            <w:pPr>
              <w:rPr>
                <w:rFonts w:ascii="Times New Roman" w:hAnsi="Times New Roman" w:cs="Times New Roman"/>
                <w:sz w:val="26"/>
                <w:szCs w:val="26"/>
                <w:lang w:val="lv-LV"/>
              </w:rPr>
            </w:pPr>
            <w:r w:rsidRPr="00B7616D">
              <w:rPr>
                <w:rFonts w:ascii="Times New Roman" w:hAnsi="Times New Roman" w:cs="Times New Roman"/>
                <w:sz w:val="26"/>
                <w:szCs w:val="26"/>
                <w:lang w:val="lv-LV"/>
              </w:rPr>
              <w:t xml:space="preserve">Atbildīgā institūcija / </w:t>
            </w:r>
            <w:r>
              <w:rPr>
                <w:rFonts w:ascii="Times New Roman" w:hAnsi="Times New Roman" w:cs="Times New Roman"/>
                <w:sz w:val="26"/>
                <w:szCs w:val="26"/>
                <w:lang w:val="lv-LV"/>
              </w:rPr>
              <w:t xml:space="preserve">   </w:t>
            </w:r>
            <w:r w:rsidRPr="00B7616D">
              <w:rPr>
                <w:rFonts w:ascii="Times New Roman" w:hAnsi="Times New Roman" w:cs="Times New Roman"/>
                <w:sz w:val="26"/>
                <w:szCs w:val="26"/>
                <w:lang w:val="lv-LV"/>
              </w:rPr>
              <w:t>persona</w:t>
            </w:r>
          </w:p>
        </w:tc>
        <w:tc>
          <w:tcPr>
            <w:tcW w:w="2880" w:type="dxa"/>
          </w:tcPr>
          <w:p w14:paraId="07982FC6" w14:textId="77777777" w:rsidR="00FA14C0" w:rsidRPr="00B7616D" w:rsidRDefault="00FA14C0" w:rsidP="00C05567">
            <w:pPr>
              <w:rPr>
                <w:rFonts w:ascii="Times New Roman" w:hAnsi="Times New Roman" w:cs="Times New Roman"/>
                <w:sz w:val="26"/>
                <w:szCs w:val="26"/>
                <w:lang w:val="lv-LV"/>
              </w:rPr>
            </w:pPr>
            <w:r w:rsidRPr="00B7616D">
              <w:rPr>
                <w:rFonts w:ascii="Times New Roman" w:hAnsi="Times New Roman" w:cs="Times New Roman"/>
                <w:sz w:val="26"/>
                <w:szCs w:val="26"/>
                <w:lang w:val="lv-LV"/>
              </w:rPr>
              <w:t>Paraksts / datums</w:t>
            </w:r>
          </w:p>
        </w:tc>
      </w:tr>
      <w:tr w:rsidR="00FA14C0" w:rsidRPr="00B7616D" w14:paraId="205D30C6" w14:textId="77777777" w:rsidTr="00C05567">
        <w:tc>
          <w:tcPr>
            <w:tcW w:w="2880" w:type="dxa"/>
          </w:tcPr>
          <w:p w14:paraId="272981AD" w14:textId="77777777" w:rsidR="00FA14C0" w:rsidRPr="00B7616D" w:rsidRDefault="00FA14C0" w:rsidP="00C05567">
            <w:pPr>
              <w:rPr>
                <w:rFonts w:ascii="Times New Roman" w:hAnsi="Times New Roman" w:cs="Times New Roman"/>
                <w:sz w:val="26"/>
                <w:szCs w:val="26"/>
                <w:lang w:val="lv-LV"/>
              </w:rPr>
            </w:pPr>
            <w:r w:rsidRPr="00B7616D">
              <w:rPr>
                <w:rFonts w:ascii="Times New Roman" w:hAnsi="Times New Roman" w:cs="Times New Roman"/>
                <w:sz w:val="26"/>
                <w:szCs w:val="26"/>
                <w:lang w:val="lv-LV"/>
              </w:rPr>
              <w:t>Satura atbilstība konceptuālajai daļai</w:t>
            </w:r>
          </w:p>
        </w:tc>
        <w:tc>
          <w:tcPr>
            <w:tcW w:w="2880" w:type="dxa"/>
          </w:tcPr>
          <w:p w14:paraId="7E609F30" w14:textId="77777777" w:rsidR="00FA14C0" w:rsidRPr="00B7616D" w:rsidRDefault="00FA14C0" w:rsidP="00C05567">
            <w:pPr>
              <w:rPr>
                <w:rFonts w:ascii="Times New Roman" w:hAnsi="Times New Roman" w:cs="Times New Roman"/>
                <w:sz w:val="26"/>
                <w:szCs w:val="26"/>
                <w:lang w:val="lv-LV"/>
              </w:rPr>
            </w:pPr>
          </w:p>
        </w:tc>
        <w:tc>
          <w:tcPr>
            <w:tcW w:w="2880" w:type="dxa"/>
          </w:tcPr>
          <w:p w14:paraId="5BC7F05E" w14:textId="77777777" w:rsidR="00FA14C0" w:rsidRPr="00B7616D" w:rsidRDefault="00FA14C0" w:rsidP="00C05567">
            <w:pPr>
              <w:rPr>
                <w:rFonts w:ascii="Times New Roman" w:hAnsi="Times New Roman" w:cs="Times New Roman"/>
                <w:sz w:val="26"/>
                <w:szCs w:val="26"/>
                <w:lang w:val="lv-LV"/>
              </w:rPr>
            </w:pPr>
          </w:p>
        </w:tc>
      </w:tr>
      <w:tr w:rsidR="00FA14C0" w:rsidRPr="00FA14C0" w14:paraId="0716A9E8" w14:textId="77777777" w:rsidTr="00C05567">
        <w:tc>
          <w:tcPr>
            <w:tcW w:w="2880" w:type="dxa"/>
          </w:tcPr>
          <w:p w14:paraId="75952778" w14:textId="77777777" w:rsidR="00FA14C0" w:rsidRDefault="00FA14C0" w:rsidP="00C05567">
            <w:pPr>
              <w:rPr>
                <w:rFonts w:ascii="Times New Roman" w:hAnsi="Times New Roman" w:cs="Times New Roman"/>
                <w:sz w:val="26"/>
                <w:szCs w:val="26"/>
                <w:lang w:val="lv-LV"/>
              </w:rPr>
            </w:pPr>
            <w:r w:rsidRPr="00B7616D">
              <w:rPr>
                <w:rFonts w:ascii="Times New Roman" w:hAnsi="Times New Roman" w:cs="Times New Roman"/>
                <w:sz w:val="26"/>
                <w:szCs w:val="26"/>
                <w:lang w:val="lv-LV"/>
              </w:rPr>
              <w:t>Speciālistu kvalifikācijas pārbaude</w:t>
            </w:r>
          </w:p>
          <w:p w14:paraId="3224E19D" w14:textId="3E4A1F82" w:rsidR="00FA14C0" w:rsidRPr="00B7616D" w:rsidRDefault="00FA14C0" w:rsidP="00C05567">
            <w:pPr>
              <w:rPr>
                <w:rFonts w:ascii="Times New Roman" w:hAnsi="Times New Roman" w:cs="Times New Roman"/>
                <w:sz w:val="26"/>
                <w:szCs w:val="26"/>
                <w:lang w:val="lv-LV"/>
              </w:rPr>
            </w:pPr>
            <w:r w:rsidRPr="00FA14C0">
              <w:rPr>
                <w:rFonts w:ascii="Times New Roman" w:hAnsi="Times New Roman" w:cs="Times New Roman"/>
                <w:sz w:val="26"/>
                <w:szCs w:val="26"/>
                <w:lang w:val="lv-LV"/>
              </w:rPr>
              <w:t>Secinājumi par pakalpojuma sniedzēja atbilstības izvērtējumu</w:t>
            </w:r>
          </w:p>
        </w:tc>
        <w:tc>
          <w:tcPr>
            <w:tcW w:w="2880" w:type="dxa"/>
          </w:tcPr>
          <w:p w14:paraId="4BF01B07" w14:textId="77777777" w:rsidR="00FA14C0" w:rsidRPr="00B7616D" w:rsidRDefault="00FA14C0" w:rsidP="00C05567">
            <w:pPr>
              <w:rPr>
                <w:rFonts w:ascii="Times New Roman" w:hAnsi="Times New Roman" w:cs="Times New Roman"/>
                <w:sz w:val="26"/>
                <w:szCs w:val="26"/>
                <w:lang w:val="lv-LV"/>
              </w:rPr>
            </w:pPr>
          </w:p>
        </w:tc>
        <w:tc>
          <w:tcPr>
            <w:tcW w:w="2880" w:type="dxa"/>
          </w:tcPr>
          <w:p w14:paraId="5549B0F6" w14:textId="77777777" w:rsidR="00FA14C0" w:rsidRPr="00B7616D" w:rsidRDefault="00FA14C0" w:rsidP="00C05567">
            <w:pPr>
              <w:rPr>
                <w:rFonts w:ascii="Times New Roman" w:hAnsi="Times New Roman" w:cs="Times New Roman"/>
                <w:sz w:val="26"/>
                <w:szCs w:val="26"/>
                <w:lang w:val="lv-LV"/>
              </w:rPr>
            </w:pPr>
          </w:p>
        </w:tc>
      </w:tr>
      <w:tr w:rsidR="00FA14C0" w:rsidRPr="00FA14C0" w14:paraId="6ED76D40" w14:textId="77777777" w:rsidTr="00C05567">
        <w:tc>
          <w:tcPr>
            <w:tcW w:w="2880" w:type="dxa"/>
          </w:tcPr>
          <w:p w14:paraId="0B80E946" w14:textId="77777777" w:rsidR="00FA14C0" w:rsidRPr="00B7616D" w:rsidRDefault="00FA14C0" w:rsidP="00C05567">
            <w:pPr>
              <w:rPr>
                <w:rFonts w:ascii="Times New Roman" w:hAnsi="Times New Roman" w:cs="Times New Roman"/>
                <w:sz w:val="26"/>
                <w:szCs w:val="26"/>
                <w:lang w:val="lv-LV"/>
              </w:rPr>
            </w:pPr>
          </w:p>
        </w:tc>
        <w:tc>
          <w:tcPr>
            <w:tcW w:w="2880" w:type="dxa"/>
          </w:tcPr>
          <w:p w14:paraId="6B81DA8C" w14:textId="77777777" w:rsidR="00FA14C0" w:rsidRPr="00B7616D" w:rsidRDefault="00FA14C0" w:rsidP="00C05567">
            <w:pPr>
              <w:rPr>
                <w:rFonts w:ascii="Times New Roman" w:hAnsi="Times New Roman" w:cs="Times New Roman"/>
                <w:sz w:val="26"/>
                <w:szCs w:val="26"/>
                <w:lang w:val="lv-LV"/>
              </w:rPr>
            </w:pPr>
          </w:p>
        </w:tc>
        <w:tc>
          <w:tcPr>
            <w:tcW w:w="2880" w:type="dxa"/>
          </w:tcPr>
          <w:p w14:paraId="6FAA2EEF" w14:textId="77777777" w:rsidR="00FA14C0" w:rsidRPr="00B7616D" w:rsidRDefault="00FA14C0" w:rsidP="00C05567">
            <w:pPr>
              <w:rPr>
                <w:rFonts w:ascii="Times New Roman" w:hAnsi="Times New Roman" w:cs="Times New Roman"/>
                <w:sz w:val="26"/>
                <w:szCs w:val="26"/>
                <w:lang w:val="lv-LV"/>
              </w:rPr>
            </w:pPr>
          </w:p>
        </w:tc>
      </w:tr>
      <w:tr w:rsidR="00FA14C0" w:rsidRPr="00FA14C0" w14:paraId="10525A3F" w14:textId="77777777" w:rsidTr="00C05567">
        <w:tc>
          <w:tcPr>
            <w:tcW w:w="2880" w:type="dxa"/>
          </w:tcPr>
          <w:p w14:paraId="598715C7" w14:textId="77777777" w:rsidR="00FA14C0" w:rsidRDefault="00FA14C0" w:rsidP="00C05567">
            <w:pPr>
              <w:rPr>
                <w:rFonts w:ascii="Times New Roman" w:hAnsi="Times New Roman" w:cs="Times New Roman"/>
                <w:sz w:val="26"/>
                <w:szCs w:val="26"/>
                <w:lang w:val="lv-LV"/>
              </w:rPr>
            </w:pPr>
          </w:p>
          <w:p w14:paraId="2E5B51EE" w14:textId="77777777" w:rsidR="00FA14C0" w:rsidRPr="00B7616D" w:rsidRDefault="00FA14C0" w:rsidP="00C05567">
            <w:pPr>
              <w:rPr>
                <w:rFonts w:ascii="Times New Roman" w:hAnsi="Times New Roman" w:cs="Times New Roman"/>
                <w:sz w:val="26"/>
                <w:szCs w:val="26"/>
                <w:lang w:val="lv-LV"/>
              </w:rPr>
            </w:pPr>
          </w:p>
        </w:tc>
        <w:tc>
          <w:tcPr>
            <w:tcW w:w="2880" w:type="dxa"/>
          </w:tcPr>
          <w:p w14:paraId="0062DAC0" w14:textId="77777777" w:rsidR="00FA14C0" w:rsidRPr="00B7616D" w:rsidRDefault="00FA14C0" w:rsidP="00C05567">
            <w:pPr>
              <w:rPr>
                <w:rFonts w:ascii="Times New Roman" w:hAnsi="Times New Roman" w:cs="Times New Roman"/>
                <w:sz w:val="26"/>
                <w:szCs w:val="26"/>
                <w:lang w:val="lv-LV"/>
              </w:rPr>
            </w:pPr>
          </w:p>
        </w:tc>
        <w:tc>
          <w:tcPr>
            <w:tcW w:w="2880" w:type="dxa"/>
          </w:tcPr>
          <w:p w14:paraId="6B6EAF92" w14:textId="77777777" w:rsidR="00FA14C0" w:rsidRPr="00B7616D" w:rsidRDefault="00FA14C0" w:rsidP="00C05567">
            <w:pPr>
              <w:rPr>
                <w:rFonts w:ascii="Times New Roman" w:hAnsi="Times New Roman" w:cs="Times New Roman"/>
                <w:sz w:val="26"/>
                <w:szCs w:val="26"/>
                <w:lang w:val="lv-LV"/>
              </w:rPr>
            </w:pPr>
          </w:p>
        </w:tc>
      </w:tr>
    </w:tbl>
    <w:p w14:paraId="425CDB75" w14:textId="3CA79512" w:rsidR="00FA14C0" w:rsidRPr="00B7616D" w:rsidRDefault="00FA14C0" w:rsidP="00FA14C0"/>
    <w:p w14:paraId="2505C1F9" w14:textId="77777777" w:rsidR="00FA14C0" w:rsidRPr="00FA14C0" w:rsidRDefault="00FA14C0" w:rsidP="384EF9F5">
      <w:pPr>
        <w:rPr>
          <w:rFonts w:ascii="Times New Roman" w:hAnsi="Times New Roman" w:cs="Times New Roman"/>
          <w:sz w:val="26"/>
          <w:szCs w:val="26"/>
        </w:rPr>
      </w:pPr>
    </w:p>
    <w:p w14:paraId="673523A9" w14:textId="02ADEFBA" w:rsidR="005A32BB" w:rsidRPr="00FA14C0" w:rsidRDefault="005A32BB">
      <w:pPr>
        <w:rPr>
          <w:rFonts w:ascii="Times New Roman" w:hAnsi="Times New Roman" w:cs="Times New Roman"/>
          <w:sz w:val="26"/>
          <w:szCs w:val="26"/>
        </w:rPr>
      </w:pPr>
      <w:r w:rsidRPr="00FA14C0">
        <w:rPr>
          <w:rFonts w:ascii="Times New Roman" w:hAnsi="Times New Roman" w:cs="Times New Roman"/>
          <w:sz w:val="26"/>
          <w:szCs w:val="26"/>
        </w:rPr>
        <w:br w:type="page"/>
      </w:r>
    </w:p>
    <w:sectPr w:rsidR="005A32BB" w:rsidRPr="00FA14C0" w:rsidSect="00DA3335">
      <w:pgSz w:w="12240" w:h="15840"/>
      <w:pgMar w:top="1134" w:right="567" w:bottom="144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730C6" w14:textId="77777777" w:rsidR="000E3B27" w:rsidRDefault="000E3B27">
      <w:pPr>
        <w:spacing w:after="0" w:line="240" w:lineRule="auto"/>
      </w:pPr>
      <w:r>
        <w:separator/>
      </w:r>
    </w:p>
  </w:endnote>
  <w:endnote w:type="continuationSeparator" w:id="0">
    <w:p w14:paraId="0B0E8097" w14:textId="77777777" w:rsidR="000E3B27" w:rsidRDefault="000E3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A688A" w14:textId="77777777" w:rsidR="000E3B27" w:rsidRDefault="000E3B27">
      <w:pPr>
        <w:spacing w:after="0" w:line="240" w:lineRule="auto"/>
      </w:pPr>
      <w:r>
        <w:separator/>
      </w:r>
    </w:p>
  </w:footnote>
  <w:footnote w:type="continuationSeparator" w:id="0">
    <w:p w14:paraId="1275BE33" w14:textId="77777777" w:rsidR="000E3B27" w:rsidRDefault="000E3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arakstanumur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arakstanumur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arakstaaizzm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arakstaaizzm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arakstanumur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arakstaaizzme"/>
      <w:lvlText w:val=""/>
      <w:lvlJc w:val="left"/>
      <w:pPr>
        <w:tabs>
          <w:tab w:val="num" w:pos="360"/>
        </w:tabs>
        <w:ind w:left="360" w:hanging="360"/>
      </w:pPr>
      <w:rPr>
        <w:rFonts w:ascii="Symbol" w:hAnsi="Symbol" w:hint="default"/>
      </w:rPr>
    </w:lvl>
  </w:abstractNum>
  <w:abstractNum w:abstractNumId="9" w15:restartNumberingAfterBreak="0">
    <w:nsid w:val="039C1E0E"/>
    <w:multiLevelType w:val="hybridMultilevel"/>
    <w:tmpl w:val="5B24ED6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05B400EA"/>
    <w:multiLevelType w:val="hybridMultilevel"/>
    <w:tmpl w:val="90082F22"/>
    <w:lvl w:ilvl="0" w:tplc="7EAC081E">
      <w:start w:val="1"/>
      <w:numFmt w:val="bullet"/>
      <w:lvlText w:val=""/>
      <w:lvlJc w:val="left"/>
      <w:pPr>
        <w:ind w:left="720" w:hanging="360"/>
      </w:pPr>
      <w:rPr>
        <w:rFonts w:ascii="Wingdings" w:hAnsi="Wingdings" w:hint="default"/>
      </w:rPr>
    </w:lvl>
    <w:lvl w:ilvl="1" w:tplc="BF9C57D2">
      <w:start w:val="1"/>
      <w:numFmt w:val="bullet"/>
      <w:lvlText w:val="o"/>
      <w:lvlJc w:val="left"/>
      <w:pPr>
        <w:ind w:left="1440" w:hanging="360"/>
      </w:pPr>
      <w:rPr>
        <w:rFonts w:ascii="Courier New" w:hAnsi="Courier New" w:hint="default"/>
      </w:rPr>
    </w:lvl>
    <w:lvl w:ilvl="2" w:tplc="80141D02">
      <w:start w:val="1"/>
      <w:numFmt w:val="bullet"/>
      <w:lvlText w:val=""/>
      <w:lvlJc w:val="left"/>
      <w:pPr>
        <w:ind w:left="2160" w:hanging="360"/>
      </w:pPr>
      <w:rPr>
        <w:rFonts w:ascii="Wingdings" w:hAnsi="Wingdings" w:hint="default"/>
      </w:rPr>
    </w:lvl>
    <w:lvl w:ilvl="3" w:tplc="2D84A7B0">
      <w:start w:val="1"/>
      <w:numFmt w:val="bullet"/>
      <w:lvlText w:val=""/>
      <w:lvlJc w:val="left"/>
      <w:pPr>
        <w:ind w:left="2880" w:hanging="360"/>
      </w:pPr>
      <w:rPr>
        <w:rFonts w:ascii="Symbol" w:hAnsi="Symbol" w:hint="default"/>
      </w:rPr>
    </w:lvl>
    <w:lvl w:ilvl="4" w:tplc="9BB890CA">
      <w:start w:val="1"/>
      <w:numFmt w:val="bullet"/>
      <w:lvlText w:val="o"/>
      <w:lvlJc w:val="left"/>
      <w:pPr>
        <w:ind w:left="3600" w:hanging="360"/>
      </w:pPr>
      <w:rPr>
        <w:rFonts w:ascii="Courier New" w:hAnsi="Courier New" w:hint="default"/>
      </w:rPr>
    </w:lvl>
    <w:lvl w:ilvl="5" w:tplc="0FE62A80">
      <w:start w:val="1"/>
      <w:numFmt w:val="bullet"/>
      <w:lvlText w:val=""/>
      <w:lvlJc w:val="left"/>
      <w:pPr>
        <w:ind w:left="4320" w:hanging="360"/>
      </w:pPr>
      <w:rPr>
        <w:rFonts w:ascii="Wingdings" w:hAnsi="Wingdings" w:hint="default"/>
      </w:rPr>
    </w:lvl>
    <w:lvl w:ilvl="6" w:tplc="B7E42654">
      <w:start w:val="1"/>
      <w:numFmt w:val="bullet"/>
      <w:lvlText w:val=""/>
      <w:lvlJc w:val="left"/>
      <w:pPr>
        <w:ind w:left="5040" w:hanging="360"/>
      </w:pPr>
      <w:rPr>
        <w:rFonts w:ascii="Symbol" w:hAnsi="Symbol" w:hint="default"/>
      </w:rPr>
    </w:lvl>
    <w:lvl w:ilvl="7" w:tplc="BC1AD740">
      <w:start w:val="1"/>
      <w:numFmt w:val="bullet"/>
      <w:lvlText w:val="o"/>
      <w:lvlJc w:val="left"/>
      <w:pPr>
        <w:ind w:left="5760" w:hanging="360"/>
      </w:pPr>
      <w:rPr>
        <w:rFonts w:ascii="Courier New" w:hAnsi="Courier New" w:hint="default"/>
      </w:rPr>
    </w:lvl>
    <w:lvl w:ilvl="8" w:tplc="509CF272">
      <w:start w:val="1"/>
      <w:numFmt w:val="bullet"/>
      <w:lvlText w:val=""/>
      <w:lvlJc w:val="left"/>
      <w:pPr>
        <w:ind w:left="6480" w:hanging="360"/>
      </w:pPr>
      <w:rPr>
        <w:rFonts w:ascii="Wingdings" w:hAnsi="Wingdings" w:hint="default"/>
      </w:rPr>
    </w:lvl>
  </w:abstractNum>
  <w:abstractNum w:abstractNumId="11" w15:restartNumberingAfterBreak="0">
    <w:nsid w:val="083046C5"/>
    <w:multiLevelType w:val="hybridMultilevel"/>
    <w:tmpl w:val="C1FC8302"/>
    <w:lvl w:ilvl="0" w:tplc="96E696C6">
      <w:numFmt w:val="bullet"/>
      <w:lvlText w:val="-"/>
      <w:lvlJc w:val="left"/>
      <w:pPr>
        <w:ind w:left="720" w:hanging="360"/>
      </w:pPr>
      <w:rPr>
        <w:rFonts w:ascii="Times New Roman" w:eastAsiaTheme="minorEastAsia"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0876AC7F"/>
    <w:multiLevelType w:val="hybridMultilevel"/>
    <w:tmpl w:val="FFFFFFFF"/>
    <w:lvl w:ilvl="0" w:tplc="A2063EBC">
      <w:start w:val="1"/>
      <w:numFmt w:val="bullet"/>
      <w:lvlText w:val="Ø"/>
      <w:lvlJc w:val="left"/>
      <w:pPr>
        <w:ind w:left="720" w:hanging="360"/>
      </w:pPr>
      <w:rPr>
        <w:rFonts w:ascii="Wingdings" w:hAnsi="Wingdings" w:hint="default"/>
      </w:rPr>
    </w:lvl>
    <w:lvl w:ilvl="1" w:tplc="279046D6">
      <w:start w:val="1"/>
      <w:numFmt w:val="bullet"/>
      <w:lvlText w:val="o"/>
      <w:lvlJc w:val="left"/>
      <w:pPr>
        <w:ind w:left="1440" w:hanging="360"/>
      </w:pPr>
      <w:rPr>
        <w:rFonts w:ascii="Courier New" w:hAnsi="Courier New" w:hint="default"/>
      </w:rPr>
    </w:lvl>
    <w:lvl w:ilvl="2" w:tplc="DAFA2822">
      <w:start w:val="1"/>
      <w:numFmt w:val="bullet"/>
      <w:lvlText w:val=""/>
      <w:lvlJc w:val="left"/>
      <w:pPr>
        <w:ind w:left="2160" w:hanging="360"/>
      </w:pPr>
      <w:rPr>
        <w:rFonts w:ascii="Wingdings" w:hAnsi="Wingdings" w:hint="default"/>
      </w:rPr>
    </w:lvl>
    <w:lvl w:ilvl="3" w:tplc="F7D440FC">
      <w:start w:val="1"/>
      <w:numFmt w:val="bullet"/>
      <w:lvlText w:val=""/>
      <w:lvlJc w:val="left"/>
      <w:pPr>
        <w:ind w:left="2880" w:hanging="360"/>
      </w:pPr>
      <w:rPr>
        <w:rFonts w:ascii="Symbol" w:hAnsi="Symbol" w:hint="default"/>
      </w:rPr>
    </w:lvl>
    <w:lvl w:ilvl="4" w:tplc="7604FF1A">
      <w:start w:val="1"/>
      <w:numFmt w:val="bullet"/>
      <w:lvlText w:val="o"/>
      <w:lvlJc w:val="left"/>
      <w:pPr>
        <w:ind w:left="3600" w:hanging="360"/>
      </w:pPr>
      <w:rPr>
        <w:rFonts w:ascii="Courier New" w:hAnsi="Courier New" w:hint="default"/>
      </w:rPr>
    </w:lvl>
    <w:lvl w:ilvl="5" w:tplc="3294E90A">
      <w:start w:val="1"/>
      <w:numFmt w:val="bullet"/>
      <w:lvlText w:val=""/>
      <w:lvlJc w:val="left"/>
      <w:pPr>
        <w:ind w:left="4320" w:hanging="360"/>
      </w:pPr>
      <w:rPr>
        <w:rFonts w:ascii="Wingdings" w:hAnsi="Wingdings" w:hint="default"/>
      </w:rPr>
    </w:lvl>
    <w:lvl w:ilvl="6" w:tplc="C0BCA508">
      <w:start w:val="1"/>
      <w:numFmt w:val="bullet"/>
      <w:lvlText w:val=""/>
      <w:lvlJc w:val="left"/>
      <w:pPr>
        <w:ind w:left="5040" w:hanging="360"/>
      </w:pPr>
      <w:rPr>
        <w:rFonts w:ascii="Symbol" w:hAnsi="Symbol" w:hint="default"/>
      </w:rPr>
    </w:lvl>
    <w:lvl w:ilvl="7" w:tplc="C9927AEA">
      <w:start w:val="1"/>
      <w:numFmt w:val="bullet"/>
      <w:lvlText w:val="o"/>
      <w:lvlJc w:val="left"/>
      <w:pPr>
        <w:ind w:left="5760" w:hanging="360"/>
      </w:pPr>
      <w:rPr>
        <w:rFonts w:ascii="Courier New" w:hAnsi="Courier New" w:hint="default"/>
      </w:rPr>
    </w:lvl>
    <w:lvl w:ilvl="8" w:tplc="03F4FD34">
      <w:start w:val="1"/>
      <w:numFmt w:val="bullet"/>
      <w:lvlText w:val=""/>
      <w:lvlJc w:val="left"/>
      <w:pPr>
        <w:ind w:left="6480" w:hanging="360"/>
      </w:pPr>
      <w:rPr>
        <w:rFonts w:ascii="Wingdings" w:hAnsi="Wingdings" w:hint="default"/>
      </w:rPr>
    </w:lvl>
  </w:abstractNum>
  <w:abstractNum w:abstractNumId="13" w15:restartNumberingAfterBreak="0">
    <w:nsid w:val="0F224404"/>
    <w:multiLevelType w:val="hybridMultilevel"/>
    <w:tmpl w:val="65FE235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12A322E9"/>
    <w:multiLevelType w:val="hybridMultilevel"/>
    <w:tmpl w:val="18FAB222"/>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132949CB"/>
    <w:multiLevelType w:val="hybridMultilevel"/>
    <w:tmpl w:val="623C03F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1858231C"/>
    <w:multiLevelType w:val="hybridMultilevel"/>
    <w:tmpl w:val="9B7208C2"/>
    <w:lvl w:ilvl="0" w:tplc="0426000B">
      <w:start w:val="1"/>
      <w:numFmt w:val="bullet"/>
      <w:lvlText w:val=""/>
      <w:lvlJc w:val="left"/>
      <w:pPr>
        <w:ind w:left="765" w:hanging="360"/>
      </w:pPr>
      <w:rPr>
        <w:rFonts w:ascii="Wingdings" w:hAnsi="Wingdings" w:hint="default"/>
      </w:rPr>
    </w:lvl>
    <w:lvl w:ilvl="1" w:tplc="04260003" w:tentative="1">
      <w:start w:val="1"/>
      <w:numFmt w:val="bullet"/>
      <w:lvlText w:val="o"/>
      <w:lvlJc w:val="left"/>
      <w:pPr>
        <w:ind w:left="1485" w:hanging="360"/>
      </w:pPr>
      <w:rPr>
        <w:rFonts w:ascii="Courier New" w:hAnsi="Courier New" w:cs="Courier New" w:hint="default"/>
      </w:rPr>
    </w:lvl>
    <w:lvl w:ilvl="2" w:tplc="04260005" w:tentative="1">
      <w:start w:val="1"/>
      <w:numFmt w:val="bullet"/>
      <w:lvlText w:val=""/>
      <w:lvlJc w:val="left"/>
      <w:pPr>
        <w:ind w:left="2205" w:hanging="360"/>
      </w:pPr>
      <w:rPr>
        <w:rFonts w:ascii="Wingdings" w:hAnsi="Wingdings" w:hint="default"/>
      </w:rPr>
    </w:lvl>
    <w:lvl w:ilvl="3" w:tplc="04260001" w:tentative="1">
      <w:start w:val="1"/>
      <w:numFmt w:val="bullet"/>
      <w:lvlText w:val=""/>
      <w:lvlJc w:val="left"/>
      <w:pPr>
        <w:ind w:left="2925" w:hanging="360"/>
      </w:pPr>
      <w:rPr>
        <w:rFonts w:ascii="Symbol" w:hAnsi="Symbol" w:hint="default"/>
      </w:rPr>
    </w:lvl>
    <w:lvl w:ilvl="4" w:tplc="04260003" w:tentative="1">
      <w:start w:val="1"/>
      <w:numFmt w:val="bullet"/>
      <w:lvlText w:val="o"/>
      <w:lvlJc w:val="left"/>
      <w:pPr>
        <w:ind w:left="3645" w:hanging="360"/>
      </w:pPr>
      <w:rPr>
        <w:rFonts w:ascii="Courier New" w:hAnsi="Courier New" w:cs="Courier New" w:hint="default"/>
      </w:rPr>
    </w:lvl>
    <w:lvl w:ilvl="5" w:tplc="04260005" w:tentative="1">
      <w:start w:val="1"/>
      <w:numFmt w:val="bullet"/>
      <w:lvlText w:val=""/>
      <w:lvlJc w:val="left"/>
      <w:pPr>
        <w:ind w:left="4365" w:hanging="360"/>
      </w:pPr>
      <w:rPr>
        <w:rFonts w:ascii="Wingdings" w:hAnsi="Wingdings" w:hint="default"/>
      </w:rPr>
    </w:lvl>
    <w:lvl w:ilvl="6" w:tplc="04260001" w:tentative="1">
      <w:start w:val="1"/>
      <w:numFmt w:val="bullet"/>
      <w:lvlText w:val=""/>
      <w:lvlJc w:val="left"/>
      <w:pPr>
        <w:ind w:left="5085" w:hanging="360"/>
      </w:pPr>
      <w:rPr>
        <w:rFonts w:ascii="Symbol" w:hAnsi="Symbol" w:hint="default"/>
      </w:rPr>
    </w:lvl>
    <w:lvl w:ilvl="7" w:tplc="04260003" w:tentative="1">
      <w:start w:val="1"/>
      <w:numFmt w:val="bullet"/>
      <w:lvlText w:val="o"/>
      <w:lvlJc w:val="left"/>
      <w:pPr>
        <w:ind w:left="5805" w:hanging="360"/>
      </w:pPr>
      <w:rPr>
        <w:rFonts w:ascii="Courier New" w:hAnsi="Courier New" w:cs="Courier New" w:hint="default"/>
      </w:rPr>
    </w:lvl>
    <w:lvl w:ilvl="8" w:tplc="04260005" w:tentative="1">
      <w:start w:val="1"/>
      <w:numFmt w:val="bullet"/>
      <w:lvlText w:val=""/>
      <w:lvlJc w:val="left"/>
      <w:pPr>
        <w:ind w:left="6525" w:hanging="360"/>
      </w:pPr>
      <w:rPr>
        <w:rFonts w:ascii="Wingdings" w:hAnsi="Wingdings" w:hint="default"/>
      </w:rPr>
    </w:lvl>
  </w:abstractNum>
  <w:abstractNum w:abstractNumId="17" w15:restartNumberingAfterBreak="0">
    <w:nsid w:val="2914987D"/>
    <w:multiLevelType w:val="hybridMultilevel"/>
    <w:tmpl w:val="E80A53CA"/>
    <w:lvl w:ilvl="0" w:tplc="F3A00CC6">
      <w:start w:val="1"/>
      <w:numFmt w:val="bullet"/>
      <w:lvlText w:val="Ø"/>
      <w:lvlJc w:val="left"/>
      <w:pPr>
        <w:ind w:left="720" w:hanging="360"/>
      </w:pPr>
      <w:rPr>
        <w:rFonts w:ascii="Wingdings" w:hAnsi="Wingdings" w:hint="default"/>
      </w:rPr>
    </w:lvl>
    <w:lvl w:ilvl="1" w:tplc="69182EB0">
      <w:start w:val="1"/>
      <w:numFmt w:val="bullet"/>
      <w:lvlText w:val="o"/>
      <w:lvlJc w:val="left"/>
      <w:pPr>
        <w:ind w:left="1440" w:hanging="360"/>
      </w:pPr>
      <w:rPr>
        <w:rFonts w:ascii="Courier New" w:hAnsi="Courier New" w:hint="default"/>
      </w:rPr>
    </w:lvl>
    <w:lvl w:ilvl="2" w:tplc="7A405E88">
      <w:start w:val="1"/>
      <w:numFmt w:val="bullet"/>
      <w:lvlText w:val=""/>
      <w:lvlJc w:val="left"/>
      <w:pPr>
        <w:ind w:left="2160" w:hanging="360"/>
      </w:pPr>
      <w:rPr>
        <w:rFonts w:ascii="Wingdings" w:hAnsi="Wingdings" w:hint="default"/>
      </w:rPr>
    </w:lvl>
    <w:lvl w:ilvl="3" w:tplc="F19CA58A">
      <w:start w:val="1"/>
      <w:numFmt w:val="bullet"/>
      <w:lvlText w:val=""/>
      <w:lvlJc w:val="left"/>
      <w:pPr>
        <w:ind w:left="2880" w:hanging="360"/>
      </w:pPr>
      <w:rPr>
        <w:rFonts w:ascii="Symbol" w:hAnsi="Symbol" w:hint="default"/>
      </w:rPr>
    </w:lvl>
    <w:lvl w:ilvl="4" w:tplc="4AAE436A">
      <w:start w:val="1"/>
      <w:numFmt w:val="bullet"/>
      <w:lvlText w:val="o"/>
      <w:lvlJc w:val="left"/>
      <w:pPr>
        <w:ind w:left="3600" w:hanging="360"/>
      </w:pPr>
      <w:rPr>
        <w:rFonts w:ascii="Courier New" w:hAnsi="Courier New" w:hint="default"/>
      </w:rPr>
    </w:lvl>
    <w:lvl w:ilvl="5" w:tplc="CA5CD4A6">
      <w:start w:val="1"/>
      <w:numFmt w:val="bullet"/>
      <w:lvlText w:val=""/>
      <w:lvlJc w:val="left"/>
      <w:pPr>
        <w:ind w:left="4320" w:hanging="360"/>
      </w:pPr>
      <w:rPr>
        <w:rFonts w:ascii="Wingdings" w:hAnsi="Wingdings" w:hint="default"/>
      </w:rPr>
    </w:lvl>
    <w:lvl w:ilvl="6" w:tplc="9606E264">
      <w:start w:val="1"/>
      <w:numFmt w:val="bullet"/>
      <w:lvlText w:val=""/>
      <w:lvlJc w:val="left"/>
      <w:pPr>
        <w:ind w:left="5040" w:hanging="360"/>
      </w:pPr>
      <w:rPr>
        <w:rFonts w:ascii="Symbol" w:hAnsi="Symbol" w:hint="default"/>
      </w:rPr>
    </w:lvl>
    <w:lvl w:ilvl="7" w:tplc="9E441676">
      <w:start w:val="1"/>
      <w:numFmt w:val="bullet"/>
      <w:lvlText w:val="o"/>
      <w:lvlJc w:val="left"/>
      <w:pPr>
        <w:ind w:left="5760" w:hanging="360"/>
      </w:pPr>
      <w:rPr>
        <w:rFonts w:ascii="Courier New" w:hAnsi="Courier New" w:hint="default"/>
      </w:rPr>
    </w:lvl>
    <w:lvl w:ilvl="8" w:tplc="020E5458">
      <w:start w:val="1"/>
      <w:numFmt w:val="bullet"/>
      <w:lvlText w:val=""/>
      <w:lvlJc w:val="left"/>
      <w:pPr>
        <w:ind w:left="6480" w:hanging="360"/>
      </w:pPr>
      <w:rPr>
        <w:rFonts w:ascii="Wingdings" w:hAnsi="Wingdings" w:hint="default"/>
      </w:rPr>
    </w:lvl>
  </w:abstractNum>
  <w:abstractNum w:abstractNumId="18" w15:restartNumberingAfterBreak="0">
    <w:nsid w:val="42654E3E"/>
    <w:multiLevelType w:val="multilevel"/>
    <w:tmpl w:val="04F8E34C"/>
    <w:lvl w:ilvl="0">
      <w:start w:val="6"/>
      <w:numFmt w:val="decimal"/>
      <w:lvlText w:val="%1."/>
      <w:lvlJc w:val="left"/>
      <w:pPr>
        <w:ind w:left="816" w:hanging="816"/>
      </w:pPr>
      <w:rPr>
        <w:rFonts w:hint="default"/>
      </w:rPr>
    </w:lvl>
    <w:lvl w:ilvl="1">
      <w:start w:val="2"/>
      <w:numFmt w:val="decimal"/>
      <w:lvlText w:val="%1.%2."/>
      <w:lvlJc w:val="left"/>
      <w:pPr>
        <w:ind w:left="816" w:hanging="816"/>
      </w:pPr>
      <w:rPr>
        <w:rFonts w:hint="default"/>
      </w:rPr>
    </w:lvl>
    <w:lvl w:ilvl="2">
      <w:start w:val="4"/>
      <w:numFmt w:val="decimal"/>
      <w:lvlText w:val="%1.%2.%3."/>
      <w:lvlJc w:val="left"/>
      <w:pPr>
        <w:ind w:left="816" w:hanging="816"/>
      </w:pPr>
      <w:rPr>
        <w:rFonts w:hint="default"/>
      </w:rPr>
    </w:lvl>
    <w:lvl w:ilvl="3">
      <w:start w:val="1"/>
      <w:numFmt w:val="decimal"/>
      <w:lvlText w:val="%1.%2.%3.%4."/>
      <w:lvlJc w:val="left"/>
      <w:pPr>
        <w:ind w:left="1080" w:hanging="108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2E6358A"/>
    <w:multiLevelType w:val="multilevel"/>
    <w:tmpl w:val="19CAB724"/>
    <w:lvl w:ilvl="0">
      <w:start w:val="2"/>
      <w:numFmt w:val="decimal"/>
      <w:lvlText w:val="%1."/>
      <w:lvlJc w:val="left"/>
      <w:pPr>
        <w:ind w:left="408" w:hanging="408"/>
      </w:pPr>
      <w:rPr>
        <w:rFonts w:eastAsia="Calibri" w:hint="default"/>
        <w:sz w:val="26"/>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eastAsia="Calibri" w:hint="default"/>
        <w:sz w:val="26"/>
      </w:rPr>
    </w:lvl>
    <w:lvl w:ilvl="3">
      <w:start w:val="1"/>
      <w:numFmt w:val="decimal"/>
      <w:lvlText w:val="%1.%2.%3.%4."/>
      <w:lvlJc w:val="left"/>
      <w:pPr>
        <w:ind w:left="720" w:hanging="720"/>
      </w:pPr>
      <w:rPr>
        <w:rFonts w:eastAsia="Calibri" w:hint="default"/>
        <w:sz w:val="26"/>
      </w:rPr>
    </w:lvl>
    <w:lvl w:ilvl="4">
      <w:start w:val="1"/>
      <w:numFmt w:val="decimal"/>
      <w:lvlText w:val="%1.%2.%3.%4.%5."/>
      <w:lvlJc w:val="left"/>
      <w:pPr>
        <w:ind w:left="1080" w:hanging="1080"/>
      </w:pPr>
      <w:rPr>
        <w:rFonts w:eastAsia="Calibri" w:hint="default"/>
        <w:sz w:val="26"/>
      </w:rPr>
    </w:lvl>
    <w:lvl w:ilvl="5">
      <w:start w:val="1"/>
      <w:numFmt w:val="decimal"/>
      <w:lvlText w:val="%1.%2.%3.%4.%5.%6."/>
      <w:lvlJc w:val="left"/>
      <w:pPr>
        <w:ind w:left="1080" w:hanging="1080"/>
      </w:pPr>
      <w:rPr>
        <w:rFonts w:eastAsia="Calibri" w:hint="default"/>
        <w:sz w:val="26"/>
      </w:rPr>
    </w:lvl>
    <w:lvl w:ilvl="6">
      <w:start w:val="1"/>
      <w:numFmt w:val="decimal"/>
      <w:lvlText w:val="%1.%2.%3.%4.%5.%6.%7."/>
      <w:lvlJc w:val="left"/>
      <w:pPr>
        <w:ind w:left="1440" w:hanging="1440"/>
      </w:pPr>
      <w:rPr>
        <w:rFonts w:eastAsia="Calibri" w:hint="default"/>
        <w:sz w:val="26"/>
      </w:rPr>
    </w:lvl>
    <w:lvl w:ilvl="7">
      <w:start w:val="1"/>
      <w:numFmt w:val="decimal"/>
      <w:lvlText w:val="%1.%2.%3.%4.%5.%6.%7.%8."/>
      <w:lvlJc w:val="left"/>
      <w:pPr>
        <w:ind w:left="1440" w:hanging="1440"/>
      </w:pPr>
      <w:rPr>
        <w:rFonts w:eastAsia="Calibri" w:hint="default"/>
        <w:sz w:val="26"/>
      </w:rPr>
    </w:lvl>
    <w:lvl w:ilvl="8">
      <w:start w:val="1"/>
      <w:numFmt w:val="decimal"/>
      <w:lvlText w:val="%1.%2.%3.%4.%5.%6.%7.%8.%9."/>
      <w:lvlJc w:val="left"/>
      <w:pPr>
        <w:ind w:left="1800" w:hanging="1800"/>
      </w:pPr>
      <w:rPr>
        <w:rFonts w:eastAsia="Calibri" w:hint="default"/>
        <w:sz w:val="26"/>
      </w:rPr>
    </w:lvl>
  </w:abstractNum>
  <w:abstractNum w:abstractNumId="20" w15:restartNumberingAfterBreak="0">
    <w:nsid w:val="45522574"/>
    <w:multiLevelType w:val="hybridMultilevel"/>
    <w:tmpl w:val="DC5C6198"/>
    <w:lvl w:ilvl="0" w:tplc="8A626EDE">
      <w:start w:val="1"/>
      <w:numFmt w:val="bullet"/>
      <w:lvlText w:val="Ø"/>
      <w:lvlJc w:val="left"/>
      <w:pPr>
        <w:ind w:left="720" w:hanging="360"/>
      </w:pPr>
      <w:rPr>
        <w:rFonts w:ascii="Wingdings" w:hAnsi="Wingdings" w:hint="default"/>
      </w:rPr>
    </w:lvl>
    <w:lvl w:ilvl="1" w:tplc="D3DE80E0">
      <w:start w:val="1"/>
      <w:numFmt w:val="bullet"/>
      <w:lvlText w:val="o"/>
      <w:lvlJc w:val="left"/>
      <w:pPr>
        <w:ind w:left="1440" w:hanging="360"/>
      </w:pPr>
      <w:rPr>
        <w:rFonts w:ascii="Courier New" w:hAnsi="Courier New" w:hint="default"/>
      </w:rPr>
    </w:lvl>
    <w:lvl w:ilvl="2" w:tplc="6F64EE98">
      <w:start w:val="1"/>
      <w:numFmt w:val="bullet"/>
      <w:lvlText w:val=""/>
      <w:lvlJc w:val="left"/>
      <w:pPr>
        <w:ind w:left="2160" w:hanging="360"/>
      </w:pPr>
      <w:rPr>
        <w:rFonts w:ascii="Wingdings" w:hAnsi="Wingdings" w:hint="default"/>
      </w:rPr>
    </w:lvl>
    <w:lvl w:ilvl="3" w:tplc="F0E6409C">
      <w:start w:val="1"/>
      <w:numFmt w:val="bullet"/>
      <w:lvlText w:val=""/>
      <w:lvlJc w:val="left"/>
      <w:pPr>
        <w:ind w:left="2880" w:hanging="360"/>
      </w:pPr>
      <w:rPr>
        <w:rFonts w:ascii="Symbol" w:hAnsi="Symbol" w:hint="default"/>
      </w:rPr>
    </w:lvl>
    <w:lvl w:ilvl="4" w:tplc="229AB370">
      <w:start w:val="1"/>
      <w:numFmt w:val="bullet"/>
      <w:lvlText w:val="o"/>
      <w:lvlJc w:val="left"/>
      <w:pPr>
        <w:ind w:left="3600" w:hanging="360"/>
      </w:pPr>
      <w:rPr>
        <w:rFonts w:ascii="Courier New" w:hAnsi="Courier New" w:hint="default"/>
      </w:rPr>
    </w:lvl>
    <w:lvl w:ilvl="5" w:tplc="52F853B0">
      <w:start w:val="1"/>
      <w:numFmt w:val="bullet"/>
      <w:lvlText w:val=""/>
      <w:lvlJc w:val="left"/>
      <w:pPr>
        <w:ind w:left="4320" w:hanging="360"/>
      </w:pPr>
      <w:rPr>
        <w:rFonts w:ascii="Wingdings" w:hAnsi="Wingdings" w:hint="default"/>
      </w:rPr>
    </w:lvl>
    <w:lvl w:ilvl="6" w:tplc="E8E41B40">
      <w:start w:val="1"/>
      <w:numFmt w:val="bullet"/>
      <w:lvlText w:val=""/>
      <w:lvlJc w:val="left"/>
      <w:pPr>
        <w:ind w:left="5040" w:hanging="360"/>
      </w:pPr>
      <w:rPr>
        <w:rFonts w:ascii="Symbol" w:hAnsi="Symbol" w:hint="default"/>
      </w:rPr>
    </w:lvl>
    <w:lvl w:ilvl="7" w:tplc="D8246BA8">
      <w:start w:val="1"/>
      <w:numFmt w:val="bullet"/>
      <w:lvlText w:val="o"/>
      <w:lvlJc w:val="left"/>
      <w:pPr>
        <w:ind w:left="5760" w:hanging="360"/>
      </w:pPr>
      <w:rPr>
        <w:rFonts w:ascii="Courier New" w:hAnsi="Courier New" w:hint="default"/>
      </w:rPr>
    </w:lvl>
    <w:lvl w:ilvl="8" w:tplc="9502EEC8">
      <w:start w:val="1"/>
      <w:numFmt w:val="bullet"/>
      <w:lvlText w:val=""/>
      <w:lvlJc w:val="left"/>
      <w:pPr>
        <w:ind w:left="6480" w:hanging="360"/>
      </w:pPr>
      <w:rPr>
        <w:rFonts w:ascii="Wingdings" w:hAnsi="Wingdings" w:hint="default"/>
      </w:rPr>
    </w:lvl>
  </w:abstractNum>
  <w:abstractNum w:abstractNumId="21" w15:restartNumberingAfterBreak="0">
    <w:nsid w:val="455D4864"/>
    <w:multiLevelType w:val="hybridMultilevel"/>
    <w:tmpl w:val="BE74DAD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5362DEF8"/>
    <w:multiLevelType w:val="hybridMultilevel"/>
    <w:tmpl w:val="FFFFFFFF"/>
    <w:lvl w:ilvl="0" w:tplc="7D5EFDD0">
      <w:start w:val="1"/>
      <w:numFmt w:val="bullet"/>
      <w:lvlText w:val="Ø"/>
      <w:lvlJc w:val="left"/>
      <w:pPr>
        <w:ind w:left="720" w:hanging="360"/>
      </w:pPr>
      <w:rPr>
        <w:rFonts w:ascii="Wingdings" w:hAnsi="Wingdings" w:hint="default"/>
      </w:rPr>
    </w:lvl>
    <w:lvl w:ilvl="1" w:tplc="CD0E1F44">
      <w:start w:val="1"/>
      <w:numFmt w:val="bullet"/>
      <w:lvlText w:val="o"/>
      <w:lvlJc w:val="left"/>
      <w:pPr>
        <w:ind w:left="1440" w:hanging="360"/>
      </w:pPr>
      <w:rPr>
        <w:rFonts w:ascii="Courier New" w:hAnsi="Courier New" w:hint="default"/>
      </w:rPr>
    </w:lvl>
    <w:lvl w:ilvl="2" w:tplc="F0348440">
      <w:start w:val="1"/>
      <w:numFmt w:val="bullet"/>
      <w:lvlText w:val=""/>
      <w:lvlJc w:val="left"/>
      <w:pPr>
        <w:ind w:left="2160" w:hanging="360"/>
      </w:pPr>
      <w:rPr>
        <w:rFonts w:ascii="Wingdings" w:hAnsi="Wingdings" w:hint="default"/>
      </w:rPr>
    </w:lvl>
    <w:lvl w:ilvl="3" w:tplc="2E5E4D54">
      <w:start w:val="1"/>
      <w:numFmt w:val="bullet"/>
      <w:lvlText w:val=""/>
      <w:lvlJc w:val="left"/>
      <w:pPr>
        <w:ind w:left="2880" w:hanging="360"/>
      </w:pPr>
      <w:rPr>
        <w:rFonts w:ascii="Symbol" w:hAnsi="Symbol" w:hint="default"/>
      </w:rPr>
    </w:lvl>
    <w:lvl w:ilvl="4" w:tplc="F6583D06">
      <w:start w:val="1"/>
      <w:numFmt w:val="bullet"/>
      <w:lvlText w:val="o"/>
      <w:lvlJc w:val="left"/>
      <w:pPr>
        <w:ind w:left="3600" w:hanging="360"/>
      </w:pPr>
      <w:rPr>
        <w:rFonts w:ascii="Courier New" w:hAnsi="Courier New" w:hint="default"/>
      </w:rPr>
    </w:lvl>
    <w:lvl w:ilvl="5" w:tplc="8730B74C">
      <w:start w:val="1"/>
      <w:numFmt w:val="bullet"/>
      <w:lvlText w:val=""/>
      <w:lvlJc w:val="left"/>
      <w:pPr>
        <w:ind w:left="4320" w:hanging="360"/>
      </w:pPr>
      <w:rPr>
        <w:rFonts w:ascii="Wingdings" w:hAnsi="Wingdings" w:hint="default"/>
      </w:rPr>
    </w:lvl>
    <w:lvl w:ilvl="6" w:tplc="66C4C28A">
      <w:start w:val="1"/>
      <w:numFmt w:val="bullet"/>
      <w:lvlText w:val=""/>
      <w:lvlJc w:val="left"/>
      <w:pPr>
        <w:ind w:left="5040" w:hanging="360"/>
      </w:pPr>
      <w:rPr>
        <w:rFonts w:ascii="Symbol" w:hAnsi="Symbol" w:hint="default"/>
      </w:rPr>
    </w:lvl>
    <w:lvl w:ilvl="7" w:tplc="AD5AE638">
      <w:start w:val="1"/>
      <w:numFmt w:val="bullet"/>
      <w:lvlText w:val="o"/>
      <w:lvlJc w:val="left"/>
      <w:pPr>
        <w:ind w:left="5760" w:hanging="360"/>
      </w:pPr>
      <w:rPr>
        <w:rFonts w:ascii="Courier New" w:hAnsi="Courier New" w:hint="default"/>
      </w:rPr>
    </w:lvl>
    <w:lvl w:ilvl="8" w:tplc="95B258F2">
      <w:start w:val="1"/>
      <w:numFmt w:val="bullet"/>
      <w:lvlText w:val=""/>
      <w:lvlJc w:val="left"/>
      <w:pPr>
        <w:ind w:left="6480" w:hanging="360"/>
      </w:pPr>
      <w:rPr>
        <w:rFonts w:ascii="Wingdings" w:hAnsi="Wingdings" w:hint="default"/>
      </w:rPr>
    </w:lvl>
  </w:abstractNum>
  <w:abstractNum w:abstractNumId="23" w15:restartNumberingAfterBreak="0">
    <w:nsid w:val="56435077"/>
    <w:multiLevelType w:val="hybridMultilevel"/>
    <w:tmpl w:val="887EAD8A"/>
    <w:lvl w:ilvl="0" w:tplc="221A8124">
      <w:start w:val="1"/>
      <w:numFmt w:val="bullet"/>
      <w:lvlText w:val=""/>
      <w:lvlJc w:val="left"/>
      <w:pPr>
        <w:ind w:left="720" w:hanging="360"/>
      </w:pPr>
      <w:rPr>
        <w:rFonts w:ascii="Wingdings" w:hAnsi="Wingdings" w:hint="default"/>
      </w:rPr>
    </w:lvl>
    <w:lvl w:ilvl="1" w:tplc="BD54F682">
      <w:start w:val="1"/>
      <w:numFmt w:val="bullet"/>
      <w:lvlText w:val="o"/>
      <w:lvlJc w:val="left"/>
      <w:pPr>
        <w:ind w:left="1440" w:hanging="360"/>
      </w:pPr>
      <w:rPr>
        <w:rFonts w:ascii="Courier New" w:hAnsi="Courier New" w:hint="default"/>
      </w:rPr>
    </w:lvl>
    <w:lvl w:ilvl="2" w:tplc="868655AA">
      <w:start w:val="1"/>
      <w:numFmt w:val="bullet"/>
      <w:lvlText w:val=""/>
      <w:lvlJc w:val="left"/>
      <w:pPr>
        <w:ind w:left="2160" w:hanging="360"/>
      </w:pPr>
      <w:rPr>
        <w:rFonts w:ascii="Wingdings" w:hAnsi="Wingdings" w:hint="default"/>
      </w:rPr>
    </w:lvl>
    <w:lvl w:ilvl="3" w:tplc="AE9C2008">
      <w:start w:val="1"/>
      <w:numFmt w:val="bullet"/>
      <w:lvlText w:val=""/>
      <w:lvlJc w:val="left"/>
      <w:pPr>
        <w:ind w:left="2880" w:hanging="360"/>
      </w:pPr>
      <w:rPr>
        <w:rFonts w:ascii="Symbol" w:hAnsi="Symbol" w:hint="default"/>
      </w:rPr>
    </w:lvl>
    <w:lvl w:ilvl="4" w:tplc="1E168B1E">
      <w:start w:val="1"/>
      <w:numFmt w:val="bullet"/>
      <w:lvlText w:val="o"/>
      <w:lvlJc w:val="left"/>
      <w:pPr>
        <w:ind w:left="3600" w:hanging="360"/>
      </w:pPr>
      <w:rPr>
        <w:rFonts w:ascii="Courier New" w:hAnsi="Courier New" w:hint="default"/>
      </w:rPr>
    </w:lvl>
    <w:lvl w:ilvl="5" w:tplc="7DFE13F8">
      <w:start w:val="1"/>
      <w:numFmt w:val="bullet"/>
      <w:lvlText w:val=""/>
      <w:lvlJc w:val="left"/>
      <w:pPr>
        <w:ind w:left="4320" w:hanging="360"/>
      </w:pPr>
      <w:rPr>
        <w:rFonts w:ascii="Wingdings" w:hAnsi="Wingdings" w:hint="default"/>
      </w:rPr>
    </w:lvl>
    <w:lvl w:ilvl="6" w:tplc="99865A26">
      <w:start w:val="1"/>
      <w:numFmt w:val="bullet"/>
      <w:lvlText w:val=""/>
      <w:lvlJc w:val="left"/>
      <w:pPr>
        <w:ind w:left="5040" w:hanging="360"/>
      </w:pPr>
      <w:rPr>
        <w:rFonts w:ascii="Symbol" w:hAnsi="Symbol" w:hint="default"/>
      </w:rPr>
    </w:lvl>
    <w:lvl w:ilvl="7" w:tplc="CF547DEC">
      <w:start w:val="1"/>
      <w:numFmt w:val="bullet"/>
      <w:lvlText w:val="o"/>
      <w:lvlJc w:val="left"/>
      <w:pPr>
        <w:ind w:left="5760" w:hanging="360"/>
      </w:pPr>
      <w:rPr>
        <w:rFonts w:ascii="Courier New" w:hAnsi="Courier New" w:hint="default"/>
      </w:rPr>
    </w:lvl>
    <w:lvl w:ilvl="8" w:tplc="264EEF04">
      <w:start w:val="1"/>
      <w:numFmt w:val="bullet"/>
      <w:lvlText w:val=""/>
      <w:lvlJc w:val="left"/>
      <w:pPr>
        <w:ind w:left="6480" w:hanging="360"/>
      </w:pPr>
      <w:rPr>
        <w:rFonts w:ascii="Wingdings" w:hAnsi="Wingdings" w:hint="default"/>
      </w:rPr>
    </w:lvl>
  </w:abstractNum>
  <w:abstractNum w:abstractNumId="24" w15:restartNumberingAfterBreak="0">
    <w:nsid w:val="58BC6C99"/>
    <w:multiLevelType w:val="multilevel"/>
    <w:tmpl w:val="F1FAA95A"/>
    <w:lvl w:ilvl="0">
      <w:start w:val="2"/>
      <w:numFmt w:val="decimal"/>
      <w:lvlText w:val="%1."/>
      <w:lvlJc w:val="left"/>
      <w:pPr>
        <w:ind w:left="408" w:hanging="408"/>
      </w:pPr>
      <w:rPr>
        <w:rFonts w:eastAsia="Calibri" w:hint="default"/>
        <w:sz w:val="26"/>
      </w:rPr>
    </w:lvl>
    <w:lvl w:ilvl="1">
      <w:start w:val="1"/>
      <w:numFmt w:val="decimal"/>
      <w:lvlText w:val="%1.%2."/>
      <w:lvlJc w:val="left"/>
      <w:pPr>
        <w:ind w:left="408" w:hanging="408"/>
      </w:pPr>
      <w:rPr>
        <w:rFonts w:eastAsia="Calibri" w:hint="default"/>
        <w:sz w:val="26"/>
      </w:rPr>
    </w:lvl>
    <w:lvl w:ilvl="2">
      <w:start w:val="1"/>
      <w:numFmt w:val="decimal"/>
      <w:lvlText w:val="%1.%2.%3."/>
      <w:lvlJc w:val="left"/>
      <w:pPr>
        <w:ind w:left="720" w:hanging="720"/>
      </w:pPr>
      <w:rPr>
        <w:rFonts w:eastAsia="Calibri" w:hint="default"/>
        <w:sz w:val="26"/>
      </w:rPr>
    </w:lvl>
    <w:lvl w:ilvl="3">
      <w:start w:val="1"/>
      <w:numFmt w:val="decimal"/>
      <w:lvlText w:val="%1.%2.%3.%4."/>
      <w:lvlJc w:val="left"/>
      <w:pPr>
        <w:ind w:left="720" w:hanging="720"/>
      </w:pPr>
      <w:rPr>
        <w:rFonts w:eastAsia="Calibri" w:hint="default"/>
        <w:sz w:val="26"/>
      </w:rPr>
    </w:lvl>
    <w:lvl w:ilvl="4">
      <w:start w:val="1"/>
      <w:numFmt w:val="decimal"/>
      <w:lvlText w:val="%1.%2.%3.%4.%5."/>
      <w:lvlJc w:val="left"/>
      <w:pPr>
        <w:ind w:left="1080" w:hanging="1080"/>
      </w:pPr>
      <w:rPr>
        <w:rFonts w:eastAsia="Calibri" w:hint="default"/>
        <w:sz w:val="26"/>
      </w:rPr>
    </w:lvl>
    <w:lvl w:ilvl="5">
      <w:start w:val="1"/>
      <w:numFmt w:val="decimal"/>
      <w:lvlText w:val="%1.%2.%3.%4.%5.%6."/>
      <w:lvlJc w:val="left"/>
      <w:pPr>
        <w:ind w:left="1080" w:hanging="1080"/>
      </w:pPr>
      <w:rPr>
        <w:rFonts w:eastAsia="Calibri" w:hint="default"/>
        <w:sz w:val="26"/>
      </w:rPr>
    </w:lvl>
    <w:lvl w:ilvl="6">
      <w:start w:val="1"/>
      <w:numFmt w:val="decimal"/>
      <w:lvlText w:val="%1.%2.%3.%4.%5.%6.%7."/>
      <w:lvlJc w:val="left"/>
      <w:pPr>
        <w:ind w:left="1440" w:hanging="1440"/>
      </w:pPr>
      <w:rPr>
        <w:rFonts w:eastAsia="Calibri" w:hint="default"/>
        <w:sz w:val="26"/>
      </w:rPr>
    </w:lvl>
    <w:lvl w:ilvl="7">
      <w:start w:val="1"/>
      <w:numFmt w:val="decimal"/>
      <w:lvlText w:val="%1.%2.%3.%4.%5.%6.%7.%8."/>
      <w:lvlJc w:val="left"/>
      <w:pPr>
        <w:ind w:left="1440" w:hanging="1440"/>
      </w:pPr>
      <w:rPr>
        <w:rFonts w:eastAsia="Calibri" w:hint="default"/>
        <w:sz w:val="26"/>
      </w:rPr>
    </w:lvl>
    <w:lvl w:ilvl="8">
      <w:start w:val="1"/>
      <w:numFmt w:val="decimal"/>
      <w:lvlText w:val="%1.%2.%3.%4.%5.%6.%7.%8.%9."/>
      <w:lvlJc w:val="left"/>
      <w:pPr>
        <w:ind w:left="1800" w:hanging="1800"/>
      </w:pPr>
      <w:rPr>
        <w:rFonts w:eastAsia="Calibri" w:hint="default"/>
        <w:sz w:val="26"/>
      </w:rPr>
    </w:lvl>
  </w:abstractNum>
  <w:abstractNum w:abstractNumId="25" w15:restartNumberingAfterBreak="0">
    <w:nsid w:val="5BE3B034"/>
    <w:multiLevelType w:val="hybridMultilevel"/>
    <w:tmpl w:val="FFFFFFFF"/>
    <w:lvl w:ilvl="0" w:tplc="EF427B1E">
      <w:start w:val="1"/>
      <w:numFmt w:val="bullet"/>
      <w:lvlText w:val="Ø"/>
      <w:lvlJc w:val="left"/>
      <w:pPr>
        <w:ind w:left="720" w:hanging="360"/>
      </w:pPr>
      <w:rPr>
        <w:rFonts w:ascii="Wingdings" w:hAnsi="Wingdings" w:hint="default"/>
      </w:rPr>
    </w:lvl>
    <w:lvl w:ilvl="1" w:tplc="93E4F528">
      <w:start w:val="1"/>
      <w:numFmt w:val="bullet"/>
      <w:lvlText w:val="o"/>
      <w:lvlJc w:val="left"/>
      <w:pPr>
        <w:ind w:left="1440" w:hanging="360"/>
      </w:pPr>
      <w:rPr>
        <w:rFonts w:ascii="Courier New" w:hAnsi="Courier New" w:hint="default"/>
      </w:rPr>
    </w:lvl>
    <w:lvl w:ilvl="2" w:tplc="BB6EE940">
      <w:start w:val="1"/>
      <w:numFmt w:val="bullet"/>
      <w:lvlText w:val=""/>
      <w:lvlJc w:val="left"/>
      <w:pPr>
        <w:ind w:left="2160" w:hanging="360"/>
      </w:pPr>
      <w:rPr>
        <w:rFonts w:ascii="Wingdings" w:hAnsi="Wingdings" w:hint="default"/>
      </w:rPr>
    </w:lvl>
    <w:lvl w:ilvl="3" w:tplc="FFC283DC">
      <w:start w:val="1"/>
      <w:numFmt w:val="bullet"/>
      <w:lvlText w:val=""/>
      <w:lvlJc w:val="left"/>
      <w:pPr>
        <w:ind w:left="2880" w:hanging="360"/>
      </w:pPr>
      <w:rPr>
        <w:rFonts w:ascii="Symbol" w:hAnsi="Symbol" w:hint="default"/>
      </w:rPr>
    </w:lvl>
    <w:lvl w:ilvl="4" w:tplc="155816D8">
      <w:start w:val="1"/>
      <w:numFmt w:val="bullet"/>
      <w:lvlText w:val="o"/>
      <w:lvlJc w:val="left"/>
      <w:pPr>
        <w:ind w:left="3600" w:hanging="360"/>
      </w:pPr>
      <w:rPr>
        <w:rFonts w:ascii="Courier New" w:hAnsi="Courier New" w:hint="default"/>
      </w:rPr>
    </w:lvl>
    <w:lvl w:ilvl="5" w:tplc="A998AA12">
      <w:start w:val="1"/>
      <w:numFmt w:val="bullet"/>
      <w:lvlText w:val=""/>
      <w:lvlJc w:val="left"/>
      <w:pPr>
        <w:ind w:left="4320" w:hanging="360"/>
      </w:pPr>
      <w:rPr>
        <w:rFonts w:ascii="Wingdings" w:hAnsi="Wingdings" w:hint="default"/>
      </w:rPr>
    </w:lvl>
    <w:lvl w:ilvl="6" w:tplc="09D0BE20">
      <w:start w:val="1"/>
      <w:numFmt w:val="bullet"/>
      <w:lvlText w:val=""/>
      <w:lvlJc w:val="left"/>
      <w:pPr>
        <w:ind w:left="5040" w:hanging="360"/>
      </w:pPr>
      <w:rPr>
        <w:rFonts w:ascii="Symbol" w:hAnsi="Symbol" w:hint="default"/>
      </w:rPr>
    </w:lvl>
    <w:lvl w:ilvl="7" w:tplc="7B921066">
      <w:start w:val="1"/>
      <w:numFmt w:val="bullet"/>
      <w:lvlText w:val="o"/>
      <w:lvlJc w:val="left"/>
      <w:pPr>
        <w:ind w:left="5760" w:hanging="360"/>
      </w:pPr>
      <w:rPr>
        <w:rFonts w:ascii="Courier New" w:hAnsi="Courier New" w:hint="default"/>
      </w:rPr>
    </w:lvl>
    <w:lvl w:ilvl="8" w:tplc="596CEDD6">
      <w:start w:val="1"/>
      <w:numFmt w:val="bullet"/>
      <w:lvlText w:val=""/>
      <w:lvlJc w:val="left"/>
      <w:pPr>
        <w:ind w:left="6480" w:hanging="360"/>
      </w:pPr>
      <w:rPr>
        <w:rFonts w:ascii="Wingdings" w:hAnsi="Wingdings" w:hint="default"/>
      </w:rPr>
    </w:lvl>
  </w:abstractNum>
  <w:abstractNum w:abstractNumId="26" w15:restartNumberingAfterBreak="0">
    <w:nsid w:val="5F114936"/>
    <w:multiLevelType w:val="hybridMultilevel"/>
    <w:tmpl w:val="A4340E1A"/>
    <w:lvl w:ilvl="0" w:tplc="FFFFFFFF">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7" w15:restartNumberingAfterBreak="0">
    <w:nsid w:val="60D50585"/>
    <w:multiLevelType w:val="multilevel"/>
    <w:tmpl w:val="75E08B1C"/>
    <w:lvl w:ilvl="0">
      <w:start w:val="6"/>
      <w:numFmt w:val="decimal"/>
      <w:lvlText w:val="%1."/>
      <w:lvlJc w:val="left"/>
      <w:pPr>
        <w:ind w:left="816" w:hanging="816"/>
      </w:pPr>
      <w:rPr>
        <w:rFonts w:hint="default"/>
      </w:rPr>
    </w:lvl>
    <w:lvl w:ilvl="1">
      <w:start w:val="2"/>
      <w:numFmt w:val="decimal"/>
      <w:lvlText w:val="%1.%2."/>
      <w:lvlJc w:val="left"/>
      <w:pPr>
        <w:ind w:left="816" w:hanging="816"/>
      </w:pPr>
      <w:rPr>
        <w:rFonts w:hint="default"/>
      </w:rPr>
    </w:lvl>
    <w:lvl w:ilvl="2">
      <w:start w:val="5"/>
      <w:numFmt w:val="decimal"/>
      <w:lvlText w:val="%1.%2.%3."/>
      <w:lvlJc w:val="left"/>
      <w:pPr>
        <w:ind w:left="816" w:hanging="816"/>
      </w:pPr>
      <w:rPr>
        <w:rFonts w:hint="default"/>
      </w:rPr>
    </w:lvl>
    <w:lvl w:ilvl="3">
      <w:start w:val="1"/>
      <w:numFmt w:val="decimal"/>
      <w:lvlText w:val="%1.%2.%3.%4."/>
      <w:lvlJc w:val="left"/>
      <w:pPr>
        <w:ind w:left="1080" w:hanging="108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2BEFD04"/>
    <w:multiLevelType w:val="hybridMultilevel"/>
    <w:tmpl w:val="FFFFFFFF"/>
    <w:lvl w:ilvl="0" w:tplc="144866DC">
      <w:start w:val="1"/>
      <w:numFmt w:val="bullet"/>
      <w:lvlText w:val=""/>
      <w:lvlJc w:val="left"/>
      <w:pPr>
        <w:ind w:left="720" w:hanging="360"/>
      </w:pPr>
      <w:rPr>
        <w:rFonts w:ascii="Wingdings" w:hAnsi="Wingdings" w:hint="default"/>
      </w:rPr>
    </w:lvl>
    <w:lvl w:ilvl="1" w:tplc="63E0DDC6">
      <w:start w:val="1"/>
      <w:numFmt w:val="bullet"/>
      <w:lvlText w:val="o"/>
      <w:lvlJc w:val="left"/>
      <w:pPr>
        <w:ind w:left="1440" w:hanging="360"/>
      </w:pPr>
      <w:rPr>
        <w:rFonts w:ascii="Courier New" w:hAnsi="Courier New" w:hint="default"/>
      </w:rPr>
    </w:lvl>
    <w:lvl w:ilvl="2" w:tplc="B9766294">
      <w:start w:val="1"/>
      <w:numFmt w:val="bullet"/>
      <w:lvlText w:val=""/>
      <w:lvlJc w:val="left"/>
      <w:pPr>
        <w:ind w:left="2160" w:hanging="360"/>
      </w:pPr>
      <w:rPr>
        <w:rFonts w:ascii="Wingdings" w:hAnsi="Wingdings" w:hint="default"/>
      </w:rPr>
    </w:lvl>
    <w:lvl w:ilvl="3" w:tplc="66207898">
      <w:start w:val="1"/>
      <w:numFmt w:val="bullet"/>
      <w:lvlText w:val=""/>
      <w:lvlJc w:val="left"/>
      <w:pPr>
        <w:ind w:left="2880" w:hanging="360"/>
      </w:pPr>
      <w:rPr>
        <w:rFonts w:ascii="Symbol" w:hAnsi="Symbol" w:hint="default"/>
      </w:rPr>
    </w:lvl>
    <w:lvl w:ilvl="4" w:tplc="DFD45676">
      <w:start w:val="1"/>
      <w:numFmt w:val="bullet"/>
      <w:lvlText w:val="o"/>
      <w:lvlJc w:val="left"/>
      <w:pPr>
        <w:ind w:left="3600" w:hanging="360"/>
      </w:pPr>
      <w:rPr>
        <w:rFonts w:ascii="Courier New" w:hAnsi="Courier New" w:hint="default"/>
      </w:rPr>
    </w:lvl>
    <w:lvl w:ilvl="5" w:tplc="5760776C">
      <w:start w:val="1"/>
      <w:numFmt w:val="bullet"/>
      <w:lvlText w:val=""/>
      <w:lvlJc w:val="left"/>
      <w:pPr>
        <w:ind w:left="4320" w:hanging="360"/>
      </w:pPr>
      <w:rPr>
        <w:rFonts w:ascii="Wingdings" w:hAnsi="Wingdings" w:hint="default"/>
      </w:rPr>
    </w:lvl>
    <w:lvl w:ilvl="6" w:tplc="CFD239C6">
      <w:start w:val="1"/>
      <w:numFmt w:val="bullet"/>
      <w:lvlText w:val=""/>
      <w:lvlJc w:val="left"/>
      <w:pPr>
        <w:ind w:left="5040" w:hanging="360"/>
      </w:pPr>
      <w:rPr>
        <w:rFonts w:ascii="Symbol" w:hAnsi="Symbol" w:hint="default"/>
      </w:rPr>
    </w:lvl>
    <w:lvl w:ilvl="7" w:tplc="AC2209FC">
      <w:start w:val="1"/>
      <w:numFmt w:val="bullet"/>
      <w:lvlText w:val="o"/>
      <w:lvlJc w:val="left"/>
      <w:pPr>
        <w:ind w:left="5760" w:hanging="360"/>
      </w:pPr>
      <w:rPr>
        <w:rFonts w:ascii="Courier New" w:hAnsi="Courier New" w:hint="default"/>
      </w:rPr>
    </w:lvl>
    <w:lvl w:ilvl="8" w:tplc="536257B0">
      <w:start w:val="1"/>
      <w:numFmt w:val="bullet"/>
      <w:lvlText w:val=""/>
      <w:lvlJc w:val="left"/>
      <w:pPr>
        <w:ind w:left="6480" w:hanging="360"/>
      </w:pPr>
      <w:rPr>
        <w:rFonts w:ascii="Wingdings" w:hAnsi="Wingdings" w:hint="default"/>
      </w:rPr>
    </w:lvl>
  </w:abstractNum>
  <w:abstractNum w:abstractNumId="29" w15:restartNumberingAfterBreak="0">
    <w:nsid w:val="64BBFA5A"/>
    <w:multiLevelType w:val="hybridMultilevel"/>
    <w:tmpl w:val="FFFFFFFF"/>
    <w:lvl w:ilvl="0" w:tplc="8AFC8516">
      <w:start w:val="1"/>
      <w:numFmt w:val="decimal"/>
      <w:lvlText w:val="%1."/>
      <w:lvlJc w:val="left"/>
      <w:pPr>
        <w:ind w:left="720" w:hanging="360"/>
      </w:pPr>
    </w:lvl>
    <w:lvl w:ilvl="1" w:tplc="2F2C081C">
      <w:start w:val="1"/>
      <w:numFmt w:val="lowerLetter"/>
      <w:lvlText w:val="%2."/>
      <w:lvlJc w:val="left"/>
      <w:pPr>
        <w:ind w:left="1440" w:hanging="360"/>
      </w:pPr>
    </w:lvl>
    <w:lvl w:ilvl="2" w:tplc="8C0C11FC">
      <w:start w:val="1"/>
      <w:numFmt w:val="lowerRoman"/>
      <w:lvlText w:val="%3."/>
      <w:lvlJc w:val="right"/>
      <w:pPr>
        <w:ind w:left="2160" w:hanging="180"/>
      </w:pPr>
    </w:lvl>
    <w:lvl w:ilvl="3" w:tplc="38F45932">
      <w:start w:val="1"/>
      <w:numFmt w:val="decimal"/>
      <w:lvlText w:val="%4."/>
      <w:lvlJc w:val="left"/>
      <w:pPr>
        <w:ind w:left="2880" w:hanging="360"/>
      </w:pPr>
    </w:lvl>
    <w:lvl w:ilvl="4" w:tplc="292CC61E">
      <w:start w:val="1"/>
      <w:numFmt w:val="lowerLetter"/>
      <w:lvlText w:val="%5."/>
      <w:lvlJc w:val="left"/>
      <w:pPr>
        <w:ind w:left="3600" w:hanging="360"/>
      </w:pPr>
    </w:lvl>
    <w:lvl w:ilvl="5" w:tplc="F6FCB3A0">
      <w:start w:val="1"/>
      <w:numFmt w:val="lowerRoman"/>
      <w:lvlText w:val="%6."/>
      <w:lvlJc w:val="right"/>
      <w:pPr>
        <w:ind w:left="4320" w:hanging="180"/>
      </w:pPr>
    </w:lvl>
    <w:lvl w:ilvl="6" w:tplc="6E64738E">
      <w:start w:val="1"/>
      <w:numFmt w:val="decimal"/>
      <w:lvlText w:val="%7."/>
      <w:lvlJc w:val="left"/>
      <w:pPr>
        <w:ind w:left="5040" w:hanging="360"/>
      </w:pPr>
    </w:lvl>
    <w:lvl w:ilvl="7" w:tplc="8B42D106">
      <w:start w:val="1"/>
      <w:numFmt w:val="lowerLetter"/>
      <w:lvlText w:val="%8."/>
      <w:lvlJc w:val="left"/>
      <w:pPr>
        <w:ind w:left="5760" w:hanging="360"/>
      </w:pPr>
    </w:lvl>
    <w:lvl w:ilvl="8" w:tplc="77A449F0">
      <w:start w:val="1"/>
      <w:numFmt w:val="lowerRoman"/>
      <w:lvlText w:val="%9."/>
      <w:lvlJc w:val="right"/>
      <w:pPr>
        <w:ind w:left="6480" w:hanging="180"/>
      </w:pPr>
    </w:lvl>
  </w:abstractNum>
  <w:abstractNum w:abstractNumId="30" w15:restartNumberingAfterBreak="0">
    <w:nsid w:val="6A1B163A"/>
    <w:multiLevelType w:val="hybridMultilevel"/>
    <w:tmpl w:val="FFFFFFFF"/>
    <w:lvl w:ilvl="0" w:tplc="B0C621DC">
      <w:start w:val="1"/>
      <w:numFmt w:val="bullet"/>
      <w:lvlText w:val="Ø"/>
      <w:lvlJc w:val="left"/>
      <w:pPr>
        <w:ind w:left="720" w:hanging="360"/>
      </w:pPr>
      <w:rPr>
        <w:rFonts w:ascii="Wingdings" w:hAnsi="Wingdings" w:hint="default"/>
      </w:rPr>
    </w:lvl>
    <w:lvl w:ilvl="1" w:tplc="4672F254">
      <w:start w:val="1"/>
      <w:numFmt w:val="bullet"/>
      <w:lvlText w:val="o"/>
      <w:lvlJc w:val="left"/>
      <w:pPr>
        <w:ind w:left="1440" w:hanging="360"/>
      </w:pPr>
      <w:rPr>
        <w:rFonts w:ascii="Courier New" w:hAnsi="Courier New" w:hint="default"/>
      </w:rPr>
    </w:lvl>
    <w:lvl w:ilvl="2" w:tplc="3A460F6C">
      <w:start w:val="1"/>
      <w:numFmt w:val="bullet"/>
      <w:lvlText w:val=""/>
      <w:lvlJc w:val="left"/>
      <w:pPr>
        <w:ind w:left="2160" w:hanging="360"/>
      </w:pPr>
      <w:rPr>
        <w:rFonts w:ascii="Wingdings" w:hAnsi="Wingdings" w:hint="default"/>
      </w:rPr>
    </w:lvl>
    <w:lvl w:ilvl="3" w:tplc="19BED1C2">
      <w:start w:val="1"/>
      <w:numFmt w:val="bullet"/>
      <w:lvlText w:val=""/>
      <w:lvlJc w:val="left"/>
      <w:pPr>
        <w:ind w:left="2880" w:hanging="360"/>
      </w:pPr>
      <w:rPr>
        <w:rFonts w:ascii="Symbol" w:hAnsi="Symbol" w:hint="default"/>
      </w:rPr>
    </w:lvl>
    <w:lvl w:ilvl="4" w:tplc="A0D82E64">
      <w:start w:val="1"/>
      <w:numFmt w:val="bullet"/>
      <w:lvlText w:val="o"/>
      <w:lvlJc w:val="left"/>
      <w:pPr>
        <w:ind w:left="3600" w:hanging="360"/>
      </w:pPr>
      <w:rPr>
        <w:rFonts w:ascii="Courier New" w:hAnsi="Courier New" w:hint="default"/>
      </w:rPr>
    </w:lvl>
    <w:lvl w:ilvl="5" w:tplc="283CF416">
      <w:start w:val="1"/>
      <w:numFmt w:val="bullet"/>
      <w:lvlText w:val=""/>
      <w:lvlJc w:val="left"/>
      <w:pPr>
        <w:ind w:left="4320" w:hanging="360"/>
      </w:pPr>
      <w:rPr>
        <w:rFonts w:ascii="Wingdings" w:hAnsi="Wingdings" w:hint="default"/>
      </w:rPr>
    </w:lvl>
    <w:lvl w:ilvl="6" w:tplc="ADE23612">
      <w:start w:val="1"/>
      <w:numFmt w:val="bullet"/>
      <w:lvlText w:val=""/>
      <w:lvlJc w:val="left"/>
      <w:pPr>
        <w:ind w:left="5040" w:hanging="360"/>
      </w:pPr>
      <w:rPr>
        <w:rFonts w:ascii="Symbol" w:hAnsi="Symbol" w:hint="default"/>
      </w:rPr>
    </w:lvl>
    <w:lvl w:ilvl="7" w:tplc="C5DAD884">
      <w:start w:val="1"/>
      <w:numFmt w:val="bullet"/>
      <w:lvlText w:val="o"/>
      <w:lvlJc w:val="left"/>
      <w:pPr>
        <w:ind w:left="5760" w:hanging="360"/>
      </w:pPr>
      <w:rPr>
        <w:rFonts w:ascii="Courier New" w:hAnsi="Courier New" w:hint="default"/>
      </w:rPr>
    </w:lvl>
    <w:lvl w:ilvl="8" w:tplc="E23CC178">
      <w:start w:val="1"/>
      <w:numFmt w:val="bullet"/>
      <w:lvlText w:val=""/>
      <w:lvlJc w:val="left"/>
      <w:pPr>
        <w:ind w:left="6480" w:hanging="360"/>
      </w:pPr>
      <w:rPr>
        <w:rFonts w:ascii="Wingdings" w:hAnsi="Wingdings" w:hint="default"/>
      </w:rPr>
    </w:lvl>
  </w:abstractNum>
  <w:abstractNum w:abstractNumId="31" w15:restartNumberingAfterBreak="0">
    <w:nsid w:val="6BD511AA"/>
    <w:multiLevelType w:val="multilevel"/>
    <w:tmpl w:val="3D1CABF8"/>
    <w:lvl w:ilvl="0">
      <w:start w:val="6"/>
      <w:numFmt w:val="decimal"/>
      <w:lvlText w:val="%1."/>
      <w:lvlJc w:val="left"/>
      <w:pPr>
        <w:ind w:left="612" w:hanging="612"/>
      </w:pPr>
      <w:rPr>
        <w:rFonts w:hint="default"/>
        <w:b/>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val="0"/>
        <w:bCs/>
      </w:rPr>
    </w:lvl>
    <w:lvl w:ilvl="3">
      <w:start w:val="1"/>
      <w:numFmt w:val="decimal"/>
      <w:lvlText w:val="%1.%2.%3.%4."/>
      <w:lvlJc w:val="left"/>
      <w:pPr>
        <w:ind w:left="1080" w:hanging="1080"/>
      </w:pPr>
      <w:rPr>
        <w:rFonts w:hint="default"/>
        <w:b w:val="0"/>
        <w:bCs/>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2" w15:restartNumberingAfterBreak="0">
    <w:nsid w:val="6F31F015"/>
    <w:multiLevelType w:val="hybridMultilevel"/>
    <w:tmpl w:val="FFFFFFFF"/>
    <w:lvl w:ilvl="0" w:tplc="E34EEB14">
      <w:start w:val="1"/>
      <w:numFmt w:val="bullet"/>
      <w:lvlText w:val=""/>
      <w:lvlJc w:val="left"/>
      <w:pPr>
        <w:ind w:left="720" w:hanging="360"/>
      </w:pPr>
      <w:rPr>
        <w:rFonts w:ascii="Symbol" w:hAnsi="Symbol" w:hint="default"/>
      </w:rPr>
    </w:lvl>
    <w:lvl w:ilvl="1" w:tplc="0024D61E">
      <w:start w:val="1"/>
      <w:numFmt w:val="bullet"/>
      <w:lvlText w:val="o"/>
      <w:lvlJc w:val="left"/>
      <w:pPr>
        <w:ind w:left="1440" w:hanging="360"/>
      </w:pPr>
      <w:rPr>
        <w:rFonts w:ascii="Courier New" w:hAnsi="Courier New" w:hint="default"/>
      </w:rPr>
    </w:lvl>
    <w:lvl w:ilvl="2" w:tplc="CDAA8234">
      <w:start w:val="1"/>
      <w:numFmt w:val="bullet"/>
      <w:lvlText w:val=""/>
      <w:lvlJc w:val="left"/>
      <w:pPr>
        <w:ind w:left="2160" w:hanging="360"/>
      </w:pPr>
      <w:rPr>
        <w:rFonts w:ascii="Wingdings" w:hAnsi="Wingdings" w:hint="default"/>
      </w:rPr>
    </w:lvl>
    <w:lvl w:ilvl="3" w:tplc="697EA33C">
      <w:start w:val="1"/>
      <w:numFmt w:val="bullet"/>
      <w:lvlText w:val=""/>
      <w:lvlJc w:val="left"/>
      <w:pPr>
        <w:ind w:left="2880" w:hanging="360"/>
      </w:pPr>
      <w:rPr>
        <w:rFonts w:ascii="Symbol" w:hAnsi="Symbol" w:hint="default"/>
      </w:rPr>
    </w:lvl>
    <w:lvl w:ilvl="4" w:tplc="BC4C2266">
      <w:start w:val="1"/>
      <w:numFmt w:val="bullet"/>
      <w:lvlText w:val="o"/>
      <w:lvlJc w:val="left"/>
      <w:pPr>
        <w:ind w:left="3600" w:hanging="360"/>
      </w:pPr>
      <w:rPr>
        <w:rFonts w:ascii="Courier New" w:hAnsi="Courier New" w:hint="default"/>
      </w:rPr>
    </w:lvl>
    <w:lvl w:ilvl="5" w:tplc="10F60FA6">
      <w:start w:val="1"/>
      <w:numFmt w:val="bullet"/>
      <w:lvlText w:val=""/>
      <w:lvlJc w:val="left"/>
      <w:pPr>
        <w:ind w:left="4320" w:hanging="360"/>
      </w:pPr>
      <w:rPr>
        <w:rFonts w:ascii="Wingdings" w:hAnsi="Wingdings" w:hint="default"/>
      </w:rPr>
    </w:lvl>
    <w:lvl w:ilvl="6" w:tplc="9978266E">
      <w:start w:val="1"/>
      <w:numFmt w:val="bullet"/>
      <w:lvlText w:val=""/>
      <w:lvlJc w:val="left"/>
      <w:pPr>
        <w:ind w:left="5040" w:hanging="360"/>
      </w:pPr>
      <w:rPr>
        <w:rFonts w:ascii="Symbol" w:hAnsi="Symbol" w:hint="default"/>
      </w:rPr>
    </w:lvl>
    <w:lvl w:ilvl="7" w:tplc="C8026FB2">
      <w:start w:val="1"/>
      <w:numFmt w:val="bullet"/>
      <w:lvlText w:val="o"/>
      <w:lvlJc w:val="left"/>
      <w:pPr>
        <w:ind w:left="5760" w:hanging="360"/>
      </w:pPr>
      <w:rPr>
        <w:rFonts w:ascii="Courier New" w:hAnsi="Courier New" w:hint="default"/>
      </w:rPr>
    </w:lvl>
    <w:lvl w:ilvl="8" w:tplc="957C2A5A">
      <w:start w:val="1"/>
      <w:numFmt w:val="bullet"/>
      <w:lvlText w:val=""/>
      <w:lvlJc w:val="left"/>
      <w:pPr>
        <w:ind w:left="6480" w:hanging="360"/>
      </w:pPr>
      <w:rPr>
        <w:rFonts w:ascii="Wingdings" w:hAnsi="Wingdings" w:hint="default"/>
      </w:rPr>
    </w:lvl>
  </w:abstractNum>
  <w:abstractNum w:abstractNumId="33" w15:restartNumberingAfterBreak="0">
    <w:nsid w:val="70E8B272"/>
    <w:multiLevelType w:val="hybridMultilevel"/>
    <w:tmpl w:val="FFFFFFFF"/>
    <w:lvl w:ilvl="0" w:tplc="525E3250">
      <w:start w:val="1"/>
      <w:numFmt w:val="bullet"/>
      <w:lvlText w:val="Ø"/>
      <w:lvlJc w:val="left"/>
      <w:pPr>
        <w:ind w:left="720" w:hanging="360"/>
      </w:pPr>
      <w:rPr>
        <w:rFonts w:ascii="Wingdings" w:hAnsi="Wingdings" w:hint="default"/>
      </w:rPr>
    </w:lvl>
    <w:lvl w:ilvl="1" w:tplc="B1FA7130">
      <w:start w:val="1"/>
      <w:numFmt w:val="bullet"/>
      <w:lvlText w:val="o"/>
      <w:lvlJc w:val="left"/>
      <w:pPr>
        <w:ind w:left="1440" w:hanging="360"/>
      </w:pPr>
      <w:rPr>
        <w:rFonts w:ascii="Courier New" w:hAnsi="Courier New" w:hint="default"/>
      </w:rPr>
    </w:lvl>
    <w:lvl w:ilvl="2" w:tplc="D652C3A6">
      <w:start w:val="1"/>
      <w:numFmt w:val="bullet"/>
      <w:lvlText w:val=""/>
      <w:lvlJc w:val="left"/>
      <w:pPr>
        <w:ind w:left="2160" w:hanging="360"/>
      </w:pPr>
      <w:rPr>
        <w:rFonts w:ascii="Wingdings" w:hAnsi="Wingdings" w:hint="default"/>
      </w:rPr>
    </w:lvl>
    <w:lvl w:ilvl="3" w:tplc="640A6DC2">
      <w:start w:val="1"/>
      <w:numFmt w:val="bullet"/>
      <w:lvlText w:val=""/>
      <w:lvlJc w:val="left"/>
      <w:pPr>
        <w:ind w:left="2880" w:hanging="360"/>
      </w:pPr>
      <w:rPr>
        <w:rFonts w:ascii="Symbol" w:hAnsi="Symbol" w:hint="default"/>
      </w:rPr>
    </w:lvl>
    <w:lvl w:ilvl="4" w:tplc="37CCE060">
      <w:start w:val="1"/>
      <w:numFmt w:val="bullet"/>
      <w:lvlText w:val="o"/>
      <w:lvlJc w:val="left"/>
      <w:pPr>
        <w:ind w:left="3600" w:hanging="360"/>
      </w:pPr>
      <w:rPr>
        <w:rFonts w:ascii="Courier New" w:hAnsi="Courier New" w:hint="default"/>
      </w:rPr>
    </w:lvl>
    <w:lvl w:ilvl="5" w:tplc="7570D024">
      <w:start w:val="1"/>
      <w:numFmt w:val="bullet"/>
      <w:lvlText w:val=""/>
      <w:lvlJc w:val="left"/>
      <w:pPr>
        <w:ind w:left="4320" w:hanging="360"/>
      </w:pPr>
      <w:rPr>
        <w:rFonts w:ascii="Wingdings" w:hAnsi="Wingdings" w:hint="default"/>
      </w:rPr>
    </w:lvl>
    <w:lvl w:ilvl="6" w:tplc="9C446F66">
      <w:start w:val="1"/>
      <w:numFmt w:val="bullet"/>
      <w:lvlText w:val=""/>
      <w:lvlJc w:val="left"/>
      <w:pPr>
        <w:ind w:left="5040" w:hanging="360"/>
      </w:pPr>
      <w:rPr>
        <w:rFonts w:ascii="Symbol" w:hAnsi="Symbol" w:hint="default"/>
      </w:rPr>
    </w:lvl>
    <w:lvl w:ilvl="7" w:tplc="3B767A20">
      <w:start w:val="1"/>
      <w:numFmt w:val="bullet"/>
      <w:lvlText w:val="o"/>
      <w:lvlJc w:val="left"/>
      <w:pPr>
        <w:ind w:left="5760" w:hanging="360"/>
      </w:pPr>
      <w:rPr>
        <w:rFonts w:ascii="Courier New" w:hAnsi="Courier New" w:hint="default"/>
      </w:rPr>
    </w:lvl>
    <w:lvl w:ilvl="8" w:tplc="C2163EC4">
      <w:start w:val="1"/>
      <w:numFmt w:val="bullet"/>
      <w:lvlText w:val=""/>
      <w:lvlJc w:val="left"/>
      <w:pPr>
        <w:ind w:left="6480" w:hanging="360"/>
      </w:pPr>
      <w:rPr>
        <w:rFonts w:ascii="Wingdings" w:hAnsi="Wingdings" w:hint="default"/>
      </w:rPr>
    </w:lvl>
  </w:abstractNum>
  <w:abstractNum w:abstractNumId="34" w15:restartNumberingAfterBreak="0">
    <w:nsid w:val="750C20F7"/>
    <w:multiLevelType w:val="hybridMultilevel"/>
    <w:tmpl w:val="CC38FA3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760C75D3"/>
    <w:multiLevelType w:val="hybridMultilevel"/>
    <w:tmpl w:val="4E64D5BA"/>
    <w:lvl w:ilvl="0" w:tplc="E47E75D8">
      <w:numFmt w:val="bullet"/>
      <w:lvlText w:val="•"/>
      <w:lvlJc w:val="left"/>
      <w:pPr>
        <w:ind w:left="1080" w:hanging="720"/>
      </w:pPr>
      <w:rPr>
        <w:rFonts w:ascii="Times New Roman" w:eastAsiaTheme="minorEastAsia"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7B1B04D9"/>
    <w:multiLevelType w:val="hybridMultilevel"/>
    <w:tmpl w:val="72AEE910"/>
    <w:lvl w:ilvl="0" w:tplc="FFFFFFFF">
      <w:start w:val="1"/>
      <w:numFmt w:val="bullet"/>
      <w:lvlText w:val="Ø"/>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B5D62D9"/>
    <w:multiLevelType w:val="multilevel"/>
    <w:tmpl w:val="19CAB724"/>
    <w:lvl w:ilvl="0">
      <w:start w:val="2"/>
      <w:numFmt w:val="decimal"/>
      <w:lvlText w:val="%1."/>
      <w:lvlJc w:val="left"/>
      <w:pPr>
        <w:ind w:left="408" w:hanging="408"/>
      </w:pPr>
      <w:rPr>
        <w:rFonts w:eastAsia="Calibri" w:hint="default"/>
        <w:sz w:val="26"/>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eastAsia="Calibri" w:hint="default"/>
        <w:sz w:val="26"/>
      </w:rPr>
    </w:lvl>
    <w:lvl w:ilvl="3">
      <w:start w:val="1"/>
      <w:numFmt w:val="decimal"/>
      <w:lvlText w:val="%1.%2.%3.%4."/>
      <w:lvlJc w:val="left"/>
      <w:pPr>
        <w:ind w:left="720" w:hanging="720"/>
      </w:pPr>
      <w:rPr>
        <w:rFonts w:eastAsia="Calibri" w:hint="default"/>
        <w:sz w:val="26"/>
      </w:rPr>
    </w:lvl>
    <w:lvl w:ilvl="4">
      <w:start w:val="1"/>
      <w:numFmt w:val="decimal"/>
      <w:lvlText w:val="%1.%2.%3.%4.%5."/>
      <w:lvlJc w:val="left"/>
      <w:pPr>
        <w:ind w:left="1080" w:hanging="1080"/>
      </w:pPr>
      <w:rPr>
        <w:rFonts w:eastAsia="Calibri" w:hint="default"/>
        <w:sz w:val="26"/>
      </w:rPr>
    </w:lvl>
    <w:lvl w:ilvl="5">
      <w:start w:val="1"/>
      <w:numFmt w:val="decimal"/>
      <w:lvlText w:val="%1.%2.%3.%4.%5.%6."/>
      <w:lvlJc w:val="left"/>
      <w:pPr>
        <w:ind w:left="1080" w:hanging="1080"/>
      </w:pPr>
      <w:rPr>
        <w:rFonts w:eastAsia="Calibri" w:hint="default"/>
        <w:sz w:val="26"/>
      </w:rPr>
    </w:lvl>
    <w:lvl w:ilvl="6">
      <w:start w:val="1"/>
      <w:numFmt w:val="decimal"/>
      <w:lvlText w:val="%1.%2.%3.%4.%5.%6.%7."/>
      <w:lvlJc w:val="left"/>
      <w:pPr>
        <w:ind w:left="1440" w:hanging="1440"/>
      </w:pPr>
      <w:rPr>
        <w:rFonts w:eastAsia="Calibri" w:hint="default"/>
        <w:sz w:val="26"/>
      </w:rPr>
    </w:lvl>
    <w:lvl w:ilvl="7">
      <w:start w:val="1"/>
      <w:numFmt w:val="decimal"/>
      <w:lvlText w:val="%1.%2.%3.%4.%5.%6.%7.%8."/>
      <w:lvlJc w:val="left"/>
      <w:pPr>
        <w:ind w:left="1440" w:hanging="1440"/>
      </w:pPr>
      <w:rPr>
        <w:rFonts w:eastAsia="Calibri" w:hint="default"/>
        <w:sz w:val="26"/>
      </w:rPr>
    </w:lvl>
    <w:lvl w:ilvl="8">
      <w:start w:val="1"/>
      <w:numFmt w:val="decimal"/>
      <w:lvlText w:val="%1.%2.%3.%4.%5.%6.%7.%8.%9."/>
      <w:lvlJc w:val="left"/>
      <w:pPr>
        <w:ind w:left="1800" w:hanging="1800"/>
      </w:pPr>
      <w:rPr>
        <w:rFonts w:eastAsia="Calibri" w:hint="default"/>
        <w:sz w:val="26"/>
      </w:rPr>
    </w:lvl>
  </w:abstractNum>
  <w:abstractNum w:abstractNumId="38" w15:restartNumberingAfterBreak="0">
    <w:nsid w:val="7F775D1A"/>
    <w:multiLevelType w:val="hybridMultilevel"/>
    <w:tmpl w:val="073CD32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7F7FC62E"/>
    <w:multiLevelType w:val="hybridMultilevel"/>
    <w:tmpl w:val="28280FB4"/>
    <w:lvl w:ilvl="0" w:tplc="B7827990">
      <w:start w:val="1"/>
      <w:numFmt w:val="bullet"/>
      <w:lvlText w:val="Ø"/>
      <w:lvlJc w:val="left"/>
      <w:pPr>
        <w:ind w:left="720" w:hanging="360"/>
      </w:pPr>
      <w:rPr>
        <w:rFonts w:ascii="Wingdings" w:hAnsi="Wingdings" w:hint="default"/>
      </w:rPr>
    </w:lvl>
    <w:lvl w:ilvl="1" w:tplc="2E7E1E60">
      <w:start w:val="1"/>
      <w:numFmt w:val="bullet"/>
      <w:lvlText w:val="o"/>
      <w:lvlJc w:val="left"/>
      <w:pPr>
        <w:ind w:left="1440" w:hanging="360"/>
      </w:pPr>
      <w:rPr>
        <w:rFonts w:ascii="Courier New" w:hAnsi="Courier New" w:hint="default"/>
      </w:rPr>
    </w:lvl>
    <w:lvl w:ilvl="2" w:tplc="C038C31C">
      <w:start w:val="1"/>
      <w:numFmt w:val="bullet"/>
      <w:lvlText w:val=""/>
      <w:lvlJc w:val="left"/>
      <w:pPr>
        <w:ind w:left="2160" w:hanging="360"/>
      </w:pPr>
      <w:rPr>
        <w:rFonts w:ascii="Wingdings" w:hAnsi="Wingdings" w:hint="default"/>
      </w:rPr>
    </w:lvl>
    <w:lvl w:ilvl="3" w:tplc="B0264E00">
      <w:start w:val="1"/>
      <w:numFmt w:val="bullet"/>
      <w:lvlText w:val=""/>
      <w:lvlJc w:val="left"/>
      <w:pPr>
        <w:ind w:left="2880" w:hanging="360"/>
      </w:pPr>
      <w:rPr>
        <w:rFonts w:ascii="Symbol" w:hAnsi="Symbol" w:hint="default"/>
      </w:rPr>
    </w:lvl>
    <w:lvl w:ilvl="4" w:tplc="B472F73E">
      <w:start w:val="1"/>
      <w:numFmt w:val="bullet"/>
      <w:lvlText w:val="o"/>
      <w:lvlJc w:val="left"/>
      <w:pPr>
        <w:ind w:left="3600" w:hanging="360"/>
      </w:pPr>
      <w:rPr>
        <w:rFonts w:ascii="Courier New" w:hAnsi="Courier New" w:hint="default"/>
      </w:rPr>
    </w:lvl>
    <w:lvl w:ilvl="5" w:tplc="AB961148">
      <w:start w:val="1"/>
      <w:numFmt w:val="bullet"/>
      <w:lvlText w:val=""/>
      <w:lvlJc w:val="left"/>
      <w:pPr>
        <w:ind w:left="4320" w:hanging="360"/>
      </w:pPr>
      <w:rPr>
        <w:rFonts w:ascii="Wingdings" w:hAnsi="Wingdings" w:hint="default"/>
      </w:rPr>
    </w:lvl>
    <w:lvl w:ilvl="6" w:tplc="388004D0">
      <w:start w:val="1"/>
      <w:numFmt w:val="bullet"/>
      <w:lvlText w:val=""/>
      <w:lvlJc w:val="left"/>
      <w:pPr>
        <w:ind w:left="5040" w:hanging="360"/>
      </w:pPr>
      <w:rPr>
        <w:rFonts w:ascii="Symbol" w:hAnsi="Symbol" w:hint="default"/>
      </w:rPr>
    </w:lvl>
    <w:lvl w:ilvl="7" w:tplc="08004C92">
      <w:start w:val="1"/>
      <w:numFmt w:val="bullet"/>
      <w:lvlText w:val="o"/>
      <w:lvlJc w:val="left"/>
      <w:pPr>
        <w:ind w:left="5760" w:hanging="360"/>
      </w:pPr>
      <w:rPr>
        <w:rFonts w:ascii="Courier New" w:hAnsi="Courier New" w:hint="default"/>
      </w:rPr>
    </w:lvl>
    <w:lvl w:ilvl="8" w:tplc="07E2DE94">
      <w:start w:val="1"/>
      <w:numFmt w:val="bullet"/>
      <w:lvlText w:val=""/>
      <w:lvlJc w:val="left"/>
      <w:pPr>
        <w:ind w:left="6480" w:hanging="360"/>
      </w:pPr>
      <w:rPr>
        <w:rFonts w:ascii="Wingdings" w:hAnsi="Wingdings" w:hint="default"/>
      </w:rPr>
    </w:lvl>
  </w:abstractNum>
  <w:num w:numId="1" w16cid:durableId="1446845140">
    <w:abstractNumId w:val="39"/>
  </w:num>
  <w:num w:numId="2" w16cid:durableId="1835414505">
    <w:abstractNumId w:val="20"/>
  </w:num>
  <w:num w:numId="3" w16cid:durableId="159279744">
    <w:abstractNumId w:val="17"/>
  </w:num>
  <w:num w:numId="4" w16cid:durableId="1006634553">
    <w:abstractNumId w:val="35"/>
  </w:num>
  <w:num w:numId="5" w16cid:durableId="100997254">
    <w:abstractNumId w:val="34"/>
  </w:num>
  <w:num w:numId="6" w16cid:durableId="1036276540">
    <w:abstractNumId w:val="26"/>
  </w:num>
  <w:num w:numId="7" w16cid:durableId="1054348245">
    <w:abstractNumId w:val="1"/>
  </w:num>
  <w:num w:numId="8" w16cid:durableId="1141581823">
    <w:abstractNumId w:val="16"/>
  </w:num>
  <w:num w:numId="9" w16cid:durableId="12657437">
    <w:abstractNumId w:val="21"/>
  </w:num>
  <w:num w:numId="10" w16cid:durableId="1308316887">
    <w:abstractNumId w:val="13"/>
  </w:num>
  <w:num w:numId="11" w16cid:durableId="1366708067">
    <w:abstractNumId w:val="22"/>
  </w:num>
  <w:num w:numId="12" w16cid:durableId="1478062427">
    <w:abstractNumId w:val="18"/>
  </w:num>
  <w:num w:numId="13" w16cid:durableId="1558004883">
    <w:abstractNumId w:val="37"/>
  </w:num>
  <w:num w:numId="14" w16cid:durableId="1577978478">
    <w:abstractNumId w:val="27"/>
  </w:num>
  <w:num w:numId="15" w16cid:durableId="1590888959">
    <w:abstractNumId w:val="10"/>
  </w:num>
  <w:num w:numId="16" w16cid:durableId="1681853555">
    <w:abstractNumId w:val="28"/>
  </w:num>
  <w:num w:numId="17" w16cid:durableId="1736125915">
    <w:abstractNumId w:val="7"/>
  </w:num>
  <w:num w:numId="18" w16cid:durableId="173694230">
    <w:abstractNumId w:val="2"/>
  </w:num>
  <w:num w:numId="19" w16cid:durableId="1801267312">
    <w:abstractNumId w:val="38"/>
  </w:num>
  <w:num w:numId="20" w16cid:durableId="1825467530">
    <w:abstractNumId w:val="6"/>
  </w:num>
  <w:num w:numId="21" w16cid:durableId="19279026">
    <w:abstractNumId w:val="32"/>
  </w:num>
  <w:num w:numId="22" w16cid:durableId="199248756">
    <w:abstractNumId w:val="30"/>
  </w:num>
  <w:num w:numId="23" w16cid:durableId="224412991">
    <w:abstractNumId w:val="11"/>
  </w:num>
  <w:num w:numId="24" w16cid:durableId="269893865">
    <w:abstractNumId w:val="0"/>
  </w:num>
  <w:num w:numId="25" w16cid:durableId="288585697">
    <w:abstractNumId w:val="3"/>
  </w:num>
  <w:num w:numId="26" w16cid:durableId="375159944">
    <w:abstractNumId w:val="33"/>
  </w:num>
  <w:num w:numId="27" w16cid:durableId="384451321">
    <w:abstractNumId w:val="5"/>
  </w:num>
  <w:num w:numId="28" w16cid:durableId="457337877">
    <w:abstractNumId w:val="36"/>
  </w:num>
  <w:num w:numId="29" w16cid:durableId="54203580">
    <w:abstractNumId w:val="23"/>
  </w:num>
  <w:num w:numId="30" w16cid:durableId="577832092">
    <w:abstractNumId w:val="14"/>
  </w:num>
  <w:num w:numId="31" w16cid:durableId="583345839">
    <w:abstractNumId w:val="8"/>
  </w:num>
  <w:num w:numId="32" w16cid:durableId="59787904">
    <w:abstractNumId w:val="4"/>
  </w:num>
  <w:num w:numId="33" w16cid:durableId="625547078">
    <w:abstractNumId w:val="15"/>
  </w:num>
  <w:num w:numId="34" w16cid:durableId="734009400">
    <w:abstractNumId w:val="25"/>
  </w:num>
  <w:num w:numId="35" w16cid:durableId="740952630">
    <w:abstractNumId w:val="24"/>
  </w:num>
  <w:num w:numId="36" w16cid:durableId="743332045">
    <w:abstractNumId w:val="12"/>
  </w:num>
  <w:num w:numId="37" w16cid:durableId="854075325">
    <w:abstractNumId w:val="19"/>
  </w:num>
  <w:num w:numId="38" w16cid:durableId="94330469">
    <w:abstractNumId w:val="31"/>
  </w:num>
  <w:num w:numId="39" w16cid:durableId="959187660">
    <w:abstractNumId w:val="29"/>
  </w:num>
  <w:num w:numId="40" w16cid:durableId="163416806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9BB"/>
    <w:rsid w:val="00002741"/>
    <w:rsid w:val="00002B06"/>
    <w:rsid w:val="00002B45"/>
    <w:rsid w:val="00003013"/>
    <w:rsid w:val="00004276"/>
    <w:rsid w:val="000120D8"/>
    <w:rsid w:val="00012467"/>
    <w:rsid w:val="00012E68"/>
    <w:rsid w:val="000135A9"/>
    <w:rsid w:val="000145EB"/>
    <w:rsid w:val="0001569A"/>
    <w:rsid w:val="000177A6"/>
    <w:rsid w:val="00021594"/>
    <w:rsid w:val="000229F7"/>
    <w:rsid w:val="000259E3"/>
    <w:rsid w:val="00031269"/>
    <w:rsid w:val="00034616"/>
    <w:rsid w:val="00034762"/>
    <w:rsid w:val="00034B7C"/>
    <w:rsid w:val="00035B80"/>
    <w:rsid w:val="00036F6B"/>
    <w:rsid w:val="00044805"/>
    <w:rsid w:val="00044DAC"/>
    <w:rsid w:val="00045A6F"/>
    <w:rsid w:val="00050024"/>
    <w:rsid w:val="00052659"/>
    <w:rsid w:val="00052F13"/>
    <w:rsid w:val="0005334E"/>
    <w:rsid w:val="000558C5"/>
    <w:rsid w:val="00057946"/>
    <w:rsid w:val="0006063C"/>
    <w:rsid w:val="00060B65"/>
    <w:rsid w:val="000620E0"/>
    <w:rsid w:val="00062467"/>
    <w:rsid w:val="00062E0B"/>
    <w:rsid w:val="00067B1C"/>
    <w:rsid w:val="000733D4"/>
    <w:rsid w:val="00076076"/>
    <w:rsid w:val="000763CE"/>
    <w:rsid w:val="0007728C"/>
    <w:rsid w:val="00082CD2"/>
    <w:rsid w:val="00082CE2"/>
    <w:rsid w:val="00085D20"/>
    <w:rsid w:val="00087C26"/>
    <w:rsid w:val="00091A53"/>
    <w:rsid w:val="00096F9E"/>
    <w:rsid w:val="000A0551"/>
    <w:rsid w:val="000A287F"/>
    <w:rsid w:val="000A4C16"/>
    <w:rsid w:val="000A7324"/>
    <w:rsid w:val="000B52D7"/>
    <w:rsid w:val="000B6549"/>
    <w:rsid w:val="000C0070"/>
    <w:rsid w:val="000C021A"/>
    <w:rsid w:val="000C033D"/>
    <w:rsid w:val="000C0FBE"/>
    <w:rsid w:val="000C167D"/>
    <w:rsid w:val="000C34E0"/>
    <w:rsid w:val="000C3988"/>
    <w:rsid w:val="000C4C59"/>
    <w:rsid w:val="000C4FB7"/>
    <w:rsid w:val="000D0E3C"/>
    <w:rsid w:val="000D3041"/>
    <w:rsid w:val="000D3C33"/>
    <w:rsid w:val="000D47E8"/>
    <w:rsid w:val="000D71A8"/>
    <w:rsid w:val="000D7469"/>
    <w:rsid w:val="000E34F3"/>
    <w:rsid w:val="000E3B27"/>
    <w:rsid w:val="000E5EF5"/>
    <w:rsid w:val="000E7C42"/>
    <w:rsid w:val="000F1DF9"/>
    <w:rsid w:val="000F3777"/>
    <w:rsid w:val="000F4A1D"/>
    <w:rsid w:val="000F7571"/>
    <w:rsid w:val="000F7A36"/>
    <w:rsid w:val="00100B20"/>
    <w:rsid w:val="00101137"/>
    <w:rsid w:val="00102304"/>
    <w:rsid w:val="00106956"/>
    <w:rsid w:val="00107F91"/>
    <w:rsid w:val="00111D20"/>
    <w:rsid w:val="00112A60"/>
    <w:rsid w:val="001158B4"/>
    <w:rsid w:val="00123042"/>
    <w:rsid w:val="0012304C"/>
    <w:rsid w:val="00124F87"/>
    <w:rsid w:val="00125032"/>
    <w:rsid w:val="00126125"/>
    <w:rsid w:val="00132837"/>
    <w:rsid w:val="00133D23"/>
    <w:rsid w:val="00134DE0"/>
    <w:rsid w:val="0013779D"/>
    <w:rsid w:val="0013786B"/>
    <w:rsid w:val="0014273C"/>
    <w:rsid w:val="001462DA"/>
    <w:rsid w:val="00150582"/>
    <w:rsid w:val="0015074B"/>
    <w:rsid w:val="001510AD"/>
    <w:rsid w:val="001530D5"/>
    <w:rsid w:val="00155E72"/>
    <w:rsid w:val="00156254"/>
    <w:rsid w:val="00161A05"/>
    <w:rsid w:val="00162525"/>
    <w:rsid w:val="00165ADA"/>
    <w:rsid w:val="00165B6F"/>
    <w:rsid w:val="0016662A"/>
    <w:rsid w:val="001708FA"/>
    <w:rsid w:val="00172A3D"/>
    <w:rsid w:val="00174013"/>
    <w:rsid w:val="001740D0"/>
    <w:rsid w:val="0017577A"/>
    <w:rsid w:val="00175B98"/>
    <w:rsid w:val="00177F1F"/>
    <w:rsid w:val="0018041F"/>
    <w:rsid w:val="00181CF0"/>
    <w:rsid w:val="001822C7"/>
    <w:rsid w:val="00183742"/>
    <w:rsid w:val="00183DEC"/>
    <w:rsid w:val="00186425"/>
    <w:rsid w:val="001877FE"/>
    <w:rsid w:val="00195805"/>
    <w:rsid w:val="001966BB"/>
    <w:rsid w:val="00197103"/>
    <w:rsid w:val="001A3590"/>
    <w:rsid w:val="001A52D9"/>
    <w:rsid w:val="001A5829"/>
    <w:rsid w:val="001A5A31"/>
    <w:rsid w:val="001B0EC1"/>
    <w:rsid w:val="001C752F"/>
    <w:rsid w:val="001C7BB9"/>
    <w:rsid w:val="001D045E"/>
    <w:rsid w:val="001D111B"/>
    <w:rsid w:val="001E00D2"/>
    <w:rsid w:val="001E092A"/>
    <w:rsid w:val="001E4CE5"/>
    <w:rsid w:val="001E5096"/>
    <w:rsid w:val="001F5361"/>
    <w:rsid w:val="001F5806"/>
    <w:rsid w:val="001F60FD"/>
    <w:rsid w:val="001F62A8"/>
    <w:rsid w:val="00201208"/>
    <w:rsid w:val="00210750"/>
    <w:rsid w:val="00210F16"/>
    <w:rsid w:val="00211AE7"/>
    <w:rsid w:val="002135CF"/>
    <w:rsid w:val="00215C10"/>
    <w:rsid w:val="002177D1"/>
    <w:rsid w:val="002202DE"/>
    <w:rsid w:val="00224E36"/>
    <w:rsid w:val="00230B77"/>
    <w:rsid w:val="00233A4F"/>
    <w:rsid w:val="0023405F"/>
    <w:rsid w:val="0023442C"/>
    <w:rsid w:val="002353DD"/>
    <w:rsid w:val="00237797"/>
    <w:rsid w:val="00241E0B"/>
    <w:rsid w:val="00242672"/>
    <w:rsid w:val="00242D2F"/>
    <w:rsid w:val="00242E65"/>
    <w:rsid w:val="00243410"/>
    <w:rsid w:val="00244E5A"/>
    <w:rsid w:val="00246CF8"/>
    <w:rsid w:val="00252C77"/>
    <w:rsid w:val="00254823"/>
    <w:rsid w:val="002575A2"/>
    <w:rsid w:val="0025769E"/>
    <w:rsid w:val="00263448"/>
    <w:rsid w:val="0026423F"/>
    <w:rsid w:val="00264893"/>
    <w:rsid w:val="002663C8"/>
    <w:rsid w:val="002730A2"/>
    <w:rsid w:val="002730E4"/>
    <w:rsid w:val="00273892"/>
    <w:rsid w:val="00276814"/>
    <w:rsid w:val="00277AD4"/>
    <w:rsid w:val="00277F6D"/>
    <w:rsid w:val="002842F8"/>
    <w:rsid w:val="00284537"/>
    <w:rsid w:val="0028684C"/>
    <w:rsid w:val="00287FED"/>
    <w:rsid w:val="00292082"/>
    <w:rsid w:val="00292113"/>
    <w:rsid w:val="002936D8"/>
    <w:rsid w:val="00295DEE"/>
    <w:rsid w:val="0029639D"/>
    <w:rsid w:val="00296EEE"/>
    <w:rsid w:val="002A3079"/>
    <w:rsid w:val="002B05F7"/>
    <w:rsid w:val="002B48C1"/>
    <w:rsid w:val="002B4F19"/>
    <w:rsid w:val="002C13F6"/>
    <w:rsid w:val="002C280F"/>
    <w:rsid w:val="002C2E82"/>
    <w:rsid w:val="002C59BC"/>
    <w:rsid w:val="002D0DFA"/>
    <w:rsid w:val="002D119D"/>
    <w:rsid w:val="002D4FEE"/>
    <w:rsid w:val="002E0D76"/>
    <w:rsid w:val="002E119B"/>
    <w:rsid w:val="002E4389"/>
    <w:rsid w:val="002E5C37"/>
    <w:rsid w:val="002E695C"/>
    <w:rsid w:val="002E70DF"/>
    <w:rsid w:val="002F2C43"/>
    <w:rsid w:val="002F67C5"/>
    <w:rsid w:val="003013E4"/>
    <w:rsid w:val="00302275"/>
    <w:rsid w:val="00304FEC"/>
    <w:rsid w:val="00310B33"/>
    <w:rsid w:val="0031145C"/>
    <w:rsid w:val="00311D1A"/>
    <w:rsid w:val="003136D6"/>
    <w:rsid w:val="00314A87"/>
    <w:rsid w:val="00321EB8"/>
    <w:rsid w:val="00324687"/>
    <w:rsid w:val="00324E79"/>
    <w:rsid w:val="00326F90"/>
    <w:rsid w:val="00331A1A"/>
    <w:rsid w:val="003325A1"/>
    <w:rsid w:val="00332ED7"/>
    <w:rsid w:val="003340B7"/>
    <w:rsid w:val="00340627"/>
    <w:rsid w:val="00344469"/>
    <w:rsid w:val="0034471C"/>
    <w:rsid w:val="003459D2"/>
    <w:rsid w:val="00345ADC"/>
    <w:rsid w:val="00351CAD"/>
    <w:rsid w:val="0035512C"/>
    <w:rsid w:val="00357A50"/>
    <w:rsid w:val="00361F0D"/>
    <w:rsid w:val="003635E4"/>
    <w:rsid w:val="0036433C"/>
    <w:rsid w:val="003659C7"/>
    <w:rsid w:val="003674FC"/>
    <w:rsid w:val="00367670"/>
    <w:rsid w:val="00371E49"/>
    <w:rsid w:val="00376058"/>
    <w:rsid w:val="003800D5"/>
    <w:rsid w:val="0038046D"/>
    <w:rsid w:val="00387F7B"/>
    <w:rsid w:val="0039435F"/>
    <w:rsid w:val="00394673"/>
    <w:rsid w:val="003A0CD0"/>
    <w:rsid w:val="003A2A87"/>
    <w:rsid w:val="003B0235"/>
    <w:rsid w:val="003B1E13"/>
    <w:rsid w:val="003B52C3"/>
    <w:rsid w:val="003D1151"/>
    <w:rsid w:val="003D1B66"/>
    <w:rsid w:val="003D2830"/>
    <w:rsid w:val="003D4820"/>
    <w:rsid w:val="003D7E71"/>
    <w:rsid w:val="003E197A"/>
    <w:rsid w:val="003E4085"/>
    <w:rsid w:val="003E5A30"/>
    <w:rsid w:val="003F2762"/>
    <w:rsid w:val="003F463F"/>
    <w:rsid w:val="003F48FB"/>
    <w:rsid w:val="003F55CE"/>
    <w:rsid w:val="003F6CCA"/>
    <w:rsid w:val="003F7234"/>
    <w:rsid w:val="00403D6E"/>
    <w:rsid w:val="00411B08"/>
    <w:rsid w:val="00414EF0"/>
    <w:rsid w:val="004153A5"/>
    <w:rsid w:val="004173A5"/>
    <w:rsid w:val="00423D37"/>
    <w:rsid w:val="00424CC4"/>
    <w:rsid w:val="00425E8C"/>
    <w:rsid w:val="0042763F"/>
    <w:rsid w:val="00427A7C"/>
    <w:rsid w:val="00430631"/>
    <w:rsid w:val="00431F53"/>
    <w:rsid w:val="00440806"/>
    <w:rsid w:val="0044481B"/>
    <w:rsid w:val="00447002"/>
    <w:rsid w:val="00450EFD"/>
    <w:rsid w:val="004538E7"/>
    <w:rsid w:val="00467C8B"/>
    <w:rsid w:val="0047318B"/>
    <w:rsid w:val="0047319F"/>
    <w:rsid w:val="00475600"/>
    <w:rsid w:val="00476741"/>
    <w:rsid w:val="00477615"/>
    <w:rsid w:val="004807B9"/>
    <w:rsid w:val="004826C4"/>
    <w:rsid w:val="004849A3"/>
    <w:rsid w:val="004919B0"/>
    <w:rsid w:val="00492DC1"/>
    <w:rsid w:val="004945A8"/>
    <w:rsid w:val="00495C9F"/>
    <w:rsid w:val="00497CF2"/>
    <w:rsid w:val="004A32AC"/>
    <w:rsid w:val="004A357F"/>
    <w:rsid w:val="004A4198"/>
    <w:rsid w:val="004B09A4"/>
    <w:rsid w:val="004B4A1A"/>
    <w:rsid w:val="004B5F59"/>
    <w:rsid w:val="004C1C51"/>
    <w:rsid w:val="004C36DD"/>
    <w:rsid w:val="004C5E8C"/>
    <w:rsid w:val="004C5F54"/>
    <w:rsid w:val="004C5F9E"/>
    <w:rsid w:val="004C6A71"/>
    <w:rsid w:val="004D1C9E"/>
    <w:rsid w:val="004D6C2C"/>
    <w:rsid w:val="004D7AF8"/>
    <w:rsid w:val="004E151A"/>
    <w:rsid w:val="004E2FAF"/>
    <w:rsid w:val="004E7BF4"/>
    <w:rsid w:val="004E7C62"/>
    <w:rsid w:val="004F0DD1"/>
    <w:rsid w:val="004F1EC5"/>
    <w:rsid w:val="004F32AF"/>
    <w:rsid w:val="004F5F9E"/>
    <w:rsid w:val="004F7894"/>
    <w:rsid w:val="005001DE"/>
    <w:rsid w:val="00500957"/>
    <w:rsid w:val="00501E5C"/>
    <w:rsid w:val="0050217A"/>
    <w:rsid w:val="005024A3"/>
    <w:rsid w:val="00504256"/>
    <w:rsid w:val="00505798"/>
    <w:rsid w:val="00505DC9"/>
    <w:rsid w:val="0050636F"/>
    <w:rsid w:val="00507324"/>
    <w:rsid w:val="00507551"/>
    <w:rsid w:val="005117A8"/>
    <w:rsid w:val="00511BE7"/>
    <w:rsid w:val="00513251"/>
    <w:rsid w:val="00514599"/>
    <w:rsid w:val="00514993"/>
    <w:rsid w:val="00516701"/>
    <w:rsid w:val="00517627"/>
    <w:rsid w:val="00517A56"/>
    <w:rsid w:val="00520AE2"/>
    <w:rsid w:val="0052403F"/>
    <w:rsid w:val="00524CE1"/>
    <w:rsid w:val="00526C05"/>
    <w:rsid w:val="00527842"/>
    <w:rsid w:val="00527BF6"/>
    <w:rsid w:val="00531CB2"/>
    <w:rsid w:val="00534BD6"/>
    <w:rsid w:val="00534FF9"/>
    <w:rsid w:val="0054071C"/>
    <w:rsid w:val="00540996"/>
    <w:rsid w:val="00540CBE"/>
    <w:rsid w:val="00543D63"/>
    <w:rsid w:val="0054404E"/>
    <w:rsid w:val="00545471"/>
    <w:rsid w:val="00545950"/>
    <w:rsid w:val="00550F66"/>
    <w:rsid w:val="00553D75"/>
    <w:rsid w:val="00554BBB"/>
    <w:rsid w:val="00560DDA"/>
    <w:rsid w:val="00562BA5"/>
    <w:rsid w:val="00565C42"/>
    <w:rsid w:val="005678B0"/>
    <w:rsid w:val="00573DAC"/>
    <w:rsid w:val="005741C8"/>
    <w:rsid w:val="0057457A"/>
    <w:rsid w:val="0057646D"/>
    <w:rsid w:val="00577EF3"/>
    <w:rsid w:val="00581B4D"/>
    <w:rsid w:val="00581DD1"/>
    <w:rsid w:val="0058355B"/>
    <w:rsid w:val="00585E5D"/>
    <w:rsid w:val="00587604"/>
    <w:rsid w:val="00595D51"/>
    <w:rsid w:val="00597809"/>
    <w:rsid w:val="00597E35"/>
    <w:rsid w:val="005A32BB"/>
    <w:rsid w:val="005B02AC"/>
    <w:rsid w:val="005B20AE"/>
    <w:rsid w:val="005B2FCA"/>
    <w:rsid w:val="005B34FD"/>
    <w:rsid w:val="005B4A3A"/>
    <w:rsid w:val="005C09EA"/>
    <w:rsid w:val="005C17D8"/>
    <w:rsid w:val="005C1E5E"/>
    <w:rsid w:val="005C33CA"/>
    <w:rsid w:val="005C4057"/>
    <w:rsid w:val="005C6B97"/>
    <w:rsid w:val="005C6EE8"/>
    <w:rsid w:val="005C7EB8"/>
    <w:rsid w:val="005D2A05"/>
    <w:rsid w:val="005D3333"/>
    <w:rsid w:val="005D688E"/>
    <w:rsid w:val="005D78B6"/>
    <w:rsid w:val="005E0090"/>
    <w:rsid w:val="005E1F2C"/>
    <w:rsid w:val="005E1FD4"/>
    <w:rsid w:val="005E2D1A"/>
    <w:rsid w:val="005E3747"/>
    <w:rsid w:val="005E3B01"/>
    <w:rsid w:val="005E3F01"/>
    <w:rsid w:val="005E6F26"/>
    <w:rsid w:val="005F1F80"/>
    <w:rsid w:val="005F4B01"/>
    <w:rsid w:val="005F693D"/>
    <w:rsid w:val="005F6FA8"/>
    <w:rsid w:val="00600FDA"/>
    <w:rsid w:val="00602A22"/>
    <w:rsid w:val="0060339F"/>
    <w:rsid w:val="006048ED"/>
    <w:rsid w:val="006049A4"/>
    <w:rsid w:val="0060536E"/>
    <w:rsid w:val="00607CC2"/>
    <w:rsid w:val="0061178B"/>
    <w:rsid w:val="006130CA"/>
    <w:rsid w:val="00614F8E"/>
    <w:rsid w:val="00615079"/>
    <w:rsid w:val="006150D1"/>
    <w:rsid w:val="00615463"/>
    <w:rsid w:val="00615770"/>
    <w:rsid w:val="0061636E"/>
    <w:rsid w:val="00616F15"/>
    <w:rsid w:val="00620E56"/>
    <w:rsid w:val="00621391"/>
    <w:rsid w:val="0062351A"/>
    <w:rsid w:val="00624165"/>
    <w:rsid w:val="00627155"/>
    <w:rsid w:val="0063363D"/>
    <w:rsid w:val="00636A0C"/>
    <w:rsid w:val="00637444"/>
    <w:rsid w:val="006408C4"/>
    <w:rsid w:val="00641407"/>
    <w:rsid w:val="006425B2"/>
    <w:rsid w:val="0064361D"/>
    <w:rsid w:val="00644A2B"/>
    <w:rsid w:val="006468B4"/>
    <w:rsid w:val="006474A6"/>
    <w:rsid w:val="00653D7C"/>
    <w:rsid w:val="00655142"/>
    <w:rsid w:val="006552C2"/>
    <w:rsid w:val="0066311F"/>
    <w:rsid w:val="00663A77"/>
    <w:rsid w:val="00664A11"/>
    <w:rsid w:val="00665986"/>
    <w:rsid w:val="00670769"/>
    <w:rsid w:val="00671D40"/>
    <w:rsid w:val="00672ECC"/>
    <w:rsid w:val="00673664"/>
    <w:rsid w:val="00676773"/>
    <w:rsid w:val="00676EE2"/>
    <w:rsid w:val="00677AF3"/>
    <w:rsid w:val="006811AB"/>
    <w:rsid w:val="00683B47"/>
    <w:rsid w:val="006847B2"/>
    <w:rsid w:val="006855A1"/>
    <w:rsid w:val="00690155"/>
    <w:rsid w:val="0069085B"/>
    <w:rsid w:val="006911B8"/>
    <w:rsid w:val="00692165"/>
    <w:rsid w:val="00693E81"/>
    <w:rsid w:val="00694050"/>
    <w:rsid w:val="00695DB5"/>
    <w:rsid w:val="00696EA4"/>
    <w:rsid w:val="0069726B"/>
    <w:rsid w:val="006A00F1"/>
    <w:rsid w:val="006A20DB"/>
    <w:rsid w:val="006A3463"/>
    <w:rsid w:val="006A4792"/>
    <w:rsid w:val="006A4AFC"/>
    <w:rsid w:val="006A727E"/>
    <w:rsid w:val="006A753A"/>
    <w:rsid w:val="006A7D63"/>
    <w:rsid w:val="006A7FD6"/>
    <w:rsid w:val="006B39C9"/>
    <w:rsid w:val="006B402A"/>
    <w:rsid w:val="006B7B6D"/>
    <w:rsid w:val="006B7DEA"/>
    <w:rsid w:val="006C33B5"/>
    <w:rsid w:val="006C4292"/>
    <w:rsid w:val="006C4D22"/>
    <w:rsid w:val="006C5BD2"/>
    <w:rsid w:val="006C7247"/>
    <w:rsid w:val="006D0986"/>
    <w:rsid w:val="006D0E6A"/>
    <w:rsid w:val="006D3503"/>
    <w:rsid w:val="006D51B2"/>
    <w:rsid w:val="006D676A"/>
    <w:rsid w:val="006D79B5"/>
    <w:rsid w:val="006D7B03"/>
    <w:rsid w:val="006E6054"/>
    <w:rsid w:val="006F0B17"/>
    <w:rsid w:val="006F387D"/>
    <w:rsid w:val="006F40C8"/>
    <w:rsid w:val="006F57CB"/>
    <w:rsid w:val="00700F84"/>
    <w:rsid w:val="00702467"/>
    <w:rsid w:val="00703141"/>
    <w:rsid w:val="00703C64"/>
    <w:rsid w:val="007049D8"/>
    <w:rsid w:val="00705509"/>
    <w:rsid w:val="00706934"/>
    <w:rsid w:val="007128A3"/>
    <w:rsid w:val="007156C6"/>
    <w:rsid w:val="00717C6C"/>
    <w:rsid w:val="00717C70"/>
    <w:rsid w:val="00720A36"/>
    <w:rsid w:val="00722265"/>
    <w:rsid w:val="00724826"/>
    <w:rsid w:val="007300C1"/>
    <w:rsid w:val="007323A6"/>
    <w:rsid w:val="007345D7"/>
    <w:rsid w:val="00736202"/>
    <w:rsid w:val="00736621"/>
    <w:rsid w:val="00737321"/>
    <w:rsid w:val="0073786D"/>
    <w:rsid w:val="00737B87"/>
    <w:rsid w:val="00741851"/>
    <w:rsid w:val="007438F1"/>
    <w:rsid w:val="00744F8D"/>
    <w:rsid w:val="0074533D"/>
    <w:rsid w:val="00745B94"/>
    <w:rsid w:val="00746283"/>
    <w:rsid w:val="0075001A"/>
    <w:rsid w:val="00750DC4"/>
    <w:rsid w:val="007538B2"/>
    <w:rsid w:val="00760699"/>
    <w:rsid w:val="00762CC9"/>
    <w:rsid w:val="00762DF2"/>
    <w:rsid w:val="00763665"/>
    <w:rsid w:val="00764F99"/>
    <w:rsid w:val="00766F72"/>
    <w:rsid w:val="00767066"/>
    <w:rsid w:val="0077746F"/>
    <w:rsid w:val="0078136D"/>
    <w:rsid w:val="00781A2E"/>
    <w:rsid w:val="0078309E"/>
    <w:rsid w:val="00786CCB"/>
    <w:rsid w:val="0078708C"/>
    <w:rsid w:val="00787FED"/>
    <w:rsid w:val="00790F8B"/>
    <w:rsid w:val="00791EEE"/>
    <w:rsid w:val="0079396D"/>
    <w:rsid w:val="00796368"/>
    <w:rsid w:val="007A04D8"/>
    <w:rsid w:val="007A2AC9"/>
    <w:rsid w:val="007A2C57"/>
    <w:rsid w:val="007A5746"/>
    <w:rsid w:val="007B33A0"/>
    <w:rsid w:val="007B47B3"/>
    <w:rsid w:val="007B522E"/>
    <w:rsid w:val="007B601B"/>
    <w:rsid w:val="007B6EF2"/>
    <w:rsid w:val="007C0D55"/>
    <w:rsid w:val="007C3B3F"/>
    <w:rsid w:val="007C5286"/>
    <w:rsid w:val="007C659D"/>
    <w:rsid w:val="007D05E2"/>
    <w:rsid w:val="007D2D35"/>
    <w:rsid w:val="007D488F"/>
    <w:rsid w:val="007D5BE7"/>
    <w:rsid w:val="007D6BC5"/>
    <w:rsid w:val="007D6C36"/>
    <w:rsid w:val="007D717E"/>
    <w:rsid w:val="007E4406"/>
    <w:rsid w:val="007E6FF7"/>
    <w:rsid w:val="007F11C7"/>
    <w:rsid w:val="007F21B0"/>
    <w:rsid w:val="007F446C"/>
    <w:rsid w:val="007F5E90"/>
    <w:rsid w:val="0080025F"/>
    <w:rsid w:val="00802987"/>
    <w:rsid w:val="00806EF4"/>
    <w:rsid w:val="008075D1"/>
    <w:rsid w:val="00810DAC"/>
    <w:rsid w:val="00811253"/>
    <w:rsid w:val="00811271"/>
    <w:rsid w:val="008118CC"/>
    <w:rsid w:val="008119D8"/>
    <w:rsid w:val="008120D6"/>
    <w:rsid w:val="008149E8"/>
    <w:rsid w:val="00815158"/>
    <w:rsid w:val="00815B9F"/>
    <w:rsid w:val="00815E4E"/>
    <w:rsid w:val="008179A7"/>
    <w:rsid w:val="00820355"/>
    <w:rsid w:val="00821EF7"/>
    <w:rsid w:val="00823164"/>
    <w:rsid w:val="00826B6D"/>
    <w:rsid w:val="008318D7"/>
    <w:rsid w:val="00833229"/>
    <w:rsid w:val="00835A58"/>
    <w:rsid w:val="0084281B"/>
    <w:rsid w:val="00842B10"/>
    <w:rsid w:val="00843233"/>
    <w:rsid w:val="00843EEA"/>
    <w:rsid w:val="0084445F"/>
    <w:rsid w:val="00844D4B"/>
    <w:rsid w:val="00846403"/>
    <w:rsid w:val="00850504"/>
    <w:rsid w:val="00851846"/>
    <w:rsid w:val="00855976"/>
    <w:rsid w:val="00856AF8"/>
    <w:rsid w:val="0086271E"/>
    <w:rsid w:val="00871E6E"/>
    <w:rsid w:val="0087624A"/>
    <w:rsid w:val="00877788"/>
    <w:rsid w:val="00880116"/>
    <w:rsid w:val="00880AD2"/>
    <w:rsid w:val="008837FB"/>
    <w:rsid w:val="00885DB8"/>
    <w:rsid w:val="008871AB"/>
    <w:rsid w:val="008A0E7C"/>
    <w:rsid w:val="008A27D2"/>
    <w:rsid w:val="008A6253"/>
    <w:rsid w:val="008A6872"/>
    <w:rsid w:val="008A7419"/>
    <w:rsid w:val="008B04DA"/>
    <w:rsid w:val="008B1C05"/>
    <w:rsid w:val="008B5FF4"/>
    <w:rsid w:val="008C36B2"/>
    <w:rsid w:val="008C3F8C"/>
    <w:rsid w:val="008C41A6"/>
    <w:rsid w:val="008C7642"/>
    <w:rsid w:val="008D00F8"/>
    <w:rsid w:val="008D2D8C"/>
    <w:rsid w:val="008D32FB"/>
    <w:rsid w:val="008E3BDB"/>
    <w:rsid w:val="008E4EDE"/>
    <w:rsid w:val="008E74EF"/>
    <w:rsid w:val="008E786B"/>
    <w:rsid w:val="008F0338"/>
    <w:rsid w:val="008F2A0D"/>
    <w:rsid w:val="00900ED0"/>
    <w:rsid w:val="009018B7"/>
    <w:rsid w:val="009075FE"/>
    <w:rsid w:val="00907B66"/>
    <w:rsid w:val="00917DAB"/>
    <w:rsid w:val="00921A84"/>
    <w:rsid w:val="00922A32"/>
    <w:rsid w:val="00925233"/>
    <w:rsid w:val="00926D40"/>
    <w:rsid w:val="0092780A"/>
    <w:rsid w:val="00930545"/>
    <w:rsid w:val="009315B5"/>
    <w:rsid w:val="00931A8F"/>
    <w:rsid w:val="0093314E"/>
    <w:rsid w:val="0093426F"/>
    <w:rsid w:val="009347C8"/>
    <w:rsid w:val="00936164"/>
    <w:rsid w:val="00936272"/>
    <w:rsid w:val="00937CAA"/>
    <w:rsid w:val="00944D10"/>
    <w:rsid w:val="00945CF1"/>
    <w:rsid w:val="009466D1"/>
    <w:rsid w:val="0095140D"/>
    <w:rsid w:val="0095248C"/>
    <w:rsid w:val="00952A8A"/>
    <w:rsid w:val="00953C02"/>
    <w:rsid w:val="009542BA"/>
    <w:rsid w:val="009542E7"/>
    <w:rsid w:val="009609A1"/>
    <w:rsid w:val="009635A6"/>
    <w:rsid w:val="00963B05"/>
    <w:rsid w:val="00966624"/>
    <w:rsid w:val="0096676D"/>
    <w:rsid w:val="0096778D"/>
    <w:rsid w:val="009706DA"/>
    <w:rsid w:val="00975AED"/>
    <w:rsid w:val="00975CB0"/>
    <w:rsid w:val="00977A03"/>
    <w:rsid w:val="00980D2B"/>
    <w:rsid w:val="00980DED"/>
    <w:rsid w:val="009810CF"/>
    <w:rsid w:val="00981154"/>
    <w:rsid w:val="00985F27"/>
    <w:rsid w:val="00986865"/>
    <w:rsid w:val="0099089E"/>
    <w:rsid w:val="00991E05"/>
    <w:rsid w:val="00992333"/>
    <w:rsid w:val="00994DEE"/>
    <w:rsid w:val="009A00CF"/>
    <w:rsid w:val="009A03AC"/>
    <w:rsid w:val="009A261A"/>
    <w:rsid w:val="009A32C4"/>
    <w:rsid w:val="009A4876"/>
    <w:rsid w:val="009B0361"/>
    <w:rsid w:val="009B056D"/>
    <w:rsid w:val="009B69DB"/>
    <w:rsid w:val="009B7865"/>
    <w:rsid w:val="009C572B"/>
    <w:rsid w:val="009C5A9E"/>
    <w:rsid w:val="009C69DC"/>
    <w:rsid w:val="009D0B3C"/>
    <w:rsid w:val="009D1D0D"/>
    <w:rsid w:val="009D4C8B"/>
    <w:rsid w:val="009E3A44"/>
    <w:rsid w:val="009E7E87"/>
    <w:rsid w:val="009F0888"/>
    <w:rsid w:val="009F3E4B"/>
    <w:rsid w:val="009F4A06"/>
    <w:rsid w:val="009F6A07"/>
    <w:rsid w:val="009F6D2C"/>
    <w:rsid w:val="00A047FF"/>
    <w:rsid w:val="00A04BC7"/>
    <w:rsid w:val="00A05BAA"/>
    <w:rsid w:val="00A05DA9"/>
    <w:rsid w:val="00A109B2"/>
    <w:rsid w:val="00A1197E"/>
    <w:rsid w:val="00A14195"/>
    <w:rsid w:val="00A15848"/>
    <w:rsid w:val="00A16F7B"/>
    <w:rsid w:val="00A177CB"/>
    <w:rsid w:val="00A20610"/>
    <w:rsid w:val="00A2544C"/>
    <w:rsid w:val="00A27F5B"/>
    <w:rsid w:val="00A30F2F"/>
    <w:rsid w:val="00A31173"/>
    <w:rsid w:val="00A31626"/>
    <w:rsid w:val="00A32297"/>
    <w:rsid w:val="00A329C4"/>
    <w:rsid w:val="00A344B1"/>
    <w:rsid w:val="00A3541A"/>
    <w:rsid w:val="00A40078"/>
    <w:rsid w:val="00A41216"/>
    <w:rsid w:val="00A42AF3"/>
    <w:rsid w:val="00A435B5"/>
    <w:rsid w:val="00A440C3"/>
    <w:rsid w:val="00A44D3D"/>
    <w:rsid w:val="00A53DB1"/>
    <w:rsid w:val="00A56108"/>
    <w:rsid w:val="00A60C57"/>
    <w:rsid w:val="00A62348"/>
    <w:rsid w:val="00A62B02"/>
    <w:rsid w:val="00A666EB"/>
    <w:rsid w:val="00A6705E"/>
    <w:rsid w:val="00A70E74"/>
    <w:rsid w:val="00A83BC7"/>
    <w:rsid w:val="00A84457"/>
    <w:rsid w:val="00A84C7D"/>
    <w:rsid w:val="00A85FEC"/>
    <w:rsid w:val="00A90E4F"/>
    <w:rsid w:val="00A912FE"/>
    <w:rsid w:val="00A924E9"/>
    <w:rsid w:val="00A93A5A"/>
    <w:rsid w:val="00A946BD"/>
    <w:rsid w:val="00AA1B0B"/>
    <w:rsid w:val="00AA1D8D"/>
    <w:rsid w:val="00AA4ABB"/>
    <w:rsid w:val="00AB369A"/>
    <w:rsid w:val="00AB63BD"/>
    <w:rsid w:val="00AC6DDB"/>
    <w:rsid w:val="00AC75C0"/>
    <w:rsid w:val="00AD040C"/>
    <w:rsid w:val="00AD231B"/>
    <w:rsid w:val="00AD25CE"/>
    <w:rsid w:val="00AD287B"/>
    <w:rsid w:val="00AD2ED7"/>
    <w:rsid w:val="00AD58C1"/>
    <w:rsid w:val="00AE099B"/>
    <w:rsid w:val="00AE4221"/>
    <w:rsid w:val="00AE61F7"/>
    <w:rsid w:val="00AE7376"/>
    <w:rsid w:val="00AF0005"/>
    <w:rsid w:val="00AF065C"/>
    <w:rsid w:val="00AF1779"/>
    <w:rsid w:val="00AF29CE"/>
    <w:rsid w:val="00AF2E0E"/>
    <w:rsid w:val="00AF5695"/>
    <w:rsid w:val="00AF797C"/>
    <w:rsid w:val="00B00538"/>
    <w:rsid w:val="00B0264D"/>
    <w:rsid w:val="00B04164"/>
    <w:rsid w:val="00B101DA"/>
    <w:rsid w:val="00B10815"/>
    <w:rsid w:val="00B1252B"/>
    <w:rsid w:val="00B12812"/>
    <w:rsid w:val="00B15036"/>
    <w:rsid w:val="00B1599C"/>
    <w:rsid w:val="00B203BD"/>
    <w:rsid w:val="00B23AE2"/>
    <w:rsid w:val="00B23B47"/>
    <w:rsid w:val="00B246C0"/>
    <w:rsid w:val="00B24C1E"/>
    <w:rsid w:val="00B253EE"/>
    <w:rsid w:val="00B26D7A"/>
    <w:rsid w:val="00B27017"/>
    <w:rsid w:val="00B308D2"/>
    <w:rsid w:val="00B30B41"/>
    <w:rsid w:val="00B3344B"/>
    <w:rsid w:val="00B34303"/>
    <w:rsid w:val="00B366FF"/>
    <w:rsid w:val="00B37D05"/>
    <w:rsid w:val="00B402AD"/>
    <w:rsid w:val="00B403DF"/>
    <w:rsid w:val="00B4093C"/>
    <w:rsid w:val="00B4293E"/>
    <w:rsid w:val="00B449F7"/>
    <w:rsid w:val="00B45279"/>
    <w:rsid w:val="00B4569D"/>
    <w:rsid w:val="00B45B68"/>
    <w:rsid w:val="00B47730"/>
    <w:rsid w:val="00B50F34"/>
    <w:rsid w:val="00B525DB"/>
    <w:rsid w:val="00B53CE7"/>
    <w:rsid w:val="00B553DC"/>
    <w:rsid w:val="00B564DE"/>
    <w:rsid w:val="00B603B2"/>
    <w:rsid w:val="00B60DC9"/>
    <w:rsid w:val="00B64099"/>
    <w:rsid w:val="00B653E7"/>
    <w:rsid w:val="00B65C38"/>
    <w:rsid w:val="00B66CBF"/>
    <w:rsid w:val="00B67D5A"/>
    <w:rsid w:val="00B702E5"/>
    <w:rsid w:val="00B72911"/>
    <w:rsid w:val="00B73972"/>
    <w:rsid w:val="00B73B7F"/>
    <w:rsid w:val="00B75470"/>
    <w:rsid w:val="00B7616D"/>
    <w:rsid w:val="00B81F1E"/>
    <w:rsid w:val="00B82F84"/>
    <w:rsid w:val="00B84263"/>
    <w:rsid w:val="00B86FFC"/>
    <w:rsid w:val="00B87384"/>
    <w:rsid w:val="00B92101"/>
    <w:rsid w:val="00B93A31"/>
    <w:rsid w:val="00B943F7"/>
    <w:rsid w:val="00B94432"/>
    <w:rsid w:val="00B94478"/>
    <w:rsid w:val="00B96222"/>
    <w:rsid w:val="00B96C3C"/>
    <w:rsid w:val="00BA0EE1"/>
    <w:rsid w:val="00BA10BA"/>
    <w:rsid w:val="00BA1520"/>
    <w:rsid w:val="00BA302B"/>
    <w:rsid w:val="00BA35D2"/>
    <w:rsid w:val="00BB0456"/>
    <w:rsid w:val="00BB1659"/>
    <w:rsid w:val="00BB1EBF"/>
    <w:rsid w:val="00BB2356"/>
    <w:rsid w:val="00BB5C87"/>
    <w:rsid w:val="00BB6482"/>
    <w:rsid w:val="00BB663F"/>
    <w:rsid w:val="00BC30AF"/>
    <w:rsid w:val="00BC7271"/>
    <w:rsid w:val="00BD0411"/>
    <w:rsid w:val="00BD5604"/>
    <w:rsid w:val="00BD5F77"/>
    <w:rsid w:val="00BD600D"/>
    <w:rsid w:val="00BE1212"/>
    <w:rsid w:val="00BE217B"/>
    <w:rsid w:val="00BE2ECB"/>
    <w:rsid w:val="00BE34BE"/>
    <w:rsid w:val="00BE5759"/>
    <w:rsid w:val="00BE7EA4"/>
    <w:rsid w:val="00BF319B"/>
    <w:rsid w:val="00BF781A"/>
    <w:rsid w:val="00BF7E02"/>
    <w:rsid w:val="00C017E9"/>
    <w:rsid w:val="00C10DBD"/>
    <w:rsid w:val="00C1346F"/>
    <w:rsid w:val="00C138E9"/>
    <w:rsid w:val="00C13E56"/>
    <w:rsid w:val="00C14C50"/>
    <w:rsid w:val="00C1602B"/>
    <w:rsid w:val="00C20909"/>
    <w:rsid w:val="00C20CCA"/>
    <w:rsid w:val="00C231CE"/>
    <w:rsid w:val="00C27581"/>
    <w:rsid w:val="00C27B41"/>
    <w:rsid w:val="00C312ED"/>
    <w:rsid w:val="00C330DB"/>
    <w:rsid w:val="00C3447B"/>
    <w:rsid w:val="00C34EAA"/>
    <w:rsid w:val="00C353D7"/>
    <w:rsid w:val="00C35B49"/>
    <w:rsid w:val="00C36748"/>
    <w:rsid w:val="00C37039"/>
    <w:rsid w:val="00C377BC"/>
    <w:rsid w:val="00C40669"/>
    <w:rsid w:val="00C42AC9"/>
    <w:rsid w:val="00C51359"/>
    <w:rsid w:val="00C5190C"/>
    <w:rsid w:val="00C53B3D"/>
    <w:rsid w:val="00C546BC"/>
    <w:rsid w:val="00C55CF3"/>
    <w:rsid w:val="00C62BB0"/>
    <w:rsid w:val="00C64380"/>
    <w:rsid w:val="00C643CF"/>
    <w:rsid w:val="00C64570"/>
    <w:rsid w:val="00C64F24"/>
    <w:rsid w:val="00C66403"/>
    <w:rsid w:val="00C6665F"/>
    <w:rsid w:val="00C66B72"/>
    <w:rsid w:val="00C70317"/>
    <w:rsid w:val="00C7384F"/>
    <w:rsid w:val="00C749B9"/>
    <w:rsid w:val="00C847F7"/>
    <w:rsid w:val="00C85074"/>
    <w:rsid w:val="00C86017"/>
    <w:rsid w:val="00C9003A"/>
    <w:rsid w:val="00C900B4"/>
    <w:rsid w:val="00C94B58"/>
    <w:rsid w:val="00C961B5"/>
    <w:rsid w:val="00CA0D7E"/>
    <w:rsid w:val="00CA2A64"/>
    <w:rsid w:val="00CA2B94"/>
    <w:rsid w:val="00CA7448"/>
    <w:rsid w:val="00CB0664"/>
    <w:rsid w:val="00CB1300"/>
    <w:rsid w:val="00CB247A"/>
    <w:rsid w:val="00CB27E3"/>
    <w:rsid w:val="00CB3058"/>
    <w:rsid w:val="00CB3F37"/>
    <w:rsid w:val="00CB6B4D"/>
    <w:rsid w:val="00CC2227"/>
    <w:rsid w:val="00CC410D"/>
    <w:rsid w:val="00CC542D"/>
    <w:rsid w:val="00CC6C26"/>
    <w:rsid w:val="00CD08D0"/>
    <w:rsid w:val="00CD26EC"/>
    <w:rsid w:val="00CD2739"/>
    <w:rsid w:val="00CD6FAF"/>
    <w:rsid w:val="00CD7B9B"/>
    <w:rsid w:val="00CE2585"/>
    <w:rsid w:val="00CE5606"/>
    <w:rsid w:val="00CE6BC8"/>
    <w:rsid w:val="00CEC603"/>
    <w:rsid w:val="00CF1D89"/>
    <w:rsid w:val="00CF1FA7"/>
    <w:rsid w:val="00CF238E"/>
    <w:rsid w:val="00CF2403"/>
    <w:rsid w:val="00CF24B6"/>
    <w:rsid w:val="00CF2765"/>
    <w:rsid w:val="00CF3FB7"/>
    <w:rsid w:val="00CF433E"/>
    <w:rsid w:val="00D009AD"/>
    <w:rsid w:val="00D05223"/>
    <w:rsid w:val="00D056D3"/>
    <w:rsid w:val="00D06CBB"/>
    <w:rsid w:val="00D13963"/>
    <w:rsid w:val="00D13EDF"/>
    <w:rsid w:val="00D149E1"/>
    <w:rsid w:val="00D15534"/>
    <w:rsid w:val="00D16671"/>
    <w:rsid w:val="00D16F88"/>
    <w:rsid w:val="00D26B4B"/>
    <w:rsid w:val="00D310E3"/>
    <w:rsid w:val="00D31138"/>
    <w:rsid w:val="00D32F33"/>
    <w:rsid w:val="00D405A0"/>
    <w:rsid w:val="00D416F7"/>
    <w:rsid w:val="00D451D0"/>
    <w:rsid w:val="00D456E8"/>
    <w:rsid w:val="00D45B34"/>
    <w:rsid w:val="00D4711C"/>
    <w:rsid w:val="00D50033"/>
    <w:rsid w:val="00D50F57"/>
    <w:rsid w:val="00D5138A"/>
    <w:rsid w:val="00D55876"/>
    <w:rsid w:val="00D564A1"/>
    <w:rsid w:val="00D567EC"/>
    <w:rsid w:val="00D579D2"/>
    <w:rsid w:val="00D60DE0"/>
    <w:rsid w:val="00D63E31"/>
    <w:rsid w:val="00D64084"/>
    <w:rsid w:val="00D651C0"/>
    <w:rsid w:val="00D65921"/>
    <w:rsid w:val="00D67A06"/>
    <w:rsid w:val="00D67C25"/>
    <w:rsid w:val="00D71CDA"/>
    <w:rsid w:val="00D71D1E"/>
    <w:rsid w:val="00D736FC"/>
    <w:rsid w:val="00D77A85"/>
    <w:rsid w:val="00D81213"/>
    <w:rsid w:val="00D8321B"/>
    <w:rsid w:val="00D84AA0"/>
    <w:rsid w:val="00D8737B"/>
    <w:rsid w:val="00D91CDF"/>
    <w:rsid w:val="00D94206"/>
    <w:rsid w:val="00D9557E"/>
    <w:rsid w:val="00DA08AF"/>
    <w:rsid w:val="00DA1D22"/>
    <w:rsid w:val="00DA2388"/>
    <w:rsid w:val="00DA3335"/>
    <w:rsid w:val="00DA36FE"/>
    <w:rsid w:val="00DA5AEB"/>
    <w:rsid w:val="00DB0091"/>
    <w:rsid w:val="00DB1071"/>
    <w:rsid w:val="00DB193A"/>
    <w:rsid w:val="00DB5F40"/>
    <w:rsid w:val="00DB6753"/>
    <w:rsid w:val="00DC0A95"/>
    <w:rsid w:val="00DC3242"/>
    <w:rsid w:val="00DC44EA"/>
    <w:rsid w:val="00DC4EB4"/>
    <w:rsid w:val="00DC5ADA"/>
    <w:rsid w:val="00DD36DF"/>
    <w:rsid w:val="00DD734A"/>
    <w:rsid w:val="00DD782E"/>
    <w:rsid w:val="00DE144C"/>
    <w:rsid w:val="00DE1FEC"/>
    <w:rsid w:val="00DE243A"/>
    <w:rsid w:val="00DE7692"/>
    <w:rsid w:val="00DF0D14"/>
    <w:rsid w:val="00DF0E44"/>
    <w:rsid w:val="00DF3678"/>
    <w:rsid w:val="00DF5576"/>
    <w:rsid w:val="00DF756D"/>
    <w:rsid w:val="00E006C6"/>
    <w:rsid w:val="00E00D96"/>
    <w:rsid w:val="00E03E4D"/>
    <w:rsid w:val="00E07D0F"/>
    <w:rsid w:val="00E1077E"/>
    <w:rsid w:val="00E1377F"/>
    <w:rsid w:val="00E13BBE"/>
    <w:rsid w:val="00E14481"/>
    <w:rsid w:val="00E1494D"/>
    <w:rsid w:val="00E20211"/>
    <w:rsid w:val="00E23430"/>
    <w:rsid w:val="00E248AE"/>
    <w:rsid w:val="00E27A84"/>
    <w:rsid w:val="00E30BC6"/>
    <w:rsid w:val="00E30CEF"/>
    <w:rsid w:val="00E3354C"/>
    <w:rsid w:val="00E339E9"/>
    <w:rsid w:val="00E36AC7"/>
    <w:rsid w:val="00E410BA"/>
    <w:rsid w:val="00E428F3"/>
    <w:rsid w:val="00E45E54"/>
    <w:rsid w:val="00E52FAE"/>
    <w:rsid w:val="00E53FC2"/>
    <w:rsid w:val="00E542BC"/>
    <w:rsid w:val="00E5491D"/>
    <w:rsid w:val="00E57B98"/>
    <w:rsid w:val="00E666B3"/>
    <w:rsid w:val="00E66E23"/>
    <w:rsid w:val="00E70809"/>
    <w:rsid w:val="00E723C0"/>
    <w:rsid w:val="00E73763"/>
    <w:rsid w:val="00E746BD"/>
    <w:rsid w:val="00E768D7"/>
    <w:rsid w:val="00E8022E"/>
    <w:rsid w:val="00E8574A"/>
    <w:rsid w:val="00E86E16"/>
    <w:rsid w:val="00E9323D"/>
    <w:rsid w:val="00E932CC"/>
    <w:rsid w:val="00E94563"/>
    <w:rsid w:val="00E9579A"/>
    <w:rsid w:val="00E96646"/>
    <w:rsid w:val="00EA659A"/>
    <w:rsid w:val="00EA6C3C"/>
    <w:rsid w:val="00EA7040"/>
    <w:rsid w:val="00EA726F"/>
    <w:rsid w:val="00EA77E6"/>
    <w:rsid w:val="00EB4073"/>
    <w:rsid w:val="00EB553A"/>
    <w:rsid w:val="00EB61A2"/>
    <w:rsid w:val="00EC2D47"/>
    <w:rsid w:val="00EC401B"/>
    <w:rsid w:val="00ED255E"/>
    <w:rsid w:val="00ED34B4"/>
    <w:rsid w:val="00ED48E9"/>
    <w:rsid w:val="00ED7517"/>
    <w:rsid w:val="00EE2E8D"/>
    <w:rsid w:val="00EE538D"/>
    <w:rsid w:val="00EF0549"/>
    <w:rsid w:val="00EF5E91"/>
    <w:rsid w:val="00EF61A2"/>
    <w:rsid w:val="00EF7C27"/>
    <w:rsid w:val="00F02E7B"/>
    <w:rsid w:val="00F03125"/>
    <w:rsid w:val="00F05FAA"/>
    <w:rsid w:val="00F074D1"/>
    <w:rsid w:val="00F10509"/>
    <w:rsid w:val="00F12811"/>
    <w:rsid w:val="00F14E61"/>
    <w:rsid w:val="00F21602"/>
    <w:rsid w:val="00F21F19"/>
    <w:rsid w:val="00F2221C"/>
    <w:rsid w:val="00F243AB"/>
    <w:rsid w:val="00F24454"/>
    <w:rsid w:val="00F2671F"/>
    <w:rsid w:val="00F32694"/>
    <w:rsid w:val="00F32DC4"/>
    <w:rsid w:val="00F334A9"/>
    <w:rsid w:val="00F33D48"/>
    <w:rsid w:val="00F34E2F"/>
    <w:rsid w:val="00F36477"/>
    <w:rsid w:val="00F3724E"/>
    <w:rsid w:val="00F41658"/>
    <w:rsid w:val="00F419D3"/>
    <w:rsid w:val="00F41E6D"/>
    <w:rsid w:val="00F44CE7"/>
    <w:rsid w:val="00F4737B"/>
    <w:rsid w:val="00F47456"/>
    <w:rsid w:val="00F47D84"/>
    <w:rsid w:val="00F505BC"/>
    <w:rsid w:val="00F50A95"/>
    <w:rsid w:val="00F51171"/>
    <w:rsid w:val="00F51DE4"/>
    <w:rsid w:val="00F55C22"/>
    <w:rsid w:val="00F611FD"/>
    <w:rsid w:val="00F62DFC"/>
    <w:rsid w:val="00F63318"/>
    <w:rsid w:val="00F64E37"/>
    <w:rsid w:val="00F66307"/>
    <w:rsid w:val="00F66E00"/>
    <w:rsid w:val="00F702FE"/>
    <w:rsid w:val="00F7413F"/>
    <w:rsid w:val="00F747AD"/>
    <w:rsid w:val="00F75993"/>
    <w:rsid w:val="00F75A96"/>
    <w:rsid w:val="00F82F03"/>
    <w:rsid w:val="00F845CA"/>
    <w:rsid w:val="00F84C8D"/>
    <w:rsid w:val="00F85A5D"/>
    <w:rsid w:val="00F943A0"/>
    <w:rsid w:val="00F943B0"/>
    <w:rsid w:val="00F96099"/>
    <w:rsid w:val="00FA091A"/>
    <w:rsid w:val="00FA14C0"/>
    <w:rsid w:val="00FA1F13"/>
    <w:rsid w:val="00FA4FE2"/>
    <w:rsid w:val="00FA5E0F"/>
    <w:rsid w:val="00FA658D"/>
    <w:rsid w:val="00FB24F0"/>
    <w:rsid w:val="00FB748C"/>
    <w:rsid w:val="00FC0734"/>
    <w:rsid w:val="00FC0B25"/>
    <w:rsid w:val="00FC50CD"/>
    <w:rsid w:val="00FC5AFD"/>
    <w:rsid w:val="00FC693F"/>
    <w:rsid w:val="00FC70C5"/>
    <w:rsid w:val="00FD3CED"/>
    <w:rsid w:val="00FE2B68"/>
    <w:rsid w:val="00FE2E09"/>
    <w:rsid w:val="00FE30F6"/>
    <w:rsid w:val="00FE4210"/>
    <w:rsid w:val="00FE43E7"/>
    <w:rsid w:val="00FE637E"/>
    <w:rsid w:val="00FF068C"/>
    <w:rsid w:val="00FF104E"/>
    <w:rsid w:val="00FF36A3"/>
    <w:rsid w:val="00FF48A5"/>
    <w:rsid w:val="00FF6A59"/>
    <w:rsid w:val="00FF6EF6"/>
    <w:rsid w:val="00FF72ED"/>
    <w:rsid w:val="011545AE"/>
    <w:rsid w:val="0157B57E"/>
    <w:rsid w:val="0179366C"/>
    <w:rsid w:val="01BED515"/>
    <w:rsid w:val="01E8EAA1"/>
    <w:rsid w:val="01F04BB5"/>
    <w:rsid w:val="0201731F"/>
    <w:rsid w:val="0215B837"/>
    <w:rsid w:val="0250E249"/>
    <w:rsid w:val="026A2C42"/>
    <w:rsid w:val="02929CEA"/>
    <w:rsid w:val="0326C8EE"/>
    <w:rsid w:val="03690FA6"/>
    <w:rsid w:val="03D5CFBB"/>
    <w:rsid w:val="03E9EBAD"/>
    <w:rsid w:val="0406C100"/>
    <w:rsid w:val="04B5D21C"/>
    <w:rsid w:val="04B99DFE"/>
    <w:rsid w:val="04CD057E"/>
    <w:rsid w:val="04DC7816"/>
    <w:rsid w:val="05302C26"/>
    <w:rsid w:val="055951C3"/>
    <w:rsid w:val="05615FCD"/>
    <w:rsid w:val="0564D1E1"/>
    <w:rsid w:val="05C3DA8E"/>
    <w:rsid w:val="05D9ED2D"/>
    <w:rsid w:val="0639B2B2"/>
    <w:rsid w:val="0681275F"/>
    <w:rsid w:val="072C0E0A"/>
    <w:rsid w:val="07B9DAAB"/>
    <w:rsid w:val="08A781BF"/>
    <w:rsid w:val="08C1B54C"/>
    <w:rsid w:val="08C5F29C"/>
    <w:rsid w:val="09169995"/>
    <w:rsid w:val="0920BD89"/>
    <w:rsid w:val="09273F0A"/>
    <w:rsid w:val="093C4D5F"/>
    <w:rsid w:val="09923262"/>
    <w:rsid w:val="0A37B940"/>
    <w:rsid w:val="0A7B9598"/>
    <w:rsid w:val="0AB4E831"/>
    <w:rsid w:val="0AC1F4F6"/>
    <w:rsid w:val="0AFEE34C"/>
    <w:rsid w:val="0B41431D"/>
    <w:rsid w:val="0BD24C42"/>
    <w:rsid w:val="0BDA2044"/>
    <w:rsid w:val="0BE321D0"/>
    <w:rsid w:val="0C18ED29"/>
    <w:rsid w:val="0CBBC24C"/>
    <w:rsid w:val="0D574C1D"/>
    <w:rsid w:val="0D75B4E2"/>
    <w:rsid w:val="0D7D378D"/>
    <w:rsid w:val="0D9D220C"/>
    <w:rsid w:val="0E617495"/>
    <w:rsid w:val="0E78E171"/>
    <w:rsid w:val="0E9736C0"/>
    <w:rsid w:val="0ECA1E14"/>
    <w:rsid w:val="0EDFC7EC"/>
    <w:rsid w:val="0EFCA719"/>
    <w:rsid w:val="0F5F8A87"/>
    <w:rsid w:val="0F8D75E3"/>
    <w:rsid w:val="0F94914C"/>
    <w:rsid w:val="0F9E8C38"/>
    <w:rsid w:val="0F9FDDE9"/>
    <w:rsid w:val="0FC0D8BB"/>
    <w:rsid w:val="0FD656C1"/>
    <w:rsid w:val="0FE2F9FE"/>
    <w:rsid w:val="10461B87"/>
    <w:rsid w:val="104A442C"/>
    <w:rsid w:val="10A4E624"/>
    <w:rsid w:val="10ABB93E"/>
    <w:rsid w:val="10DBF220"/>
    <w:rsid w:val="10E332CB"/>
    <w:rsid w:val="10E84AA6"/>
    <w:rsid w:val="112E70A2"/>
    <w:rsid w:val="1174681A"/>
    <w:rsid w:val="126FF706"/>
    <w:rsid w:val="12B9A680"/>
    <w:rsid w:val="1319A90C"/>
    <w:rsid w:val="132BC87E"/>
    <w:rsid w:val="1360420F"/>
    <w:rsid w:val="13BBA62B"/>
    <w:rsid w:val="13BE188F"/>
    <w:rsid w:val="143D267C"/>
    <w:rsid w:val="144103CC"/>
    <w:rsid w:val="1474A979"/>
    <w:rsid w:val="14EB3FCA"/>
    <w:rsid w:val="1501B729"/>
    <w:rsid w:val="15785AB4"/>
    <w:rsid w:val="158A6ACC"/>
    <w:rsid w:val="15B8D5C1"/>
    <w:rsid w:val="15CD998B"/>
    <w:rsid w:val="15EA0728"/>
    <w:rsid w:val="16034388"/>
    <w:rsid w:val="16273134"/>
    <w:rsid w:val="162BD033"/>
    <w:rsid w:val="162E9ED0"/>
    <w:rsid w:val="1662FF3B"/>
    <w:rsid w:val="16633732"/>
    <w:rsid w:val="16AE084A"/>
    <w:rsid w:val="16E41A65"/>
    <w:rsid w:val="17123F46"/>
    <w:rsid w:val="1759402C"/>
    <w:rsid w:val="176255BE"/>
    <w:rsid w:val="178ED9C6"/>
    <w:rsid w:val="17C0BA77"/>
    <w:rsid w:val="17D0B35C"/>
    <w:rsid w:val="17E0F86C"/>
    <w:rsid w:val="18497217"/>
    <w:rsid w:val="18881811"/>
    <w:rsid w:val="1888B082"/>
    <w:rsid w:val="189DA472"/>
    <w:rsid w:val="18DBD403"/>
    <w:rsid w:val="18DFC227"/>
    <w:rsid w:val="18E76D65"/>
    <w:rsid w:val="18E8D18D"/>
    <w:rsid w:val="1923B456"/>
    <w:rsid w:val="196D15B3"/>
    <w:rsid w:val="1976B652"/>
    <w:rsid w:val="197DEB39"/>
    <w:rsid w:val="19AE870D"/>
    <w:rsid w:val="19CBCAB0"/>
    <w:rsid w:val="19D6075B"/>
    <w:rsid w:val="1A12882B"/>
    <w:rsid w:val="1AA0AA96"/>
    <w:rsid w:val="1AC6FE68"/>
    <w:rsid w:val="1ADBAA26"/>
    <w:rsid w:val="1B582E1B"/>
    <w:rsid w:val="1B9E1FBD"/>
    <w:rsid w:val="1BB1075F"/>
    <w:rsid w:val="1BC8DE0D"/>
    <w:rsid w:val="1C079A86"/>
    <w:rsid w:val="1C2555D4"/>
    <w:rsid w:val="1C706BD2"/>
    <w:rsid w:val="1D2BF85C"/>
    <w:rsid w:val="1D385ACC"/>
    <w:rsid w:val="1D4F4274"/>
    <w:rsid w:val="1D899DD1"/>
    <w:rsid w:val="1D89E2B8"/>
    <w:rsid w:val="1D8FF1E3"/>
    <w:rsid w:val="1D912ABF"/>
    <w:rsid w:val="1D9D72FA"/>
    <w:rsid w:val="1DCC989B"/>
    <w:rsid w:val="1DF37899"/>
    <w:rsid w:val="1DFBFFA3"/>
    <w:rsid w:val="1E12F616"/>
    <w:rsid w:val="1E149D92"/>
    <w:rsid w:val="1EB35D72"/>
    <w:rsid w:val="1F70453D"/>
    <w:rsid w:val="1F81FDC4"/>
    <w:rsid w:val="1FC8A0DB"/>
    <w:rsid w:val="1FD12BF0"/>
    <w:rsid w:val="1FD8808C"/>
    <w:rsid w:val="1FE21999"/>
    <w:rsid w:val="1FF23916"/>
    <w:rsid w:val="200C42F7"/>
    <w:rsid w:val="202F73E5"/>
    <w:rsid w:val="20D87F14"/>
    <w:rsid w:val="2117CB68"/>
    <w:rsid w:val="215ADB54"/>
    <w:rsid w:val="216160F4"/>
    <w:rsid w:val="2169B582"/>
    <w:rsid w:val="2197F2F9"/>
    <w:rsid w:val="219C3C44"/>
    <w:rsid w:val="21A9989B"/>
    <w:rsid w:val="21B35C4F"/>
    <w:rsid w:val="21D5EB97"/>
    <w:rsid w:val="21EB5893"/>
    <w:rsid w:val="21F54B20"/>
    <w:rsid w:val="226A40F3"/>
    <w:rsid w:val="22794FDE"/>
    <w:rsid w:val="2285A2CD"/>
    <w:rsid w:val="234DA482"/>
    <w:rsid w:val="235BE9DE"/>
    <w:rsid w:val="23710DAE"/>
    <w:rsid w:val="23822D05"/>
    <w:rsid w:val="23B7B984"/>
    <w:rsid w:val="23C9C961"/>
    <w:rsid w:val="2401A271"/>
    <w:rsid w:val="2456190F"/>
    <w:rsid w:val="24761D96"/>
    <w:rsid w:val="248BD9C4"/>
    <w:rsid w:val="24980025"/>
    <w:rsid w:val="25662DB3"/>
    <w:rsid w:val="25A70839"/>
    <w:rsid w:val="260D7D38"/>
    <w:rsid w:val="263A3E8A"/>
    <w:rsid w:val="26857B01"/>
    <w:rsid w:val="26D3FF60"/>
    <w:rsid w:val="26E46D26"/>
    <w:rsid w:val="275FD98F"/>
    <w:rsid w:val="276CAE9E"/>
    <w:rsid w:val="277588EA"/>
    <w:rsid w:val="2845D0A9"/>
    <w:rsid w:val="2885149A"/>
    <w:rsid w:val="28ECEFAB"/>
    <w:rsid w:val="28ED1CBB"/>
    <w:rsid w:val="293A0C88"/>
    <w:rsid w:val="295112A4"/>
    <w:rsid w:val="2989393E"/>
    <w:rsid w:val="29B7AC45"/>
    <w:rsid w:val="2A25967F"/>
    <w:rsid w:val="2A3070CB"/>
    <w:rsid w:val="2A83CC7A"/>
    <w:rsid w:val="2AA17931"/>
    <w:rsid w:val="2AE11DEB"/>
    <w:rsid w:val="2B2798C4"/>
    <w:rsid w:val="2B46698E"/>
    <w:rsid w:val="2B721635"/>
    <w:rsid w:val="2B9E2AC8"/>
    <w:rsid w:val="2BA09793"/>
    <w:rsid w:val="2BA32ED7"/>
    <w:rsid w:val="2BCAE2F8"/>
    <w:rsid w:val="2C0932F3"/>
    <w:rsid w:val="2C23E8F6"/>
    <w:rsid w:val="2C6B068B"/>
    <w:rsid w:val="2C6C9477"/>
    <w:rsid w:val="2C9B3FCE"/>
    <w:rsid w:val="2CF4AD76"/>
    <w:rsid w:val="2D63C34E"/>
    <w:rsid w:val="2DE7D8BF"/>
    <w:rsid w:val="2DEF95F5"/>
    <w:rsid w:val="2E0C0AD2"/>
    <w:rsid w:val="2E14ACFE"/>
    <w:rsid w:val="2E2D2030"/>
    <w:rsid w:val="2E5D2FB8"/>
    <w:rsid w:val="2F34C93F"/>
    <w:rsid w:val="2F37DCED"/>
    <w:rsid w:val="2F5B4B7C"/>
    <w:rsid w:val="2F9F30FF"/>
    <w:rsid w:val="2FDBBF67"/>
    <w:rsid w:val="3084EFB3"/>
    <w:rsid w:val="3091FDC1"/>
    <w:rsid w:val="30DF060D"/>
    <w:rsid w:val="30F0CDD8"/>
    <w:rsid w:val="3100E919"/>
    <w:rsid w:val="313920E5"/>
    <w:rsid w:val="3148F587"/>
    <w:rsid w:val="31A6F88F"/>
    <w:rsid w:val="31BD2E12"/>
    <w:rsid w:val="327A0108"/>
    <w:rsid w:val="327E7719"/>
    <w:rsid w:val="3294E30E"/>
    <w:rsid w:val="32FD85CB"/>
    <w:rsid w:val="332C4F54"/>
    <w:rsid w:val="3330618C"/>
    <w:rsid w:val="3330C21F"/>
    <w:rsid w:val="33669227"/>
    <w:rsid w:val="3381B5BB"/>
    <w:rsid w:val="33DCC937"/>
    <w:rsid w:val="33FD4037"/>
    <w:rsid w:val="341F353E"/>
    <w:rsid w:val="343E274E"/>
    <w:rsid w:val="345CDF45"/>
    <w:rsid w:val="34631164"/>
    <w:rsid w:val="3465E54E"/>
    <w:rsid w:val="3467A816"/>
    <w:rsid w:val="349233B1"/>
    <w:rsid w:val="349E1204"/>
    <w:rsid w:val="34B79A2E"/>
    <w:rsid w:val="34C52061"/>
    <w:rsid w:val="34FC76CF"/>
    <w:rsid w:val="35027CDF"/>
    <w:rsid w:val="350BAA36"/>
    <w:rsid w:val="35107613"/>
    <w:rsid w:val="35119668"/>
    <w:rsid w:val="3542CEE4"/>
    <w:rsid w:val="354EEA31"/>
    <w:rsid w:val="3579D4E5"/>
    <w:rsid w:val="358B6461"/>
    <w:rsid w:val="359825C7"/>
    <w:rsid w:val="35BA30EA"/>
    <w:rsid w:val="360414E8"/>
    <w:rsid w:val="364A1655"/>
    <w:rsid w:val="36A9CACF"/>
    <w:rsid w:val="36CDDC6C"/>
    <w:rsid w:val="370A6C0D"/>
    <w:rsid w:val="372AB830"/>
    <w:rsid w:val="374ADF82"/>
    <w:rsid w:val="37603382"/>
    <w:rsid w:val="378F652A"/>
    <w:rsid w:val="37AA5783"/>
    <w:rsid w:val="37CBF609"/>
    <w:rsid w:val="37D458DC"/>
    <w:rsid w:val="38304363"/>
    <w:rsid w:val="384EF9F5"/>
    <w:rsid w:val="38567825"/>
    <w:rsid w:val="38B3885A"/>
    <w:rsid w:val="390325B9"/>
    <w:rsid w:val="393A06D7"/>
    <w:rsid w:val="393FB226"/>
    <w:rsid w:val="3946298C"/>
    <w:rsid w:val="395E805E"/>
    <w:rsid w:val="397375CF"/>
    <w:rsid w:val="397915DC"/>
    <w:rsid w:val="39BA2F3D"/>
    <w:rsid w:val="3A44A022"/>
    <w:rsid w:val="3A6D17F4"/>
    <w:rsid w:val="3AC2995A"/>
    <w:rsid w:val="3B88DCB4"/>
    <w:rsid w:val="3BA7960A"/>
    <w:rsid w:val="3BC0EB4D"/>
    <w:rsid w:val="3BC945A6"/>
    <w:rsid w:val="3BE8F7E3"/>
    <w:rsid w:val="3C1C578C"/>
    <w:rsid w:val="3C2858FF"/>
    <w:rsid w:val="3C287F78"/>
    <w:rsid w:val="3C67882D"/>
    <w:rsid w:val="3CA92377"/>
    <w:rsid w:val="3CC1BA91"/>
    <w:rsid w:val="3CC986DD"/>
    <w:rsid w:val="3CF3D4F9"/>
    <w:rsid w:val="3CFB0EEB"/>
    <w:rsid w:val="3DAB2B59"/>
    <w:rsid w:val="3DD73ECA"/>
    <w:rsid w:val="3DF9A947"/>
    <w:rsid w:val="3E00383A"/>
    <w:rsid w:val="3E04B385"/>
    <w:rsid w:val="3E080214"/>
    <w:rsid w:val="3E7052D9"/>
    <w:rsid w:val="3E9A1CA2"/>
    <w:rsid w:val="3E9CAB2F"/>
    <w:rsid w:val="3EB45900"/>
    <w:rsid w:val="3F127166"/>
    <w:rsid w:val="3F520B29"/>
    <w:rsid w:val="3F6918AF"/>
    <w:rsid w:val="3F871903"/>
    <w:rsid w:val="3FA9ACD7"/>
    <w:rsid w:val="3FAAB46A"/>
    <w:rsid w:val="3FC39D01"/>
    <w:rsid w:val="3FD571A5"/>
    <w:rsid w:val="3FEAD6CB"/>
    <w:rsid w:val="3FEEED81"/>
    <w:rsid w:val="40536DAE"/>
    <w:rsid w:val="409EC7D8"/>
    <w:rsid w:val="40A89CC5"/>
    <w:rsid w:val="40C6E414"/>
    <w:rsid w:val="40D734BD"/>
    <w:rsid w:val="40F1FF0D"/>
    <w:rsid w:val="415BC065"/>
    <w:rsid w:val="41662463"/>
    <w:rsid w:val="4180D738"/>
    <w:rsid w:val="41CF1C93"/>
    <w:rsid w:val="41D5DB89"/>
    <w:rsid w:val="4248E63F"/>
    <w:rsid w:val="42F243D2"/>
    <w:rsid w:val="433A6842"/>
    <w:rsid w:val="43779493"/>
    <w:rsid w:val="43C63879"/>
    <w:rsid w:val="43F6507E"/>
    <w:rsid w:val="44552B70"/>
    <w:rsid w:val="44688898"/>
    <w:rsid w:val="44957141"/>
    <w:rsid w:val="45211399"/>
    <w:rsid w:val="452D0A22"/>
    <w:rsid w:val="452F4B1F"/>
    <w:rsid w:val="453EC4C9"/>
    <w:rsid w:val="453EE8B1"/>
    <w:rsid w:val="454C53E3"/>
    <w:rsid w:val="4555F69C"/>
    <w:rsid w:val="45B7AB34"/>
    <w:rsid w:val="46E8193D"/>
    <w:rsid w:val="46FBB27B"/>
    <w:rsid w:val="4719CB92"/>
    <w:rsid w:val="4735604A"/>
    <w:rsid w:val="4739FA1F"/>
    <w:rsid w:val="4743A896"/>
    <w:rsid w:val="478A1382"/>
    <w:rsid w:val="47A93B68"/>
    <w:rsid w:val="47EADB6B"/>
    <w:rsid w:val="481F1FB6"/>
    <w:rsid w:val="481F8800"/>
    <w:rsid w:val="4821E674"/>
    <w:rsid w:val="4899177A"/>
    <w:rsid w:val="489B10C1"/>
    <w:rsid w:val="48BD162B"/>
    <w:rsid w:val="48BE0E56"/>
    <w:rsid w:val="49378D21"/>
    <w:rsid w:val="494A68E3"/>
    <w:rsid w:val="495355B4"/>
    <w:rsid w:val="499FAA11"/>
    <w:rsid w:val="49AC4898"/>
    <w:rsid w:val="4A6D65CD"/>
    <w:rsid w:val="4A84131A"/>
    <w:rsid w:val="4A8714D2"/>
    <w:rsid w:val="4A95A123"/>
    <w:rsid w:val="4AD1D06C"/>
    <w:rsid w:val="4B2687AC"/>
    <w:rsid w:val="4B683BC8"/>
    <w:rsid w:val="4B72E99E"/>
    <w:rsid w:val="4BD287A4"/>
    <w:rsid w:val="4C12FDB1"/>
    <w:rsid w:val="4C5FBBB8"/>
    <w:rsid w:val="4C89EB97"/>
    <w:rsid w:val="4CFB1731"/>
    <w:rsid w:val="4D00C07B"/>
    <w:rsid w:val="4D079B02"/>
    <w:rsid w:val="4DC428CA"/>
    <w:rsid w:val="4E0E07CA"/>
    <w:rsid w:val="4E91CCEC"/>
    <w:rsid w:val="4EA3BDF6"/>
    <w:rsid w:val="4EA9CC09"/>
    <w:rsid w:val="4EC4E8BB"/>
    <w:rsid w:val="4F28973B"/>
    <w:rsid w:val="4F2B7677"/>
    <w:rsid w:val="4F30FF60"/>
    <w:rsid w:val="4F3BEB76"/>
    <w:rsid w:val="4F481297"/>
    <w:rsid w:val="4F4C2070"/>
    <w:rsid w:val="4FB9A3F5"/>
    <w:rsid w:val="4FC243BC"/>
    <w:rsid w:val="504B9352"/>
    <w:rsid w:val="50A71D09"/>
    <w:rsid w:val="50AB5A18"/>
    <w:rsid w:val="50E2A40A"/>
    <w:rsid w:val="512E4FE9"/>
    <w:rsid w:val="515642AE"/>
    <w:rsid w:val="516AE309"/>
    <w:rsid w:val="5185EE61"/>
    <w:rsid w:val="51C8C652"/>
    <w:rsid w:val="51DD0BA7"/>
    <w:rsid w:val="520D70EF"/>
    <w:rsid w:val="523D658F"/>
    <w:rsid w:val="52C7DC56"/>
    <w:rsid w:val="534BB177"/>
    <w:rsid w:val="53684AFE"/>
    <w:rsid w:val="53736B61"/>
    <w:rsid w:val="53B06F4C"/>
    <w:rsid w:val="54050BAE"/>
    <w:rsid w:val="54352666"/>
    <w:rsid w:val="54F16F3D"/>
    <w:rsid w:val="550E97AE"/>
    <w:rsid w:val="552B4257"/>
    <w:rsid w:val="553294A2"/>
    <w:rsid w:val="557AA339"/>
    <w:rsid w:val="5586A00A"/>
    <w:rsid w:val="55870E4B"/>
    <w:rsid w:val="55DA46DA"/>
    <w:rsid w:val="5614E05C"/>
    <w:rsid w:val="5618DD8F"/>
    <w:rsid w:val="567A88E2"/>
    <w:rsid w:val="56856FED"/>
    <w:rsid w:val="570829C3"/>
    <w:rsid w:val="572E7019"/>
    <w:rsid w:val="57310534"/>
    <w:rsid w:val="573A63BF"/>
    <w:rsid w:val="576A4D40"/>
    <w:rsid w:val="5796585C"/>
    <w:rsid w:val="579AE30A"/>
    <w:rsid w:val="579F95FE"/>
    <w:rsid w:val="579FFA3A"/>
    <w:rsid w:val="57CFB312"/>
    <w:rsid w:val="57FD4457"/>
    <w:rsid w:val="5800D1BA"/>
    <w:rsid w:val="582FA325"/>
    <w:rsid w:val="5834D386"/>
    <w:rsid w:val="58549C2C"/>
    <w:rsid w:val="5876731B"/>
    <w:rsid w:val="5879E973"/>
    <w:rsid w:val="58D527FB"/>
    <w:rsid w:val="58E03EB6"/>
    <w:rsid w:val="5908FDCE"/>
    <w:rsid w:val="59D27158"/>
    <w:rsid w:val="59E8377F"/>
    <w:rsid w:val="59EC9727"/>
    <w:rsid w:val="59FB89F8"/>
    <w:rsid w:val="5AE53337"/>
    <w:rsid w:val="5AF33A50"/>
    <w:rsid w:val="5B21BC49"/>
    <w:rsid w:val="5B5DD7D6"/>
    <w:rsid w:val="5B9D7354"/>
    <w:rsid w:val="5BBEC1C7"/>
    <w:rsid w:val="5C02C45E"/>
    <w:rsid w:val="5C38D945"/>
    <w:rsid w:val="5D23D728"/>
    <w:rsid w:val="5D6031BD"/>
    <w:rsid w:val="5D6B92AE"/>
    <w:rsid w:val="5DC4E08B"/>
    <w:rsid w:val="5E6A3B99"/>
    <w:rsid w:val="5E9D2458"/>
    <w:rsid w:val="5F0C8DEC"/>
    <w:rsid w:val="5F14C16D"/>
    <w:rsid w:val="5F5D52E6"/>
    <w:rsid w:val="5FDD75A6"/>
    <w:rsid w:val="5FFA6256"/>
    <w:rsid w:val="61079ED0"/>
    <w:rsid w:val="61632FB9"/>
    <w:rsid w:val="617AA9C1"/>
    <w:rsid w:val="62264A7B"/>
    <w:rsid w:val="62448F50"/>
    <w:rsid w:val="627C9DFE"/>
    <w:rsid w:val="6280A15D"/>
    <w:rsid w:val="62896D00"/>
    <w:rsid w:val="62B17CB3"/>
    <w:rsid w:val="62F24820"/>
    <w:rsid w:val="63266885"/>
    <w:rsid w:val="63306849"/>
    <w:rsid w:val="634F6AC8"/>
    <w:rsid w:val="637727E7"/>
    <w:rsid w:val="642FE134"/>
    <w:rsid w:val="64461121"/>
    <w:rsid w:val="64774648"/>
    <w:rsid w:val="647A6DED"/>
    <w:rsid w:val="651CFA46"/>
    <w:rsid w:val="6549D907"/>
    <w:rsid w:val="65870683"/>
    <w:rsid w:val="65FFE208"/>
    <w:rsid w:val="6667916B"/>
    <w:rsid w:val="66D9C2DE"/>
    <w:rsid w:val="67061948"/>
    <w:rsid w:val="6750B60B"/>
    <w:rsid w:val="67792250"/>
    <w:rsid w:val="6783AA00"/>
    <w:rsid w:val="6787E4D5"/>
    <w:rsid w:val="678E938F"/>
    <w:rsid w:val="67B04827"/>
    <w:rsid w:val="6833A8F9"/>
    <w:rsid w:val="6842342C"/>
    <w:rsid w:val="6848D39E"/>
    <w:rsid w:val="691231FB"/>
    <w:rsid w:val="692AD86F"/>
    <w:rsid w:val="696AD321"/>
    <w:rsid w:val="697F9919"/>
    <w:rsid w:val="69B01874"/>
    <w:rsid w:val="69CD61F2"/>
    <w:rsid w:val="69D0C30B"/>
    <w:rsid w:val="69DA8294"/>
    <w:rsid w:val="69F52B44"/>
    <w:rsid w:val="6A133364"/>
    <w:rsid w:val="6A309B9C"/>
    <w:rsid w:val="6A6856DA"/>
    <w:rsid w:val="6A9360FB"/>
    <w:rsid w:val="6AA8712E"/>
    <w:rsid w:val="6B2D9F2A"/>
    <w:rsid w:val="6B54D7D7"/>
    <w:rsid w:val="6C276028"/>
    <w:rsid w:val="6C9E1429"/>
    <w:rsid w:val="6CC34D94"/>
    <w:rsid w:val="6CF120B9"/>
    <w:rsid w:val="6D123747"/>
    <w:rsid w:val="6D24E63C"/>
    <w:rsid w:val="6D456F11"/>
    <w:rsid w:val="6D781DEA"/>
    <w:rsid w:val="6D7C275B"/>
    <w:rsid w:val="6D94B912"/>
    <w:rsid w:val="6DE69165"/>
    <w:rsid w:val="6DE9A2D1"/>
    <w:rsid w:val="6E410189"/>
    <w:rsid w:val="6EB81625"/>
    <w:rsid w:val="6F1546D4"/>
    <w:rsid w:val="6F3CD074"/>
    <w:rsid w:val="6F595D64"/>
    <w:rsid w:val="6F6EF91D"/>
    <w:rsid w:val="6FB71F16"/>
    <w:rsid w:val="6FBE3F7D"/>
    <w:rsid w:val="6FCCE5E6"/>
    <w:rsid w:val="6FE4BC48"/>
    <w:rsid w:val="701D90B3"/>
    <w:rsid w:val="704C8D87"/>
    <w:rsid w:val="70609D02"/>
    <w:rsid w:val="7075DFB6"/>
    <w:rsid w:val="707C53DC"/>
    <w:rsid w:val="70A5B269"/>
    <w:rsid w:val="70AE73A3"/>
    <w:rsid w:val="70CB138A"/>
    <w:rsid w:val="70D12133"/>
    <w:rsid w:val="712CA42C"/>
    <w:rsid w:val="713CDC9D"/>
    <w:rsid w:val="713DA0D5"/>
    <w:rsid w:val="714D5D4F"/>
    <w:rsid w:val="71712F1C"/>
    <w:rsid w:val="7178F273"/>
    <w:rsid w:val="71C71CCF"/>
    <w:rsid w:val="71E0E0B1"/>
    <w:rsid w:val="7235B5BF"/>
    <w:rsid w:val="729EA16E"/>
    <w:rsid w:val="72C7B5C2"/>
    <w:rsid w:val="72E1989C"/>
    <w:rsid w:val="7335E999"/>
    <w:rsid w:val="733BDBFC"/>
    <w:rsid w:val="7364CB55"/>
    <w:rsid w:val="73CB0677"/>
    <w:rsid w:val="73E7649B"/>
    <w:rsid w:val="7425F1F5"/>
    <w:rsid w:val="7429CF82"/>
    <w:rsid w:val="744395B9"/>
    <w:rsid w:val="746A5CA3"/>
    <w:rsid w:val="74D6F06D"/>
    <w:rsid w:val="751B0A75"/>
    <w:rsid w:val="752877D0"/>
    <w:rsid w:val="7550605D"/>
    <w:rsid w:val="75A62B80"/>
    <w:rsid w:val="75AA701F"/>
    <w:rsid w:val="75AA748F"/>
    <w:rsid w:val="75BC8D9B"/>
    <w:rsid w:val="75CCBC0A"/>
    <w:rsid w:val="75E1F2CB"/>
    <w:rsid w:val="760C5FE4"/>
    <w:rsid w:val="7612A858"/>
    <w:rsid w:val="763BE4FA"/>
    <w:rsid w:val="76808F1C"/>
    <w:rsid w:val="7686AF05"/>
    <w:rsid w:val="769927F6"/>
    <w:rsid w:val="76EF5B8E"/>
    <w:rsid w:val="778733E9"/>
    <w:rsid w:val="779BB4AC"/>
    <w:rsid w:val="77A02941"/>
    <w:rsid w:val="77F1DF29"/>
    <w:rsid w:val="78278F46"/>
    <w:rsid w:val="78AE8A96"/>
    <w:rsid w:val="78B3D5D0"/>
    <w:rsid w:val="78D284D3"/>
    <w:rsid w:val="78F0E04D"/>
    <w:rsid w:val="79317B6F"/>
    <w:rsid w:val="7A7BDCA0"/>
    <w:rsid w:val="7AA9970E"/>
    <w:rsid w:val="7B061028"/>
    <w:rsid w:val="7B4EDB26"/>
    <w:rsid w:val="7B716165"/>
    <w:rsid w:val="7BB7D324"/>
    <w:rsid w:val="7BBB6555"/>
    <w:rsid w:val="7BCC7C0F"/>
    <w:rsid w:val="7C0F407A"/>
    <w:rsid w:val="7C144759"/>
    <w:rsid w:val="7C7CE396"/>
    <w:rsid w:val="7C904344"/>
    <w:rsid w:val="7CBE3B46"/>
    <w:rsid w:val="7D2E04FB"/>
    <w:rsid w:val="7D412368"/>
    <w:rsid w:val="7D4BF896"/>
    <w:rsid w:val="7D8CB1BD"/>
    <w:rsid w:val="7D9ABF83"/>
    <w:rsid w:val="7DF337C5"/>
    <w:rsid w:val="7E0662E9"/>
    <w:rsid w:val="7E30E02D"/>
    <w:rsid w:val="7E5D471B"/>
    <w:rsid w:val="7E73E67C"/>
    <w:rsid w:val="7E880D25"/>
    <w:rsid w:val="7E9A9AD4"/>
    <w:rsid w:val="7EA75B04"/>
    <w:rsid w:val="7F0C5E2A"/>
    <w:rsid w:val="7F9DC30A"/>
    <w:rsid w:val="7FAD4A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4B3482D"/>
  <w14:defaultImageDpi w14:val="300"/>
  <w15:docId w15:val="{E5C9B40B-1CCE-4C69-BDB7-C4C1A4F2D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C693F"/>
  </w:style>
  <w:style w:type="paragraph" w:styleId="Virsraksts1">
    <w:name w:val="heading 1"/>
    <w:basedOn w:val="Parasts"/>
    <w:next w:val="Parasts"/>
    <w:link w:val="Virsraksts1Rakstz"/>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Virsraksts2">
    <w:name w:val="heading 2"/>
    <w:basedOn w:val="Parasts"/>
    <w:next w:val="Parasts"/>
    <w:link w:val="Virsraksts2Rakstz"/>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Virsraksts3">
    <w:name w:val="heading 3"/>
    <w:basedOn w:val="Parasts"/>
    <w:next w:val="Parasts"/>
    <w:link w:val="Virsraksts3Rakstz"/>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Virsraksts4">
    <w:name w:val="heading 4"/>
    <w:basedOn w:val="Parasts"/>
    <w:next w:val="Parasts"/>
    <w:link w:val="Virsraksts4Rakstz"/>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Virsraksts5">
    <w:name w:val="heading 5"/>
    <w:basedOn w:val="Parasts"/>
    <w:next w:val="Parasts"/>
    <w:link w:val="Virsraksts5Rakstz"/>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Virsraksts6">
    <w:name w:val="heading 6"/>
    <w:basedOn w:val="Parasts"/>
    <w:next w:val="Parasts"/>
    <w:link w:val="Virsraksts6Rakstz"/>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Virsraksts7">
    <w:name w:val="heading 7"/>
    <w:basedOn w:val="Parasts"/>
    <w:next w:val="Parasts"/>
    <w:link w:val="Virsraksts7Rakstz"/>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Virsraksts8">
    <w:name w:val="heading 8"/>
    <w:basedOn w:val="Parasts"/>
    <w:next w:val="Parasts"/>
    <w:link w:val="Virsraksts8Rakstz"/>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Virsraksts9">
    <w:name w:val="heading 9"/>
    <w:basedOn w:val="Parasts"/>
    <w:next w:val="Parasts"/>
    <w:link w:val="Virsraksts9Rakstz"/>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E618BF"/>
    <w:pPr>
      <w:tabs>
        <w:tab w:val="center" w:pos="4680"/>
        <w:tab w:val="right" w:pos="9360"/>
      </w:tabs>
      <w:spacing w:after="0" w:line="240" w:lineRule="auto"/>
    </w:pPr>
  </w:style>
  <w:style w:type="character" w:customStyle="1" w:styleId="GalveneRakstz">
    <w:name w:val="Galvene Rakstz."/>
    <w:basedOn w:val="Noklusjumarindkopasfonts"/>
    <w:link w:val="Galvene"/>
    <w:uiPriority w:val="99"/>
    <w:rsid w:val="00E618BF"/>
  </w:style>
  <w:style w:type="paragraph" w:styleId="Kjene">
    <w:name w:val="footer"/>
    <w:basedOn w:val="Parasts"/>
    <w:link w:val="KjeneRakstz"/>
    <w:uiPriority w:val="99"/>
    <w:unhideWhenUsed/>
    <w:rsid w:val="00E618BF"/>
    <w:pPr>
      <w:tabs>
        <w:tab w:val="center" w:pos="4680"/>
        <w:tab w:val="right" w:pos="9360"/>
      </w:tabs>
      <w:spacing w:after="0" w:line="240" w:lineRule="auto"/>
    </w:pPr>
  </w:style>
  <w:style w:type="character" w:customStyle="1" w:styleId="KjeneRakstz">
    <w:name w:val="Kājene Rakstz."/>
    <w:basedOn w:val="Noklusjumarindkopasfonts"/>
    <w:link w:val="Kjene"/>
    <w:uiPriority w:val="99"/>
    <w:rsid w:val="00E618BF"/>
  </w:style>
  <w:style w:type="paragraph" w:styleId="Bezatstarpm">
    <w:name w:val="No Spacing"/>
    <w:uiPriority w:val="1"/>
    <w:qFormat/>
    <w:rsid w:val="00FC693F"/>
    <w:pPr>
      <w:spacing w:after="0" w:line="240" w:lineRule="auto"/>
    </w:pPr>
  </w:style>
  <w:style w:type="character" w:customStyle="1" w:styleId="Virsraksts1Rakstz">
    <w:name w:val="Virsraksts 1 Rakstz."/>
    <w:basedOn w:val="Noklusjumarindkopasfonts"/>
    <w:link w:val="Virsrakst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Virsraksts2Rakstz">
    <w:name w:val="Virsraksts 2 Rakstz."/>
    <w:basedOn w:val="Noklusjumarindkopasfonts"/>
    <w:link w:val="Virsraksts2"/>
    <w:uiPriority w:val="9"/>
    <w:rsid w:val="00FC693F"/>
    <w:rPr>
      <w:rFonts w:asciiTheme="majorHAnsi" w:eastAsiaTheme="majorEastAsia" w:hAnsiTheme="majorHAnsi" w:cstheme="majorBidi"/>
      <w:b/>
      <w:bCs/>
      <w:color w:val="4F81BD" w:themeColor="accent1"/>
      <w:sz w:val="26"/>
      <w:szCs w:val="26"/>
    </w:rPr>
  </w:style>
  <w:style w:type="character" w:customStyle="1" w:styleId="Virsraksts3Rakstz">
    <w:name w:val="Virsraksts 3 Rakstz."/>
    <w:basedOn w:val="Noklusjumarindkopasfonts"/>
    <w:link w:val="Virsraksts3"/>
    <w:uiPriority w:val="9"/>
    <w:rsid w:val="00FC693F"/>
    <w:rPr>
      <w:rFonts w:asciiTheme="majorHAnsi" w:eastAsiaTheme="majorEastAsia" w:hAnsiTheme="majorHAnsi" w:cstheme="majorBidi"/>
      <w:b/>
      <w:bCs/>
      <w:color w:val="4F81BD" w:themeColor="accent1"/>
    </w:rPr>
  </w:style>
  <w:style w:type="paragraph" w:styleId="Nosaukums">
    <w:name w:val="Title"/>
    <w:basedOn w:val="Parasts"/>
    <w:next w:val="Parasts"/>
    <w:link w:val="NosaukumsRakstz"/>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osaukumsRakstz">
    <w:name w:val="Nosaukums Rakstz."/>
    <w:basedOn w:val="Noklusjumarindkopasfonts"/>
    <w:link w:val="Nosaukum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pakvirsraksts">
    <w:name w:val="Subtitle"/>
    <w:basedOn w:val="Parasts"/>
    <w:next w:val="Parasts"/>
    <w:link w:val="ApakvirsrakstsRakstz"/>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pakvirsrakstsRakstz">
    <w:name w:val="Apakšvirsraksts Rakstz."/>
    <w:basedOn w:val="Noklusjumarindkopasfonts"/>
    <w:link w:val="Apakvirsraksts"/>
    <w:uiPriority w:val="11"/>
    <w:rsid w:val="00FC693F"/>
    <w:rPr>
      <w:rFonts w:asciiTheme="majorHAnsi" w:eastAsiaTheme="majorEastAsia" w:hAnsiTheme="majorHAnsi" w:cstheme="majorBidi"/>
      <w:i/>
      <w:iCs/>
      <w:color w:val="4F81BD" w:themeColor="accent1"/>
      <w:spacing w:val="15"/>
      <w:sz w:val="24"/>
      <w:szCs w:val="24"/>
    </w:rPr>
  </w:style>
  <w:style w:type="paragraph" w:styleId="Sarakstarindkopa">
    <w:name w:val="List Paragraph"/>
    <w:basedOn w:val="Parasts"/>
    <w:uiPriority w:val="34"/>
    <w:qFormat/>
    <w:rsid w:val="00FC693F"/>
    <w:pPr>
      <w:ind w:left="720"/>
      <w:contextualSpacing/>
    </w:pPr>
  </w:style>
  <w:style w:type="paragraph" w:styleId="Pamatteksts">
    <w:name w:val="Body Text"/>
    <w:basedOn w:val="Parasts"/>
    <w:link w:val="PamattekstsRakstz"/>
    <w:uiPriority w:val="99"/>
    <w:unhideWhenUsed/>
    <w:rsid w:val="00AA1D8D"/>
    <w:pPr>
      <w:spacing w:after="120"/>
    </w:pPr>
  </w:style>
  <w:style w:type="character" w:customStyle="1" w:styleId="PamattekstsRakstz">
    <w:name w:val="Pamatteksts Rakstz."/>
    <w:basedOn w:val="Noklusjumarindkopasfonts"/>
    <w:link w:val="Pamatteksts"/>
    <w:uiPriority w:val="99"/>
    <w:rsid w:val="00AA1D8D"/>
  </w:style>
  <w:style w:type="paragraph" w:styleId="Pamatteksts2">
    <w:name w:val="Body Text 2"/>
    <w:basedOn w:val="Parasts"/>
    <w:link w:val="Pamatteksts2Rakstz"/>
    <w:uiPriority w:val="99"/>
    <w:unhideWhenUsed/>
    <w:rsid w:val="00AA1D8D"/>
    <w:pPr>
      <w:spacing w:after="120" w:line="480" w:lineRule="auto"/>
    </w:pPr>
  </w:style>
  <w:style w:type="character" w:customStyle="1" w:styleId="Pamatteksts2Rakstz">
    <w:name w:val="Pamatteksts 2 Rakstz."/>
    <w:basedOn w:val="Noklusjumarindkopasfonts"/>
    <w:link w:val="Pamatteksts2"/>
    <w:uiPriority w:val="99"/>
    <w:rsid w:val="00AA1D8D"/>
  </w:style>
  <w:style w:type="paragraph" w:styleId="Pamatteksts3">
    <w:name w:val="Body Text 3"/>
    <w:basedOn w:val="Parasts"/>
    <w:link w:val="Pamatteksts3Rakstz"/>
    <w:uiPriority w:val="99"/>
    <w:unhideWhenUsed/>
    <w:rsid w:val="00AA1D8D"/>
    <w:pPr>
      <w:spacing w:after="120"/>
    </w:pPr>
    <w:rPr>
      <w:sz w:val="16"/>
      <w:szCs w:val="16"/>
    </w:rPr>
  </w:style>
  <w:style w:type="character" w:customStyle="1" w:styleId="Pamatteksts3Rakstz">
    <w:name w:val="Pamatteksts 3 Rakstz."/>
    <w:basedOn w:val="Noklusjumarindkopasfonts"/>
    <w:link w:val="Pamatteksts3"/>
    <w:uiPriority w:val="99"/>
    <w:rsid w:val="00AA1D8D"/>
    <w:rPr>
      <w:sz w:val="16"/>
      <w:szCs w:val="16"/>
    </w:rPr>
  </w:style>
  <w:style w:type="paragraph" w:styleId="Saraksts">
    <w:name w:val="List"/>
    <w:basedOn w:val="Parasts"/>
    <w:uiPriority w:val="99"/>
    <w:unhideWhenUsed/>
    <w:rsid w:val="00AA1D8D"/>
    <w:pPr>
      <w:ind w:left="360" w:hanging="360"/>
      <w:contextualSpacing/>
    </w:pPr>
  </w:style>
  <w:style w:type="paragraph" w:styleId="Saraksts2">
    <w:name w:val="List 2"/>
    <w:basedOn w:val="Parasts"/>
    <w:uiPriority w:val="99"/>
    <w:unhideWhenUsed/>
    <w:rsid w:val="00326F90"/>
    <w:pPr>
      <w:ind w:left="720" w:hanging="360"/>
      <w:contextualSpacing/>
    </w:pPr>
  </w:style>
  <w:style w:type="paragraph" w:styleId="Saraksts3">
    <w:name w:val="List 3"/>
    <w:basedOn w:val="Parasts"/>
    <w:uiPriority w:val="99"/>
    <w:unhideWhenUsed/>
    <w:rsid w:val="00326F90"/>
    <w:pPr>
      <w:ind w:left="1080" w:hanging="360"/>
      <w:contextualSpacing/>
    </w:pPr>
  </w:style>
  <w:style w:type="paragraph" w:styleId="Sarakstaaizzme">
    <w:name w:val="List Bullet"/>
    <w:basedOn w:val="Parasts"/>
    <w:uiPriority w:val="99"/>
    <w:unhideWhenUsed/>
    <w:rsid w:val="00326F90"/>
    <w:pPr>
      <w:numPr>
        <w:numId w:val="31"/>
      </w:numPr>
      <w:contextualSpacing/>
    </w:pPr>
  </w:style>
  <w:style w:type="paragraph" w:styleId="Sarakstaaizzme2">
    <w:name w:val="List Bullet 2"/>
    <w:basedOn w:val="Parasts"/>
    <w:uiPriority w:val="99"/>
    <w:unhideWhenUsed/>
    <w:rsid w:val="00326F90"/>
    <w:pPr>
      <w:numPr>
        <w:numId w:val="20"/>
      </w:numPr>
      <w:contextualSpacing/>
    </w:pPr>
  </w:style>
  <w:style w:type="paragraph" w:styleId="Sarakstaaizzme3">
    <w:name w:val="List Bullet 3"/>
    <w:basedOn w:val="Parasts"/>
    <w:uiPriority w:val="99"/>
    <w:unhideWhenUsed/>
    <w:rsid w:val="00326F90"/>
    <w:pPr>
      <w:numPr>
        <w:numId w:val="27"/>
      </w:numPr>
      <w:contextualSpacing/>
    </w:pPr>
  </w:style>
  <w:style w:type="paragraph" w:styleId="Sarakstanumurs">
    <w:name w:val="List Number"/>
    <w:basedOn w:val="Parasts"/>
    <w:uiPriority w:val="99"/>
    <w:unhideWhenUsed/>
    <w:rsid w:val="00326F90"/>
    <w:pPr>
      <w:numPr>
        <w:numId w:val="17"/>
      </w:numPr>
      <w:contextualSpacing/>
    </w:pPr>
  </w:style>
  <w:style w:type="paragraph" w:styleId="Sarakstanumurs2">
    <w:name w:val="List Number 2"/>
    <w:basedOn w:val="Parasts"/>
    <w:uiPriority w:val="99"/>
    <w:unhideWhenUsed/>
    <w:rsid w:val="0029639D"/>
    <w:pPr>
      <w:numPr>
        <w:numId w:val="25"/>
      </w:numPr>
      <w:contextualSpacing/>
    </w:pPr>
  </w:style>
  <w:style w:type="paragraph" w:styleId="Sarakstanumurs3">
    <w:name w:val="List Number 3"/>
    <w:basedOn w:val="Parasts"/>
    <w:uiPriority w:val="99"/>
    <w:unhideWhenUsed/>
    <w:rsid w:val="0029639D"/>
    <w:pPr>
      <w:numPr>
        <w:numId w:val="18"/>
      </w:numPr>
      <w:contextualSpacing/>
    </w:pPr>
  </w:style>
  <w:style w:type="paragraph" w:styleId="Sarakstaturpinjums">
    <w:name w:val="List Continue"/>
    <w:basedOn w:val="Parasts"/>
    <w:uiPriority w:val="99"/>
    <w:unhideWhenUsed/>
    <w:rsid w:val="0029639D"/>
    <w:pPr>
      <w:spacing w:after="120"/>
      <w:ind w:left="360"/>
      <w:contextualSpacing/>
    </w:pPr>
  </w:style>
  <w:style w:type="paragraph" w:styleId="Sarakstaturpinjums2">
    <w:name w:val="List Continue 2"/>
    <w:basedOn w:val="Parasts"/>
    <w:uiPriority w:val="99"/>
    <w:unhideWhenUsed/>
    <w:rsid w:val="0029639D"/>
    <w:pPr>
      <w:spacing w:after="120"/>
      <w:ind w:left="720"/>
      <w:contextualSpacing/>
    </w:pPr>
  </w:style>
  <w:style w:type="paragraph" w:styleId="Sarakstaturpinjums3">
    <w:name w:val="List Continue 3"/>
    <w:basedOn w:val="Parasts"/>
    <w:uiPriority w:val="99"/>
    <w:unhideWhenUsed/>
    <w:rsid w:val="0029639D"/>
    <w:pPr>
      <w:spacing w:after="120"/>
      <w:ind w:left="1080"/>
      <w:contextualSpacing/>
    </w:pPr>
  </w:style>
  <w:style w:type="paragraph" w:styleId="Makroteksts">
    <w:name w:val="macro"/>
    <w:link w:val="MakrotekstsRakstz"/>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sRakstz">
    <w:name w:val="Makro teksts Rakstz."/>
    <w:basedOn w:val="Noklusjumarindkopasfonts"/>
    <w:link w:val="Makroteksts"/>
    <w:uiPriority w:val="99"/>
    <w:rsid w:val="0029639D"/>
    <w:rPr>
      <w:rFonts w:ascii="Courier" w:hAnsi="Courier"/>
      <w:sz w:val="20"/>
      <w:szCs w:val="20"/>
    </w:rPr>
  </w:style>
  <w:style w:type="paragraph" w:styleId="Citts">
    <w:name w:val="Quote"/>
    <w:basedOn w:val="Parasts"/>
    <w:next w:val="Parasts"/>
    <w:link w:val="CittsRakstz"/>
    <w:uiPriority w:val="29"/>
    <w:qFormat/>
    <w:rsid w:val="00FC693F"/>
    <w:rPr>
      <w:i/>
      <w:iCs/>
      <w:color w:val="000000" w:themeColor="text1"/>
    </w:rPr>
  </w:style>
  <w:style w:type="character" w:customStyle="1" w:styleId="CittsRakstz">
    <w:name w:val="Citāts Rakstz."/>
    <w:basedOn w:val="Noklusjumarindkopasfonts"/>
    <w:link w:val="Citts"/>
    <w:uiPriority w:val="29"/>
    <w:rsid w:val="00FC693F"/>
    <w:rPr>
      <w:i/>
      <w:iCs/>
      <w:color w:val="000000" w:themeColor="text1"/>
    </w:rPr>
  </w:style>
  <w:style w:type="character" w:customStyle="1" w:styleId="Virsraksts4Rakstz">
    <w:name w:val="Virsraksts 4 Rakstz."/>
    <w:basedOn w:val="Noklusjumarindkopasfonts"/>
    <w:link w:val="Virsraksts4"/>
    <w:uiPriority w:val="9"/>
    <w:rsid w:val="00FC693F"/>
    <w:rPr>
      <w:rFonts w:asciiTheme="majorHAnsi" w:eastAsiaTheme="majorEastAsia" w:hAnsiTheme="majorHAnsi" w:cstheme="majorBidi"/>
      <w:b/>
      <w:bCs/>
      <w:i/>
      <w:iCs/>
      <w:color w:val="4F81BD" w:themeColor="accent1"/>
    </w:rPr>
  </w:style>
  <w:style w:type="character" w:customStyle="1" w:styleId="Virsraksts5Rakstz">
    <w:name w:val="Virsraksts 5 Rakstz."/>
    <w:basedOn w:val="Noklusjumarindkopasfonts"/>
    <w:link w:val="Virsraksts5"/>
    <w:uiPriority w:val="9"/>
    <w:semiHidden/>
    <w:rsid w:val="00FC693F"/>
    <w:rPr>
      <w:rFonts w:asciiTheme="majorHAnsi" w:eastAsiaTheme="majorEastAsia" w:hAnsiTheme="majorHAnsi" w:cstheme="majorBidi"/>
      <w:color w:val="243F60" w:themeColor="accent1" w:themeShade="7F"/>
    </w:rPr>
  </w:style>
  <w:style w:type="character" w:customStyle="1" w:styleId="Virsraksts6Rakstz">
    <w:name w:val="Virsraksts 6 Rakstz."/>
    <w:basedOn w:val="Noklusjumarindkopasfonts"/>
    <w:link w:val="Virsraksts6"/>
    <w:uiPriority w:val="9"/>
    <w:semiHidden/>
    <w:rsid w:val="00FC693F"/>
    <w:rPr>
      <w:rFonts w:asciiTheme="majorHAnsi" w:eastAsiaTheme="majorEastAsia" w:hAnsiTheme="majorHAnsi" w:cstheme="majorBidi"/>
      <w:i/>
      <w:iCs/>
      <w:color w:val="243F60" w:themeColor="accent1" w:themeShade="7F"/>
    </w:rPr>
  </w:style>
  <w:style w:type="character" w:customStyle="1" w:styleId="Virsraksts7Rakstz">
    <w:name w:val="Virsraksts 7 Rakstz."/>
    <w:basedOn w:val="Noklusjumarindkopasfonts"/>
    <w:link w:val="Virsraksts7"/>
    <w:uiPriority w:val="9"/>
    <w:semiHidden/>
    <w:rsid w:val="00FC693F"/>
    <w:rPr>
      <w:rFonts w:asciiTheme="majorHAnsi" w:eastAsiaTheme="majorEastAsia" w:hAnsiTheme="majorHAnsi" w:cstheme="majorBidi"/>
      <w:i/>
      <w:iCs/>
      <w:color w:val="404040" w:themeColor="text1" w:themeTint="BF"/>
    </w:rPr>
  </w:style>
  <w:style w:type="character" w:customStyle="1" w:styleId="Virsraksts8Rakstz">
    <w:name w:val="Virsraksts 8 Rakstz."/>
    <w:basedOn w:val="Noklusjumarindkopasfonts"/>
    <w:link w:val="Virsraksts8"/>
    <w:uiPriority w:val="9"/>
    <w:semiHidden/>
    <w:rsid w:val="00FC693F"/>
    <w:rPr>
      <w:rFonts w:asciiTheme="majorHAnsi" w:eastAsiaTheme="majorEastAsia" w:hAnsiTheme="majorHAnsi" w:cstheme="majorBidi"/>
      <w:color w:val="4F81BD" w:themeColor="accent1"/>
      <w:sz w:val="20"/>
      <w:szCs w:val="20"/>
    </w:rPr>
  </w:style>
  <w:style w:type="character" w:customStyle="1" w:styleId="Virsraksts9Rakstz">
    <w:name w:val="Virsraksts 9 Rakstz."/>
    <w:basedOn w:val="Noklusjumarindkopasfonts"/>
    <w:link w:val="Virsraksts9"/>
    <w:uiPriority w:val="9"/>
    <w:semiHidden/>
    <w:rsid w:val="00FC693F"/>
    <w:rPr>
      <w:rFonts w:asciiTheme="majorHAnsi" w:eastAsiaTheme="majorEastAsia" w:hAnsiTheme="majorHAnsi" w:cstheme="majorBidi"/>
      <w:i/>
      <w:iCs/>
      <w:color w:val="404040" w:themeColor="text1" w:themeTint="BF"/>
      <w:sz w:val="20"/>
      <w:szCs w:val="20"/>
    </w:rPr>
  </w:style>
  <w:style w:type="paragraph" w:styleId="Parakstszemobjekta">
    <w:name w:val="caption"/>
    <w:basedOn w:val="Parasts"/>
    <w:next w:val="Parasts"/>
    <w:uiPriority w:val="35"/>
    <w:semiHidden/>
    <w:unhideWhenUsed/>
    <w:qFormat/>
    <w:rsid w:val="00FC693F"/>
    <w:pPr>
      <w:spacing w:line="240" w:lineRule="auto"/>
    </w:pPr>
    <w:rPr>
      <w:b/>
      <w:bCs/>
      <w:color w:val="4F81BD" w:themeColor="accent1"/>
      <w:sz w:val="18"/>
      <w:szCs w:val="18"/>
    </w:rPr>
  </w:style>
  <w:style w:type="character" w:styleId="Izteiksmgs">
    <w:name w:val="Strong"/>
    <w:basedOn w:val="Noklusjumarindkopasfonts"/>
    <w:uiPriority w:val="22"/>
    <w:qFormat/>
    <w:rsid w:val="00FC693F"/>
    <w:rPr>
      <w:b/>
      <w:bCs/>
    </w:rPr>
  </w:style>
  <w:style w:type="character" w:styleId="Izclums">
    <w:name w:val="Emphasis"/>
    <w:basedOn w:val="Noklusjumarindkopasfonts"/>
    <w:uiPriority w:val="20"/>
    <w:qFormat/>
    <w:rsid w:val="00FC693F"/>
    <w:rPr>
      <w:i/>
      <w:iCs/>
    </w:rPr>
  </w:style>
  <w:style w:type="paragraph" w:styleId="Intensvscitts">
    <w:name w:val="Intense Quote"/>
    <w:basedOn w:val="Parasts"/>
    <w:next w:val="Parasts"/>
    <w:link w:val="IntensvscittsRakstz"/>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vscittsRakstz">
    <w:name w:val="Intensīvs citāts Rakstz."/>
    <w:basedOn w:val="Noklusjumarindkopasfonts"/>
    <w:link w:val="Intensvscitts"/>
    <w:uiPriority w:val="30"/>
    <w:rsid w:val="00FC693F"/>
    <w:rPr>
      <w:b/>
      <w:bCs/>
      <w:i/>
      <w:iCs/>
      <w:color w:val="4F81BD" w:themeColor="accent1"/>
    </w:rPr>
  </w:style>
  <w:style w:type="character" w:styleId="Izsmalcintsizclums">
    <w:name w:val="Subtle Emphasis"/>
    <w:basedOn w:val="Noklusjumarindkopasfonts"/>
    <w:uiPriority w:val="19"/>
    <w:qFormat/>
    <w:rsid w:val="00FC693F"/>
    <w:rPr>
      <w:i/>
      <w:iCs/>
      <w:color w:val="808080" w:themeColor="text1" w:themeTint="7F"/>
    </w:rPr>
  </w:style>
  <w:style w:type="character" w:styleId="Intensvsizclums">
    <w:name w:val="Intense Emphasis"/>
    <w:basedOn w:val="Noklusjumarindkopasfonts"/>
    <w:uiPriority w:val="21"/>
    <w:qFormat/>
    <w:rsid w:val="00FC693F"/>
    <w:rPr>
      <w:b/>
      <w:bCs/>
      <w:i/>
      <w:iCs/>
      <w:color w:val="4F81BD" w:themeColor="accent1"/>
    </w:rPr>
  </w:style>
  <w:style w:type="character" w:styleId="Izsmalcintaatsauce">
    <w:name w:val="Subtle Reference"/>
    <w:basedOn w:val="Noklusjumarindkopasfonts"/>
    <w:uiPriority w:val="31"/>
    <w:qFormat/>
    <w:rsid w:val="00FC693F"/>
    <w:rPr>
      <w:smallCaps/>
      <w:color w:val="C0504D" w:themeColor="accent2"/>
      <w:u w:val="single"/>
    </w:rPr>
  </w:style>
  <w:style w:type="character" w:styleId="Intensvaatsauce">
    <w:name w:val="Intense Reference"/>
    <w:basedOn w:val="Noklusjumarindkopasfonts"/>
    <w:uiPriority w:val="32"/>
    <w:qFormat/>
    <w:rsid w:val="00FC693F"/>
    <w:rPr>
      <w:b/>
      <w:bCs/>
      <w:smallCaps/>
      <w:color w:val="C0504D" w:themeColor="accent2"/>
      <w:spacing w:val="5"/>
      <w:u w:val="single"/>
    </w:rPr>
  </w:style>
  <w:style w:type="character" w:styleId="Grmatasnosaukums">
    <w:name w:val="Book Title"/>
    <w:basedOn w:val="Noklusjumarindkopasfonts"/>
    <w:uiPriority w:val="33"/>
    <w:qFormat/>
    <w:rsid w:val="00FC693F"/>
    <w:rPr>
      <w:b/>
      <w:bCs/>
      <w:smallCaps/>
      <w:spacing w:val="5"/>
    </w:rPr>
  </w:style>
  <w:style w:type="paragraph" w:styleId="Saturardtjavirsraksts">
    <w:name w:val="TOC Heading"/>
    <w:basedOn w:val="Virsraksts1"/>
    <w:next w:val="Parasts"/>
    <w:uiPriority w:val="39"/>
    <w:semiHidden/>
    <w:unhideWhenUsed/>
    <w:qFormat/>
    <w:rsid w:val="00FC693F"/>
    <w:pPr>
      <w:outlineLvl w:val="9"/>
    </w:pPr>
  </w:style>
  <w:style w:type="table" w:styleId="Reatabula">
    <w:name w:val="Table Grid"/>
    <w:basedOn w:val="Parastatabula"/>
    <w:uiPriority w:val="59"/>
    <w:rsid w:val="00FC693F"/>
    <w:pPr>
      <w:spacing w:after="0" w:line="240" w:lineRule="auto"/>
    </w:pPr>
    <w:tblPr/>
  </w:style>
  <w:style w:type="table" w:styleId="Gaisnojums">
    <w:name w:val="Light Shading"/>
    <w:basedOn w:val="Parastatabu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Gaisnojumsizclums1">
    <w:name w:val="Light Shading Accent 1"/>
    <w:basedOn w:val="Parastatabu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Gaisnojumsizclums2">
    <w:name w:val="Light Shading Accent 2"/>
    <w:basedOn w:val="Parastatabu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Gaisnojumsizclums3">
    <w:name w:val="Light Shading Accent 3"/>
    <w:basedOn w:val="Parastatabu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Gaisnojumsizclums4">
    <w:name w:val="Light Shading Accent 4"/>
    <w:basedOn w:val="Parastatabu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Gaisnojumsizclums5">
    <w:name w:val="Light Shading Accent 5"/>
    <w:basedOn w:val="Parastatabu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Gaisnojumsizclums6">
    <w:name w:val="Light Shading Accent 6"/>
    <w:basedOn w:val="Parastatabu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Gaissaraksts">
    <w:name w:val="Light List"/>
    <w:basedOn w:val="Parastatabula"/>
    <w:uiPriority w:val="61"/>
    <w:rsid w:val="00FC693F"/>
    <w:pPr>
      <w:spacing w:after="0" w:line="240" w:lineRule="auto"/>
    </w:pPr>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StylePr>
    <w:tblStylePr w:type="firstCol">
      <w:rPr>
        <w:b/>
        <w:bCs/>
      </w:rPr>
    </w:tblStylePr>
    <w:tblStylePr w:type="lastCol">
      <w:rPr>
        <w:b/>
        <w:bCs/>
      </w:rPr>
    </w:tblStylePr>
  </w:style>
  <w:style w:type="table" w:styleId="Gaissarakstsizclums1">
    <w:name w:val="Light List Accent 1"/>
    <w:basedOn w:val="Parastatabula"/>
    <w:uiPriority w:val="61"/>
    <w:rsid w:val="00FC693F"/>
    <w:pPr>
      <w:spacing w:after="0" w:line="240" w:lineRule="auto"/>
    </w:pPr>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StylePr>
    <w:tblStylePr w:type="firstCol">
      <w:rPr>
        <w:b/>
        <w:bCs/>
      </w:rPr>
    </w:tblStylePr>
    <w:tblStylePr w:type="lastCol">
      <w:rPr>
        <w:b/>
        <w:bCs/>
      </w:rPr>
    </w:tblStylePr>
  </w:style>
  <w:style w:type="table" w:styleId="Gaissarakstsizclums2">
    <w:name w:val="Light List Accent 2"/>
    <w:basedOn w:val="Parastatabula"/>
    <w:uiPriority w:val="61"/>
    <w:rsid w:val="00CB0664"/>
    <w:pPr>
      <w:spacing w:after="0" w:line="240" w:lineRule="auto"/>
    </w:pPr>
    <w:tblPr>
      <w:tblStyleRowBandSize w:val="1"/>
      <w:tblStyleColBandSize w:val="1"/>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StylePr>
    <w:tblStylePr w:type="firstCol">
      <w:rPr>
        <w:b/>
        <w:bCs/>
      </w:rPr>
    </w:tblStylePr>
    <w:tblStylePr w:type="lastCol">
      <w:rPr>
        <w:b/>
        <w:bCs/>
      </w:rPr>
    </w:tblStylePr>
  </w:style>
  <w:style w:type="table" w:styleId="Gaissarakstsizclums3">
    <w:name w:val="Light List Accent 3"/>
    <w:basedOn w:val="Parastatabula"/>
    <w:uiPriority w:val="61"/>
    <w:rsid w:val="00CB0664"/>
    <w:pPr>
      <w:spacing w:after="0" w:line="240" w:lineRule="auto"/>
    </w:pPr>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StylePr>
    <w:tblStylePr w:type="firstCol">
      <w:rPr>
        <w:b/>
        <w:bCs/>
      </w:rPr>
    </w:tblStylePr>
    <w:tblStylePr w:type="lastCol">
      <w:rPr>
        <w:b/>
        <w:bCs/>
      </w:rPr>
    </w:tblStylePr>
  </w:style>
  <w:style w:type="table" w:styleId="Gaissarakstsizclums4">
    <w:name w:val="Light List Accent 4"/>
    <w:basedOn w:val="Parastatabula"/>
    <w:uiPriority w:val="61"/>
    <w:rsid w:val="00CB0664"/>
    <w:pPr>
      <w:spacing w:after="0" w:line="240" w:lineRule="auto"/>
    </w:pPr>
    <w:tblPr>
      <w:tblStyleRowBandSize w:val="1"/>
      <w:tblStyleColBandSize w:val="1"/>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StylePr>
    <w:tblStylePr w:type="firstCol">
      <w:rPr>
        <w:b/>
        <w:bCs/>
      </w:rPr>
    </w:tblStylePr>
    <w:tblStylePr w:type="lastCol">
      <w:rPr>
        <w:b/>
        <w:bCs/>
      </w:rPr>
    </w:tblStylePr>
  </w:style>
  <w:style w:type="table" w:styleId="Gaissarakstsizclums5">
    <w:name w:val="Light List Accent 5"/>
    <w:basedOn w:val="Parastatabula"/>
    <w:uiPriority w:val="61"/>
    <w:rsid w:val="00CB0664"/>
    <w:pPr>
      <w:spacing w:after="0" w:line="240" w:lineRule="auto"/>
    </w:pPr>
    <w:tblPr>
      <w:tblStyleRowBandSize w:val="1"/>
      <w:tblStyleColBandSize w:val="1"/>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StylePr>
    <w:tblStylePr w:type="firstCol">
      <w:rPr>
        <w:b/>
        <w:bCs/>
      </w:rPr>
    </w:tblStylePr>
    <w:tblStylePr w:type="lastCol">
      <w:rPr>
        <w:b/>
        <w:bCs/>
      </w:rPr>
    </w:tblStylePr>
  </w:style>
  <w:style w:type="table" w:styleId="Gaissarakstsizclums6">
    <w:name w:val="Light List Accent 6"/>
    <w:basedOn w:val="Parastatabula"/>
    <w:uiPriority w:val="61"/>
    <w:rsid w:val="00CB0664"/>
    <w:pPr>
      <w:spacing w:after="0" w:line="240" w:lineRule="auto"/>
    </w:pPr>
    <w:tblPr>
      <w:tblStyleRowBandSize w:val="1"/>
      <w:tblStyleColBandSize w:val="1"/>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StylePr>
    <w:tblStylePr w:type="firstCol">
      <w:rPr>
        <w:b/>
        <w:bCs/>
      </w:rPr>
    </w:tblStylePr>
    <w:tblStylePr w:type="lastCol">
      <w:rPr>
        <w:b/>
        <w:bCs/>
      </w:rPr>
    </w:tblStylePr>
  </w:style>
  <w:style w:type="table" w:styleId="Gaisreis">
    <w:name w:val="Light Grid"/>
    <w:basedOn w:val="Parastatabu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aisreisizclums1">
    <w:name w:val="Light Grid Accent 1"/>
    <w:basedOn w:val="Parastatabu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aisreisizclums2">
    <w:name w:val="Light Grid Accent 2"/>
    <w:basedOn w:val="Parastatabu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aisreisizclums3">
    <w:name w:val="Light Grid Accent 3"/>
    <w:basedOn w:val="Parastatabu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aisreisizclums4">
    <w:name w:val="Light Grid Accent 4"/>
    <w:basedOn w:val="Parastatabu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aisreisizclums5">
    <w:name w:val="Light Grid Accent 5"/>
    <w:basedOn w:val="Parastatabu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aisreisizclums6">
    <w:name w:val="Light Grid Accent 6"/>
    <w:basedOn w:val="Parastatabu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Vidjsnojums1">
    <w:name w:val="Medium Shading 1"/>
    <w:basedOn w:val="Parastatabula"/>
    <w:uiPriority w:val="63"/>
    <w:rsid w:val="00CB0664"/>
    <w:pPr>
      <w:spacing w:after="0" w:line="240" w:lineRule="auto"/>
    </w:pPr>
    <w:tblPr>
      <w:tblStyleRowBandSize w:val="1"/>
      <w:tblStyleColBandSize w:val="1"/>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shd w:val="clear" w:color="auto" w:fill="C0C0C0" w:themeFill="text1" w:themeFillTint="3F"/>
    </w:tc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StylePr>
    <w:tblStylePr w:type="firstCol">
      <w:rPr>
        <w:b/>
        <w:bCs/>
      </w:rPr>
    </w:tblStylePr>
    <w:tblStylePr w:type="lastCol">
      <w:rPr>
        <w:b/>
        <w:bCs/>
      </w:rPr>
    </w:tblStylePr>
  </w:style>
  <w:style w:type="table" w:styleId="Vidjsnojums1izclums1">
    <w:name w:val="Medium Shading 1 Accent 1"/>
    <w:basedOn w:val="Parastatabula"/>
    <w:uiPriority w:val="63"/>
    <w:rsid w:val="00CB0664"/>
    <w:pPr>
      <w:spacing w:after="0" w:line="240" w:lineRule="auto"/>
    </w:pPr>
    <w:tblPr>
      <w:tblStyleRowBandSize w:val="1"/>
      <w:tblStyleColBandSize w:val="1"/>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D3DFEE" w:themeFill="accent1" w:themeFillTint="3F"/>
    </w:tc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StylePr>
    <w:tblStylePr w:type="firstCol">
      <w:rPr>
        <w:b/>
        <w:bCs/>
      </w:rPr>
    </w:tblStylePr>
    <w:tblStylePr w:type="lastCol">
      <w:rPr>
        <w:b/>
        <w:bCs/>
      </w:rPr>
    </w:tblStylePr>
  </w:style>
  <w:style w:type="table" w:styleId="Vidjsnojums1izclums2">
    <w:name w:val="Medium Shading 1 Accent 2"/>
    <w:basedOn w:val="Parastatabula"/>
    <w:uiPriority w:val="63"/>
    <w:rsid w:val="00CB0664"/>
    <w:pPr>
      <w:spacing w:after="0" w:line="240" w:lineRule="auto"/>
    </w:pPr>
    <w:tblPr>
      <w:tblStyleRowBandSize w:val="1"/>
      <w:tblStyleColBandSize w:val="1"/>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tcBorders>
      <w:shd w:val="clear" w:color="auto" w:fill="EFD3D2" w:themeFill="accent2" w:themeFillTint="3F"/>
    </w:tc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StylePr>
    <w:tblStylePr w:type="firstCol">
      <w:rPr>
        <w:b/>
        <w:bCs/>
      </w:rPr>
    </w:tblStylePr>
    <w:tblStylePr w:type="lastCol">
      <w:rPr>
        <w:b/>
        <w:bCs/>
      </w:rPr>
    </w:tblStylePr>
  </w:style>
  <w:style w:type="table" w:styleId="Vidjsnojums1izclums3">
    <w:name w:val="Medium Shading 1 Accent 3"/>
    <w:basedOn w:val="Parastatabula"/>
    <w:uiPriority w:val="63"/>
    <w:rsid w:val="00CB0664"/>
    <w:pPr>
      <w:spacing w:after="0" w:line="240" w:lineRule="auto"/>
    </w:pPr>
    <w:tblPr>
      <w:tblStyleRowBandSize w:val="1"/>
      <w:tblStyleColBandSize w:val="1"/>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shd w:val="clear" w:color="auto" w:fill="E6EED5" w:themeFill="accent3" w:themeFillTint="3F"/>
    </w:tc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StylePr>
    <w:tblStylePr w:type="firstCol">
      <w:rPr>
        <w:b/>
        <w:bCs/>
      </w:rPr>
    </w:tblStylePr>
    <w:tblStylePr w:type="lastCol">
      <w:rPr>
        <w:b/>
        <w:bCs/>
      </w:rPr>
    </w:tblStylePr>
  </w:style>
  <w:style w:type="table" w:styleId="Vidjsnojums1izclums4">
    <w:name w:val="Medium Shading 1 Accent 4"/>
    <w:basedOn w:val="Parastatabula"/>
    <w:uiPriority w:val="63"/>
    <w:rsid w:val="00CB0664"/>
    <w:pPr>
      <w:spacing w:after="0" w:line="240" w:lineRule="auto"/>
    </w:pPr>
    <w:tblPr>
      <w:tblStyleRowBandSize w:val="1"/>
      <w:tblStyleColBandSize w:val="1"/>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tcBorders>
      <w:shd w:val="clear" w:color="auto" w:fill="DFD8E8" w:themeFill="accent4" w:themeFillTint="3F"/>
    </w:tc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StylePr>
    <w:tblStylePr w:type="firstCol">
      <w:rPr>
        <w:b/>
        <w:bCs/>
      </w:rPr>
    </w:tblStylePr>
    <w:tblStylePr w:type="lastCol">
      <w:rPr>
        <w:b/>
        <w:bCs/>
      </w:rPr>
    </w:tblStylePr>
  </w:style>
  <w:style w:type="table" w:styleId="Vidjsnojums1izclums5">
    <w:name w:val="Medium Shading 1 Accent 5"/>
    <w:basedOn w:val="Parastatabula"/>
    <w:uiPriority w:val="63"/>
    <w:rsid w:val="00CB0664"/>
    <w:pPr>
      <w:spacing w:after="0" w:line="240" w:lineRule="auto"/>
    </w:pPr>
    <w:tblPr>
      <w:tblStyleRowBandSize w:val="1"/>
      <w:tblStyleColBandSize w:val="1"/>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tcBorders>
      <w:shd w:val="clear" w:color="auto" w:fill="D2EAF1" w:themeFill="accent5" w:themeFillTint="3F"/>
    </w:tc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StylePr>
    <w:tblStylePr w:type="firstCol">
      <w:rPr>
        <w:b/>
        <w:bCs/>
      </w:rPr>
    </w:tblStylePr>
    <w:tblStylePr w:type="lastCol">
      <w:rPr>
        <w:b/>
        <w:bCs/>
      </w:rPr>
    </w:tblStylePr>
  </w:style>
  <w:style w:type="table" w:styleId="Vidjsnojums1izclums6">
    <w:name w:val="Medium Shading 1 Accent 6"/>
    <w:basedOn w:val="Parastatabula"/>
    <w:uiPriority w:val="63"/>
    <w:rsid w:val="00CB0664"/>
    <w:pPr>
      <w:spacing w:after="0" w:line="240" w:lineRule="auto"/>
    </w:pPr>
    <w:tblPr>
      <w:tblStyleRowBandSize w:val="1"/>
      <w:tblStyleColBandSize w:val="1"/>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FDE4D0" w:themeFill="accent6" w:themeFillTint="3F"/>
    </w:tc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StylePr>
    <w:tblStylePr w:type="firstCol">
      <w:rPr>
        <w:b/>
        <w:bCs/>
      </w:rPr>
    </w:tblStylePr>
    <w:tblStylePr w:type="lastCol">
      <w:rPr>
        <w:b/>
        <w:bCs/>
      </w:rPr>
    </w:tblStylePr>
  </w:style>
  <w:style w:type="table" w:styleId="Vidjsnojums2">
    <w:name w:val="Medium Shading 2"/>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1">
    <w:name w:val="Medium Shading 2 Accent 1"/>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2">
    <w:name w:val="Medium Shading 2 Accent 2"/>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3">
    <w:name w:val="Medium Shading 2 Accent 3"/>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4">
    <w:name w:val="Medium Shading 2 Accent 4"/>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5">
    <w:name w:val="Medium Shading 2 Accent 5"/>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6">
    <w:name w:val="Medium Shading 2 Accent 6"/>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saraksts1">
    <w:name w:val="Medium List 1"/>
    <w:basedOn w:val="Parastatabula"/>
    <w:uiPriority w:val="65"/>
    <w:rsid w:val="00CB0664"/>
    <w:pPr>
      <w:spacing w:after="0" w:line="240" w:lineRule="auto"/>
    </w:pPr>
    <w:rPr>
      <w:color w:val="000000" w:themeColor="text1"/>
    </w:rPr>
    <w:tblPr>
      <w:tblStyleRowBandSize w:val="1"/>
      <w:tblStyleColBandSize w:val="1"/>
    </w:tblPr>
    <w:tcPr>
      <w:tcBorders>
        <w:top w:val="single" w:sz="8" w:space="0" w:color="000000" w:themeColor="text1"/>
        <w:bottom w:val="single" w:sz="8" w:space="0" w:color="000000" w:themeColor="text1"/>
      </w:tcBorders>
      <w:shd w:val="clear" w:color="auto" w:fill="C0C0C0" w:themeFill="text1" w:themeFillTint="3F"/>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StylePr>
  </w:style>
  <w:style w:type="table" w:styleId="Vidjssaraksts1izclums1">
    <w:name w:val="Medium List 1 Accent 1"/>
    <w:basedOn w:val="Parastatabula"/>
    <w:uiPriority w:val="65"/>
    <w:rsid w:val="00CB0664"/>
    <w:pPr>
      <w:spacing w:after="0" w:line="240" w:lineRule="auto"/>
    </w:pPr>
    <w:rPr>
      <w:color w:val="000000" w:themeColor="text1"/>
    </w:rPr>
    <w:tblPr>
      <w:tblStyleRowBandSize w:val="1"/>
      <w:tblStyleColBandSize w:val="1"/>
    </w:tblPr>
    <w:tcPr>
      <w:tcBorders>
        <w:top w:val="single" w:sz="8" w:space="0" w:color="4F81BD" w:themeColor="accent1"/>
        <w:bottom w:val="single" w:sz="8" w:space="0" w:color="4F81BD" w:themeColor="accent1"/>
      </w:tcBorders>
      <w:shd w:val="clear" w:color="auto" w:fill="D3DFEE" w:themeFill="accent1" w:themeFillTint="3F"/>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StylePr>
  </w:style>
  <w:style w:type="table" w:styleId="Vidjssaraksts1izclums2">
    <w:name w:val="Medium List 1 Accent 2"/>
    <w:basedOn w:val="Parastatabula"/>
    <w:uiPriority w:val="65"/>
    <w:rsid w:val="00CB0664"/>
    <w:pPr>
      <w:spacing w:after="0" w:line="240" w:lineRule="auto"/>
    </w:pPr>
    <w:rPr>
      <w:color w:val="000000" w:themeColor="text1"/>
    </w:rPr>
    <w:tblPr>
      <w:tblStyleRowBandSize w:val="1"/>
      <w:tblStyleColBandSize w:val="1"/>
    </w:tblPr>
    <w:tcPr>
      <w:tcBorders>
        <w:top w:val="single" w:sz="8" w:space="0" w:color="C0504D" w:themeColor="accent2"/>
        <w:bottom w:val="single" w:sz="8" w:space="0" w:color="C0504D" w:themeColor="accent2"/>
      </w:tcBorders>
      <w:shd w:val="clear" w:color="auto" w:fill="EFD3D2" w:themeFill="accent2" w:themeFillTint="3F"/>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StylePr>
  </w:style>
  <w:style w:type="table" w:styleId="Vidjssaraksts1izclums3">
    <w:name w:val="Medium List 1 Accent 3"/>
    <w:basedOn w:val="Parastatabula"/>
    <w:uiPriority w:val="65"/>
    <w:rsid w:val="00CB0664"/>
    <w:pPr>
      <w:spacing w:after="0" w:line="240" w:lineRule="auto"/>
    </w:pPr>
    <w:rPr>
      <w:color w:val="000000" w:themeColor="text1"/>
    </w:rPr>
    <w:tblPr>
      <w:tblStyleRowBandSize w:val="1"/>
      <w:tblStyleColBandSize w:val="1"/>
    </w:tblPr>
    <w:tcPr>
      <w:tcBorders>
        <w:top w:val="single" w:sz="8" w:space="0" w:color="9BBB59" w:themeColor="accent3"/>
        <w:bottom w:val="single" w:sz="8" w:space="0" w:color="9BBB59" w:themeColor="accent3"/>
      </w:tcBorders>
      <w:shd w:val="clear" w:color="auto" w:fill="E6EED5" w:themeFill="accent3" w:themeFillTint="3F"/>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StylePr>
  </w:style>
  <w:style w:type="table" w:styleId="Vidjssaraksts1izclums4">
    <w:name w:val="Medium List 1 Accent 4"/>
    <w:basedOn w:val="Parastatabula"/>
    <w:uiPriority w:val="65"/>
    <w:rsid w:val="00CB0664"/>
    <w:pPr>
      <w:spacing w:after="0" w:line="240" w:lineRule="auto"/>
    </w:pPr>
    <w:rPr>
      <w:color w:val="000000" w:themeColor="text1"/>
    </w:rPr>
    <w:tblPr>
      <w:tblStyleRowBandSize w:val="1"/>
      <w:tblStyleColBandSize w:val="1"/>
    </w:tblPr>
    <w:tcPr>
      <w:tcBorders>
        <w:top w:val="single" w:sz="8" w:space="0" w:color="8064A2" w:themeColor="accent4"/>
        <w:bottom w:val="single" w:sz="8" w:space="0" w:color="8064A2" w:themeColor="accent4"/>
      </w:tcBorders>
      <w:shd w:val="clear" w:color="auto" w:fill="DFD8E8" w:themeFill="accent4" w:themeFillTint="3F"/>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StylePr>
  </w:style>
  <w:style w:type="table" w:styleId="Vidjssaraksts1izclums5">
    <w:name w:val="Medium List 1 Accent 5"/>
    <w:basedOn w:val="Parastatabula"/>
    <w:uiPriority w:val="65"/>
    <w:rsid w:val="00CB0664"/>
    <w:pPr>
      <w:spacing w:after="0" w:line="240" w:lineRule="auto"/>
    </w:pPr>
    <w:rPr>
      <w:color w:val="000000" w:themeColor="text1"/>
    </w:rPr>
    <w:tblPr>
      <w:tblStyleRowBandSize w:val="1"/>
      <w:tblStyleColBandSize w:val="1"/>
    </w:tblPr>
    <w:tcPr>
      <w:tcBorders>
        <w:top w:val="single" w:sz="8" w:space="0" w:color="4BACC6" w:themeColor="accent5"/>
        <w:bottom w:val="single" w:sz="8" w:space="0" w:color="4BACC6" w:themeColor="accent5"/>
      </w:tcBorders>
      <w:shd w:val="clear" w:color="auto" w:fill="D2EAF1" w:themeFill="accent5" w:themeFillTint="3F"/>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StylePr>
  </w:style>
  <w:style w:type="table" w:styleId="Vidjssaraksts1izclums6">
    <w:name w:val="Medium List 1 Accent 6"/>
    <w:basedOn w:val="Parastatabula"/>
    <w:uiPriority w:val="65"/>
    <w:rsid w:val="00CB0664"/>
    <w:pPr>
      <w:spacing w:after="0" w:line="240" w:lineRule="auto"/>
    </w:pPr>
    <w:rPr>
      <w:color w:val="000000" w:themeColor="text1"/>
    </w:rPr>
    <w:tblPr>
      <w:tblStyleRowBandSize w:val="1"/>
      <w:tblStyleColBandSize w:val="1"/>
    </w:tblPr>
    <w:tcPr>
      <w:tcBorders>
        <w:top w:val="single" w:sz="8" w:space="0" w:color="F79646" w:themeColor="accent6"/>
        <w:bottom w:val="single" w:sz="8" w:space="0" w:color="F79646" w:themeColor="accent6"/>
      </w:tcBorders>
      <w:shd w:val="clear" w:color="auto" w:fill="FDE4D0" w:themeFill="accent6" w:themeFillTint="3F"/>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StylePr>
  </w:style>
  <w:style w:type="table" w:styleId="Vidjssaraksts2">
    <w:name w:val="Medium List 2"/>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1">
    <w:name w:val="Medium List 2 Accent 1"/>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2">
    <w:name w:val="Medium List 2 Accent 2"/>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3">
    <w:name w:val="Medium List 2 Accent 3"/>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4">
    <w:name w:val="Medium List 2 Accent 4"/>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5">
    <w:name w:val="Medium List 2 Accent 5"/>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6">
    <w:name w:val="Medium List 2 Accent 6"/>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Vidjsreis1">
    <w:name w:val="Medium Grid 1"/>
    <w:basedOn w:val="Parastatabu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idjsreis1izclums1">
    <w:name w:val="Medium Grid 1 Accent 1"/>
    <w:basedOn w:val="Parastatabu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idjsreis1izclums2">
    <w:name w:val="Medium Grid 1 Accent 2"/>
    <w:basedOn w:val="Parastatabu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Vidjsreis1izclums3">
    <w:name w:val="Medium Grid 1 Accent 3"/>
    <w:basedOn w:val="Parastatabu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Vidjsreis1izclums4">
    <w:name w:val="Medium Grid 1 Accent 4"/>
    <w:basedOn w:val="Parastatabu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Vidjsreis1izclums5">
    <w:name w:val="Medium Grid 1 Accent 5"/>
    <w:basedOn w:val="Parastatabu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Vidjsreis1izclums6">
    <w:name w:val="Medium Grid 1 Accent 6"/>
    <w:basedOn w:val="Parastatabu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Vidjsreis2">
    <w:name w:val="Medium Grid 2"/>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Vidjsreis2izclums1">
    <w:name w:val="Medium Grid 2 Accent 1"/>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Vidjsreis2izclums2">
    <w:name w:val="Medium Grid 2 Accent 2"/>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Vidjsreis2izclums3">
    <w:name w:val="Medium Grid 2 Accent 3"/>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Vidjsreis2izclums4">
    <w:name w:val="Medium Grid 2 Accent 4"/>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Vidjsreis2izclums5">
    <w:name w:val="Medium Grid 2 Accent 5"/>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Vidjsreis2izclums6">
    <w:name w:val="Medium Grid 2 Accent 6"/>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Vidjsreis3">
    <w:name w:val="Medium Grid 3"/>
    <w:basedOn w:val="Parastatabula"/>
    <w:uiPriority w:val="69"/>
    <w:rsid w:val="00CB0664"/>
    <w:pPr>
      <w:spacing w:after="0"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style>
  <w:style w:type="table" w:styleId="Vidjsreis3izclums1">
    <w:name w:val="Medium Grid 3 Accent 1"/>
    <w:basedOn w:val="Parastatabula"/>
    <w:uiPriority w:val="69"/>
    <w:rsid w:val="00CB0664"/>
    <w:pPr>
      <w:spacing w:after="0"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style>
  <w:style w:type="table" w:styleId="Vidjsreis3izclums2">
    <w:name w:val="Medium Grid 3 Accent 2"/>
    <w:basedOn w:val="Parastatabula"/>
    <w:uiPriority w:val="69"/>
    <w:rsid w:val="00CB0664"/>
    <w:pPr>
      <w:spacing w:after="0"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style>
  <w:style w:type="table" w:styleId="Vidjsreis3izclums3">
    <w:name w:val="Medium Grid 3 Accent 3"/>
    <w:basedOn w:val="Parastatabula"/>
    <w:uiPriority w:val="69"/>
    <w:rsid w:val="00CB0664"/>
    <w:pPr>
      <w:spacing w:after="0"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style>
  <w:style w:type="table" w:styleId="Vidjsreis3izclums4">
    <w:name w:val="Medium Grid 3 Accent 4"/>
    <w:basedOn w:val="Parastatabula"/>
    <w:uiPriority w:val="69"/>
    <w:rsid w:val="00CB0664"/>
    <w:pPr>
      <w:spacing w:after="0"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style>
  <w:style w:type="table" w:styleId="Vidjsreis3izclums5">
    <w:name w:val="Medium Grid 3 Accent 5"/>
    <w:basedOn w:val="Parastatabula"/>
    <w:uiPriority w:val="69"/>
    <w:rsid w:val="00CB0664"/>
    <w:pPr>
      <w:spacing w:after="0"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style>
  <w:style w:type="table" w:styleId="Vidjsreis3izclums6">
    <w:name w:val="Medium Grid 3 Accent 6"/>
    <w:basedOn w:val="Parastatabula"/>
    <w:uiPriority w:val="69"/>
    <w:rsid w:val="00CB0664"/>
    <w:pPr>
      <w:spacing w:after="0"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style>
  <w:style w:type="table" w:styleId="Tumssaraksts">
    <w:name w:val="Dark List"/>
    <w:basedOn w:val="Parastatabula"/>
    <w:uiPriority w:val="70"/>
    <w:rsid w:val="00CB0664"/>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style>
  <w:style w:type="table" w:styleId="Tumssarakstsizclums1">
    <w:name w:val="Dark List Accent 1"/>
    <w:basedOn w:val="Parastatabula"/>
    <w:uiPriority w:val="70"/>
    <w:rsid w:val="00CB0664"/>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style>
  <w:style w:type="table" w:styleId="Tumssarakstsizclums2">
    <w:name w:val="Dark List Accent 2"/>
    <w:basedOn w:val="Parastatabula"/>
    <w:uiPriority w:val="70"/>
    <w:rsid w:val="00CB0664"/>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style>
  <w:style w:type="table" w:styleId="Tumssarakstsizclums3">
    <w:name w:val="Dark List Accent 3"/>
    <w:basedOn w:val="Parastatabula"/>
    <w:uiPriority w:val="70"/>
    <w:rsid w:val="00CB0664"/>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style>
  <w:style w:type="table" w:styleId="Tumssarakstsizclums4">
    <w:name w:val="Dark List Accent 4"/>
    <w:basedOn w:val="Parastatabula"/>
    <w:uiPriority w:val="70"/>
    <w:rsid w:val="00CB0664"/>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style>
  <w:style w:type="table" w:styleId="Tumssarakstsizclums5">
    <w:name w:val="Dark List Accent 5"/>
    <w:basedOn w:val="Parastatabula"/>
    <w:uiPriority w:val="70"/>
    <w:rsid w:val="00CB0664"/>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style>
  <w:style w:type="table" w:styleId="Tumssarakstsizclums6">
    <w:name w:val="Dark List Accent 6"/>
    <w:basedOn w:val="Parastatabula"/>
    <w:uiPriority w:val="70"/>
    <w:rsid w:val="00CB0664"/>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style>
  <w:style w:type="table" w:styleId="Krsainsnojums">
    <w:name w:val="Colorful Shading"/>
    <w:basedOn w:val="Parastatabula"/>
    <w:uiPriority w:val="71"/>
    <w:rsid w:val="00CB0664"/>
    <w:pPr>
      <w:spacing w:after="0" w:line="240" w:lineRule="auto"/>
    </w:pPr>
    <w:rPr>
      <w:color w:val="000000" w:themeColor="text1"/>
    </w:rPr>
    <w:tblPr>
      <w:tblStyleRowBandSize w:val="1"/>
      <w:tblStyleColBandSize w:val="1"/>
    </w:tblPr>
    <w:tcPr>
      <w:tcBorders>
        <w:top w:val="nil"/>
        <w:left w:val="nil"/>
        <w:bottom w:val="nil"/>
        <w:right w:val="nil"/>
      </w:tcBorders>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Krsainsnojumsizclums1">
    <w:name w:val="Colorful Shading Accent 1"/>
    <w:basedOn w:val="Parastatabula"/>
    <w:uiPriority w:val="71"/>
    <w:rsid w:val="00CB0664"/>
    <w:pPr>
      <w:spacing w:after="0" w:line="240" w:lineRule="auto"/>
    </w:pPr>
    <w:rPr>
      <w:color w:val="000000" w:themeColor="text1"/>
    </w:rPr>
    <w:tblPr>
      <w:tblStyleRowBandSize w:val="1"/>
      <w:tblStyleColBandSize w:val="1"/>
    </w:tblPr>
    <w:tcPr>
      <w:tcBorders>
        <w:top w:val="nil"/>
        <w:left w:val="nil"/>
        <w:bottom w:val="nil"/>
        <w:right w:val="nil"/>
      </w:tcBorders>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Krsainsnojumsizclums2">
    <w:name w:val="Colorful Shading Accent 2"/>
    <w:basedOn w:val="Parastatabula"/>
    <w:uiPriority w:val="71"/>
    <w:rsid w:val="00CB0664"/>
    <w:pPr>
      <w:spacing w:after="0" w:line="240" w:lineRule="auto"/>
    </w:pPr>
    <w:rPr>
      <w:color w:val="000000" w:themeColor="text1"/>
    </w:rPr>
    <w:tblPr>
      <w:tblStyleRowBandSize w:val="1"/>
      <w:tblStyleColBandSize w:val="1"/>
    </w:tblPr>
    <w:tcPr>
      <w:tcBorders>
        <w:top w:val="nil"/>
        <w:left w:val="nil"/>
        <w:bottom w:val="nil"/>
        <w:right w:val="nil"/>
      </w:tcBorders>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Krsainsnojumsizclums3">
    <w:name w:val="Colorful Shading Accent 3"/>
    <w:basedOn w:val="Parastatabula"/>
    <w:uiPriority w:val="71"/>
    <w:rsid w:val="00CB0664"/>
    <w:pPr>
      <w:spacing w:after="0" w:line="240" w:lineRule="auto"/>
    </w:pPr>
    <w:rPr>
      <w:color w:val="000000" w:themeColor="text1"/>
    </w:rPr>
    <w:tblPr>
      <w:tblStyleRowBandSize w:val="1"/>
      <w:tblStyleColBandSize w:val="1"/>
    </w:tblPr>
    <w:tcPr>
      <w:tcBorders>
        <w:top w:val="nil"/>
        <w:left w:val="nil"/>
        <w:bottom w:val="nil"/>
        <w:right w:val="nil"/>
      </w:tcBorders>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StylePr>
  </w:style>
  <w:style w:type="table" w:styleId="Krsainsnojumsizclums4">
    <w:name w:val="Colorful Shading Accent 4"/>
    <w:basedOn w:val="Parastatabula"/>
    <w:uiPriority w:val="71"/>
    <w:rsid w:val="00CB0664"/>
    <w:pPr>
      <w:spacing w:after="0" w:line="240" w:lineRule="auto"/>
    </w:pPr>
    <w:rPr>
      <w:color w:val="000000" w:themeColor="text1"/>
    </w:rPr>
    <w:tblPr>
      <w:tblStyleRowBandSize w:val="1"/>
      <w:tblStyleColBandSize w:val="1"/>
    </w:tblPr>
    <w:tcPr>
      <w:tcBorders>
        <w:top w:val="nil"/>
        <w:left w:val="nil"/>
        <w:bottom w:val="nil"/>
        <w:right w:val="nil"/>
      </w:tcBorders>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Krsainsnojumsizclums5">
    <w:name w:val="Colorful Shading Accent 5"/>
    <w:basedOn w:val="Parastatabula"/>
    <w:uiPriority w:val="71"/>
    <w:rsid w:val="00CB0664"/>
    <w:pPr>
      <w:spacing w:after="0" w:line="240" w:lineRule="auto"/>
    </w:pPr>
    <w:rPr>
      <w:color w:val="000000" w:themeColor="text1"/>
    </w:rPr>
    <w:tblPr>
      <w:tblStyleRowBandSize w:val="1"/>
      <w:tblStyleColBandSize w:val="1"/>
    </w:tblPr>
    <w:tcPr>
      <w:tcBorders>
        <w:top w:val="nil"/>
        <w:left w:val="nil"/>
        <w:bottom w:val="nil"/>
        <w:right w:val="nil"/>
      </w:tcBorders>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Krsainsnojumsizclums6">
    <w:name w:val="Colorful Shading Accent 6"/>
    <w:basedOn w:val="Parastatabula"/>
    <w:uiPriority w:val="71"/>
    <w:rsid w:val="00CB0664"/>
    <w:pPr>
      <w:spacing w:after="0" w:line="240" w:lineRule="auto"/>
    </w:pPr>
    <w:rPr>
      <w:color w:val="000000" w:themeColor="text1"/>
    </w:rPr>
    <w:tblPr>
      <w:tblStyleRowBandSize w:val="1"/>
      <w:tblStyleColBandSize w:val="1"/>
    </w:tblPr>
    <w:tcPr>
      <w:tcBorders>
        <w:top w:val="nil"/>
        <w:left w:val="nil"/>
        <w:bottom w:val="nil"/>
        <w:right w:val="nil"/>
      </w:tcBorders>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Krsainssaraksts">
    <w:name w:val="Colorful List"/>
    <w:basedOn w:val="Parastatabu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rsainssarakstsizclums1">
    <w:name w:val="Colorful List Accent 1"/>
    <w:basedOn w:val="Parastatabu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rsainssarakstsizclums2">
    <w:name w:val="Colorful List Accent 2"/>
    <w:basedOn w:val="Parastatabu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rsainssarakstsizclums3">
    <w:name w:val="Colorful List Accent 3"/>
    <w:basedOn w:val="Parastatabu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rsainssarakstsizclums4">
    <w:name w:val="Colorful List Accent 4"/>
    <w:basedOn w:val="Parastatabu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rsainssarakstsizclums5">
    <w:name w:val="Colorful List Accent 5"/>
    <w:basedOn w:val="Parastatabu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rsainssarakstsizclums6">
    <w:name w:val="Colorful List Accent 6"/>
    <w:basedOn w:val="Parastatabu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rsainsreis">
    <w:name w:val="Colorful Grid"/>
    <w:basedOn w:val="Parastatabula"/>
    <w:uiPriority w:val="73"/>
    <w:rsid w:val="00CB0664"/>
    <w:pPr>
      <w:spacing w:after="0" w:line="240" w:lineRule="auto"/>
    </w:pPr>
    <w:rPr>
      <w:color w:val="000000" w:themeColor="text1"/>
    </w:rPr>
    <w:tblPr>
      <w:tblStyleRowBandSize w:val="1"/>
      <w:tblStyleColBandSize w:val="1"/>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StylePr>
  </w:style>
  <w:style w:type="table" w:styleId="Krsainsreisizclums1">
    <w:name w:val="Colorful Grid Accent 1"/>
    <w:basedOn w:val="Parastatabula"/>
    <w:uiPriority w:val="73"/>
    <w:rsid w:val="00CB0664"/>
    <w:pPr>
      <w:spacing w:after="0" w:line="240" w:lineRule="auto"/>
    </w:pPr>
    <w:rPr>
      <w:color w:val="000000" w:themeColor="text1"/>
    </w:rPr>
    <w:tblPr>
      <w:tblStyleRowBandSize w:val="1"/>
      <w:tblStyleColBandSize w:val="1"/>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StylePr>
  </w:style>
  <w:style w:type="table" w:styleId="Krsainsreisizclums2">
    <w:name w:val="Colorful Grid Accent 2"/>
    <w:basedOn w:val="Parastatabula"/>
    <w:uiPriority w:val="73"/>
    <w:rsid w:val="00CB0664"/>
    <w:pPr>
      <w:spacing w:after="0" w:line="240" w:lineRule="auto"/>
    </w:pPr>
    <w:rPr>
      <w:color w:val="000000" w:themeColor="text1"/>
    </w:rPr>
    <w:tblPr>
      <w:tblStyleRowBandSize w:val="1"/>
      <w:tblStyleColBandSize w:val="1"/>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StylePr>
  </w:style>
  <w:style w:type="table" w:styleId="Krsainsreisizclums3">
    <w:name w:val="Colorful Grid Accent 3"/>
    <w:basedOn w:val="Parastatabula"/>
    <w:uiPriority w:val="73"/>
    <w:rsid w:val="00CB0664"/>
    <w:pPr>
      <w:spacing w:after="0" w:line="240" w:lineRule="auto"/>
    </w:pPr>
    <w:rPr>
      <w:color w:val="000000" w:themeColor="text1"/>
    </w:rPr>
    <w:tblPr>
      <w:tblStyleRowBandSize w:val="1"/>
      <w:tblStyleColBandSize w:val="1"/>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StylePr>
  </w:style>
  <w:style w:type="table" w:styleId="Krsainsreisizclums4">
    <w:name w:val="Colorful Grid Accent 4"/>
    <w:basedOn w:val="Parastatabula"/>
    <w:uiPriority w:val="73"/>
    <w:rsid w:val="00CB0664"/>
    <w:pPr>
      <w:spacing w:after="0" w:line="240" w:lineRule="auto"/>
    </w:pPr>
    <w:rPr>
      <w:color w:val="000000" w:themeColor="text1"/>
    </w:rPr>
    <w:tblPr>
      <w:tblStyleRowBandSize w:val="1"/>
      <w:tblStyleColBandSize w:val="1"/>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StylePr>
  </w:style>
  <w:style w:type="table" w:styleId="Krsainsreisizclums5">
    <w:name w:val="Colorful Grid Accent 5"/>
    <w:basedOn w:val="Parastatabula"/>
    <w:uiPriority w:val="73"/>
    <w:rsid w:val="00CB0664"/>
    <w:pPr>
      <w:spacing w:after="0" w:line="240" w:lineRule="auto"/>
    </w:pPr>
    <w:rPr>
      <w:color w:val="000000" w:themeColor="text1"/>
    </w:rPr>
    <w:tblPr>
      <w:tblStyleRowBandSize w:val="1"/>
      <w:tblStyleColBandSize w:val="1"/>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StylePr>
  </w:style>
  <w:style w:type="table" w:styleId="Krsainsreisizclums6">
    <w:name w:val="Colorful Grid Accent 6"/>
    <w:basedOn w:val="Parastatabula"/>
    <w:uiPriority w:val="73"/>
    <w:rsid w:val="00CB0664"/>
    <w:pPr>
      <w:spacing w:after="0" w:line="240" w:lineRule="auto"/>
    </w:pPr>
    <w:rPr>
      <w:color w:val="000000" w:themeColor="text1"/>
    </w:rPr>
    <w:tblPr>
      <w:tblStyleRowBandSize w:val="1"/>
      <w:tblStyleColBandSize w:val="1"/>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StylePr>
  </w:style>
  <w:style w:type="character" w:styleId="Komentraatsauce">
    <w:name w:val="annotation reference"/>
    <w:basedOn w:val="Noklusjumarindkopasfonts"/>
    <w:uiPriority w:val="99"/>
    <w:semiHidden/>
    <w:unhideWhenUsed/>
    <w:rsid w:val="00975AED"/>
    <w:rPr>
      <w:sz w:val="16"/>
      <w:szCs w:val="16"/>
    </w:rPr>
  </w:style>
  <w:style w:type="paragraph" w:styleId="Komentrateksts">
    <w:name w:val="annotation text"/>
    <w:basedOn w:val="Parasts"/>
    <w:link w:val="KomentratekstsRakstz"/>
    <w:uiPriority w:val="99"/>
    <w:unhideWhenUsed/>
    <w:rsid w:val="00975AED"/>
    <w:pPr>
      <w:spacing w:line="240" w:lineRule="auto"/>
    </w:pPr>
    <w:rPr>
      <w:sz w:val="20"/>
      <w:szCs w:val="20"/>
    </w:rPr>
  </w:style>
  <w:style w:type="character" w:customStyle="1" w:styleId="KomentratekstsRakstz">
    <w:name w:val="Komentāra teksts Rakstz."/>
    <w:basedOn w:val="Noklusjumarindkopasfonts"/>
    <w:link w:val="Komentrateksts"/>
    <w:uiPriority w:val="99"/>
    <w:rsid w:val="00975AED"/>
    <w:rPr>
      <w:sz w:val="20"/>
      <w:szCs w:val="20"/>
    </w:rPr>
  </w:style>
  <w:style w:type="paragraph" w:styleId="Komentratma">
    <w:name w:val="annotation subject"/>
    <w:basedOn w:val="Komentrateksts"/>
    <w:next w:val="Komentrateksts"/>
    <w:link w:val="KomentratmaRakstz"/>
    <w:uiPriority w:val="99"/>
    <w:semiHidden/>
    <w:unhideWhenUsed/>
    <w:rsid w:val="00975AED"/>
    <w:rPr>
      <w:b/>
      <w:bCs/>
    </w:rPr>
  </w:style>
  <w:style w:type="character" w:customStyle="1" w:styleId="KomentratmaRakstz">
    <w:name w:val="Komentāra tēma Rakstz."/>
    <w:basedOn w:val="KomentratekstsRakstz"/>
    <w:link w:val="Komentratma"/>
    <w:uiPriority w:val="99"/>
    <w:semiHidden/>
    <w:rsid w:val="00975AED"/>
    <w:rPr>
      <w:b/>
      <w:bCs/>
      <w:sz w:val="20"/>
      <w:szCs w:val="20"/>
    </w:rPr>
  </w:style>
  <w:style w:type="character" w:styleId="Hipersaite">
    <w:name w:val="Hyperlink"/>
    <w:basedOn w:val="Noklusjumarindkopasfonts"/>
    <w:uiPriority w:val="99"/>
    <w:unhideWhenUsed/>
    <w:rsid w:val="4F4C2070"/>
    <w:rPr>
      <w:color w:val="0000FF"/>
      <w:u w:val="single"/>
    </w:rPr>
  </w:style>
  <w:style w:type="paragraph" w:styleId="Prskatjums">
    <w:name w:val="Revision"/>
    <w:hidden/>
    <w:uiPriority w:val="99"/>
    <w:semiHidden/>
    <w:rsid w:val="001A5829"/>
    <w:pPr>
      <w:spacing w:after="0" w:line="240" w:lineRule="auto"/>
    </w:pPr>
  </w:style>
  <w:style w:type="character" w:customStyle="1" w:styleId="normaltextrun">
    <w:name w:val="normaltextrun"/>
    <w:basedOn w:val="Noklusjumarindkopasfonts"/>
    <w:rsid w:val="00AC75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973787">
      <w:bodyDiv w:val="1"/>
      <w:marLeft w:val="0"/>
      <w:marRight w:val="0"/>
      <w:marTop w:val="0"/>
      <w:marBottom w:val="0"/>
      <w:divBdr>
        <w:top w:val="none" w:sz="0" w:space="0" w:color="auto"/>
        <w:left w:val="none" w:sz="0" w:space="0" w:color="auto"/>
        <w:bottom w:val="none" w:sz="0" w:space="0" w:color="auto"/>
        <w:right w:val="none" w:sz="0" w:space="0" w:color="auto"/>
      </w:divBdr>
    </w:div>
    <w:div w:id="540939429">
      <w:bodyDiv w:val="1"/>
      <w:marLeft w:val="0"/>
      <w:marRight w:val="0"/>
      <w:marTop w:val="0"/>
      <w:marBottom w:val="0"/>
      <w:divBdr>
        <w:top w:val="none" w:sz="0" w:space="0" w:color="auto"/>
        <w:left w:val="none" w:sz="0" w:space="0" w:color="auto"/>
        <w:bottom w:val="none" w:sz="0" w:space="0" w:color="auto"/>
        <w:right w:val="none" w:sz="0" w:space="0" w:color="auto"/>
      </w:divBdr>
    </w:div>
    <w:div w:id="732047214">
      <w:bodyDiv w:val="1"/>
      <w:marLeft w:val="0"/>
      <w:marRight w:val="0"/>
      <w:marTop w:val="0"/>
      <w:marBottom w:val="0"/>
      <w:divBdr>
        <w:top w:val="none" w:sz="0" w:space="0" w:color="auto"/>
        <w:left w:val="none" w:sz="0" w:space="0" w:color="auto"/>
        <w:bottom w:val="none" w:sz="0" w:space="0" w:color="auto"/>
        <w:right w:val="none" w:sz="0" w:space="0" w:color="auto"/>
      </w:divBdr>
    </w:div>
    <w:div w:id="7580167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EE6DC2D78FEB9C41A1D75414FF25F03C" ma:contentTypeVersion="18" ma:contentTypeDescription="Izveidot jaunu dokumentu." ma:contentTypeScope="" ma:versionID="c41b061780c285121aab6393c1dee3d2">
  <xsd:schema xmlns:xsd="http://www.w3.org/2001/XMLSchema" xmlns:xs="http://www.w3.org/2001/XMLSchema" xmlns:p="http://schemas.microsoft.com/office/2006/metadata/properties" xmlns:ns2="b134023d-3212-465e-b2cb-1965d3e51cc9" xmlns:ns3="aa3f6603-07d5-4626-b1bd-142cbf4cb921" targetNamespace="http://schemas.microsoft.com/office/2006/metadata/properties" ma:root="true" ma:fieldsID="a5fae5758be57157808d032ba9446350" ns2:_="" ns3:_="">
    <xsd:import namespace="b134023d-3212-465e-b2cb-1965d3e51cc9"/>
    <xsd:import namespace="aa3f6603-07d5-4626-b1bd-142cbf4cb92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MediaServiceSearchPropertie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34023d-3212-465e-b2cb-1965d3e51cc9"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8" nillable="true" ma:displayName="Taxonomy Catch All Column" ma:hidden="true" ma:list="{720d993d-cb51-43aa-b3b0-3c4a6fa15c1f}" ma:internalName="TaxCatchAll" ma:showField="CatchAllData" ma:web="b134023d-3212-465e-b2cb-1965d3e51cc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3f6603-07d5-4626-b1bd-142cbf4cb92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134023d-3212-465e-b2cb-1965d3e51cc9" xsi:nil="true"/>
    <lcf76f155ced4ddcb4097134ff3c332f xmlns="aa3f6603-07d5-4626-b1bd-142cbf4cb92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893A581-B8F7-41B8-90EF-10FA65C62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34023d-3212-465e-b2cb-1965d3e51cc9"/>
    <ds:schemaRef ds:uri="aa3f6603-07d5-4626-b1bd-142cbf4cb9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4E26AD-0335-485C-A027-1471683B1E28}">
  <ds:schemaRefs>
    <ds:schemaRef ds:uri="http://schemas.microsoft.com/sharepoint/v3/contenttype/forms"/>
  </ds:schemaRefs>
</ds:datastoreItem>
</file>

<file path=customXml/itemProps3.xml><?xml version="1.0" encoding="utf-8"?>
<ds:datastoreItem xmlns:ds="http://schemas.openxmlformats.org/officeDocument/2006/customXml" ds:itemID="{5997C810-E604-4E9F-B18E-D26520A75FC6}">
  <ds:schemaRefs>
    <ds:schemaRef ds:uri="http://schemas.microsoft.com/office/2006/metadata/properties"/>
    <ds:schemaRef ds:uri="http://schemas.microsoft.com/office/infopath/2007/PartnerControls"/>
    <ds:schemaRef ds:uri="b134023d-3212-465e-b2cb-1965d3e51cc9"/>
    <ds:schemaRef ds:uri="aa3f6603-07d5-4626-b1bd-142cbf4cb921"/>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0</TotalTime>
  <Pages>8</Pages>
  <Words>5994</Words>
  <Characters>3417</Characters>
  <Application>Microsoft Office Word</Application>
  <DocSecurity>4</DocSecurity>
  <Lines>28</Lines>
  <Paragraphs>18</Paragraphs>
  <ScaleCrop>false</ScaleCrop>
  <HeadingPairs>
    <vt:vector size="2" baseType="variant">
      <vt:variant>
        <vt:lpstr>Nosaukums</vt:lpstr>
      </vt:variant>
      <vt:variant>
        <vt:i4>1</vt:i4>
      </vt:variant>
    </vt:vector>
  </HeadingPairs>
  <TitlesOfParts>
    <vt:vector size="1" baseType="lpstr">
      <vt:lpstr/>
    </vt:vector>
  </TitlesOfParts>
  <Manager/>
  <Company/>
  <LinksUpToDate>false</LinksUpToDate>
  <CharactersWithSpaces>9393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Ronalds Kraže</dc:creator>
  <cp:keywords/>
  <dc:description>generated by python-docx</dc:description>
  <cp:lastModifiedBy>Lita Brice</cp:lastModifiedBy>
  <cp:revision>2</cp:revision>
  <cp:lastPrinted>2026-04-28T06:37:00Z</cp:lastPrinted>
  <dcterms:created xsi:type="dcterms:W3CDTF">2026-10-08T13:39:00Z</dcterms:created>
  <dcterms:modified xsi:type="dcterms:W3CDTF">2026-10-08T13:39:00Z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0x010100EE6DC2D78FEB9C41A1D75414FF25F03C</vt:lpwstr>
  </property>
  <property fmtid="{D5CDD505-2E9C-101B-9397-08002B2CF9AE}" pid="3" name="MediaServiceImageTags">
    <vt:lpwstr/>
  </property>
  <property fmtid="{D5CDD505-2E9C-101B-9397-08002B2CF9AE}" pid="4" name="docLang">
    <vt:lpwstr>lv</vt:lpwstr>
  </property>
</Properties>
</file>